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D5A0D7" w14:textId="77777777" w:rsidR="0054582D" w:rsidRDefault="00000000" w:rsidP="00B81EDD">
      <w:pPr>
        <w:spacing w:after="0" w:line="240" w:lineRule="auto"/>
        <w:jc w:val="center"/>
        <w:rPr>
          <w:b/>
          <w:sz w:val="24"/>
        </w:rPr>
      </w:pPr>
      <w:r>
        <w:rPr>
          <w:b/>
          <w:sz w:val="24"/>
        </w:rPr>
        <w:t>PENINGKATAN PEMAHAMAN GENERASI MUDA DALAM MENGATASI PROBLEMATIKA SAMPAH DI KAMPUNG KADATUAN</w:t>
      </w:r>
    </w:p>
    <w:p w14:paraId="241A89EC" w14:textId="77777777" w:rsidR="00B81EDD" w:rsidRDefault="00B81EDD" w:rsidP="00B81EDD">
      <w:pPr>
        <w:spacing w:after="0" w:line="240" w:lineRule="auto"/>
        <w:jc w:val="center"/>
      </w:pPr>
    </w:p>
    <w:tbl>
      <w:tblPr>
        <w:tblW w:w="0" w:type="auto"/>
        <w:jc w:val="center"/>
        <w:tblLook w:val="04A0" w:firstRow="1" w:lastRow="0" w:firstColumn="1" w:lastColumn="0" w:noHBand="0" w:noVBand="1"/>
      </w:tblPr>
      <w:tblGrid>
        <w:gridCol w:w="2931"/>
        <w:gridCol w:w="6701"/>
      </w:tblGrid>
      <w:tr w:rsidR="0054582D" w14:paraId="4B85DCA1" w14:textId="77777777" w:rsidTr="00240711">
        <w:trPr>
          <w:jc w:val="center"/>
        </w:trPr>
        <w:tc>
          <w:tcPr>
            <w:tcW w:w="2948" w:type="dxa"/>
          </w:tcPr>
          <w:p w14:paraId="73FAF85F" w14:textId="77777777" w:rsidR="00BA6724" w:rsidRDefault="00BA6724" w:rsidP="0018005E">
            <w:pPr>
              <w:spacing w:after="0" w:line="240" w:lineRule="auto"/>
              <w:jc w:val="center"/>
              <w:rPr>
                <w:b/>
              </w:rPr>
            </w:pPr>
          </w:p>
          <w:p w14:paraId="3CA23534" w14:textId="122AF9D5" w:rsidR="00B81EDD" w:rsidRPr="00C92FF9" w:rsidRDefault="00000000" w:rsidP="0018005E">
            <w:pPr>
              <w:spacing w:after="0" w:line="240" w:lineRule="auto"/>
              <w:jc w:val="center"/>
              <w:rPr>
                <w:b/>
                <w:vertAlign w:val="superscript"/>
              </w:rPr>
            </w:pPr>
            <w:proofErr w:type="spellStart"/>
            <w:r w:rsidRPr="0018005E">
              <w:rPr>
                <w:b/>
              </w:rPr>
              <w:t>Sahadi</w:t>
            </w:r>
            <w:proofErr w:type="spellEnd"/>
            <w:r w:rsidRPr="0018005E">
              <w:rPr>
                <w:b/>
              </w:rPr>
              <w:t xml:space="preserve"> Humaedi</w:t>
            </w:r>
            <w:r w:rsidRPr="0018005E">
              <w:rPr>
                <w:b/>
                <w:vertAlign w:val="superscript"/>
              </w:rPr>
              <w:t>1</w:t>
            </w:r>
            <w:r w:rsidRPr="0018005E">
              <w:rPr>
                <w:b/>
              </w:rPr>
              <w:t xml:space="preserve">, </w:t>
            </w:r>
            <w:proofErr w:type="spellStart"/>
            <w:r w:rsidRPr="0018005E">
              <w:rPr>
                <w:b/>
              </w:rPr>
              <w:t>Arifah</w:t>
            </w:r>
            <w:proofErr w:type="spellEnd"/>
            <w:r w:rsidRPr="0018005E">
              <w:rPr>
                <w:b/>
              </w:rPr>
              <w:t xml:space="preserve"> </w:t>
            </w:r>
            <w:proofErr w:type="spellStart"/>
            <w:r w:rsidRPr="0018005E">
              <w:rPr>
                <w:b/>
              </w:rPr>
              <w:t>Di'Faeni</w:t>
            </w:r>
            <w:proofErr w:type="spellEnd"/>
            <w:r w:rsidRPr="0018005E">
              <w:rPr>
                <w:b/>
              </w:rPr>
              <w:t xml:space="preserve"> Nurul Asyia</w:t>
            </w:r>
            <w:r w:rsidRPr="0018005E">
              <w:rPr>
                <w:b/>
                <w:vertAlign w:val="superscript"/>
              </w:rPr>
              <w:t>2*</w:t>
            </w:r>
            <w:r w:rsidRPr="0018005E">
              <w:rPr>
                <w:b/>
              </w:rPr>
              <w:t xml:space="preserve">, </w:t>
            </w:r>
            <w:proofErr w:type="spellStart"/>
            <w:r w:rsidRPr="0018005E">
              <w:rPr>
                <w:b/>
              </w:rPr>
              <w:t>Naufaldy</w:t>
            </w:r>
            <w:proofErr w:type="spellEnd"/>
            <w:r w:rsidRPr="0018005E">
              <w:rPr>
                <w:b/>
              </w:rPr>
              <w:t xml:space="preserve"> </w:t>
            </w:r>
            <w:proofErr w:type="spellStart"/>
            <w:r w:rsidRPr="0018005E">
              <w:rPr>
                <w:b/>
              </w:rPr>
              <w:t>Azzura</w:t>
            </w:r>
            <w:proofErr w:type="spellEnd"/>
            <w:r w:rsidRPr="0018005E">
              <w:rPr>
                <w:b/>
              </w:rPr>
              <w:t xml:space="preserve"> Herdiana</w:t>
            </w:r>
            <w:r w:rsidRPr="0018005E">
              <w:rPr>
                <w:b/>
                <w:vertAlign w:val="superscript"/>
              </w:rPr>
              <w:t>3</w:t>
            </w:r>
            <w:r w:rsidR="0018005E" w:rsidRPr="0018005E">
              <w:rPr>
                <w:b/>
              </w:rPr>
              <w:t xml:space="preserve">, </w:t>
            </w:r>
            <w:r w:rsidR="00C92FF9">
              <w:rPr>
                <w:b/>
              </w:rPr>
              <w:t xml:space="preserve">Rudi </w:t>
            </w:r>
            <w:proofErr w:type="spellStart"/>
            <w:r w:rsidR="00C92FF9">
              <w:rPr>
                <w:b/>
              </w:rPr>
              <w:t>Saprudin</w:t>
            </w:r>
            <w:proofErr w:type="spellEnd"/>
            <w:r w:rsidR="00C92FF9">
              <w:rPr>
                <w:b/>
              </w:rPr>
              <w:t xml:space="preserve"> Darwis</w:t>
            </w:r>
            <w:r w:rsidR="00C92FF9">
              <w:rPr>
                <w:b/>
                <w:vertAlign w:val="superscript"/>
              </w:rPr>
              <w:t>4</w:t>
            </w:r>
            <w:r w:rsidR="00C92FF9">
              <w:rPr>
                <w:b/>
              </w:rPr>
              <w:t xml:space="preserve">, </w:t>
            </w:r>
            <w:proofErr w:type="spellStart"/>
            <w:r w:rsidR="0018005E" w:rsidRPr="0018005E">
              <w:rPr>
                <w:b/>
              </w:rPr>
              <w:t>Wening</w:t>
            </w:r>
            <w:proofErr w:type="spellEnd"/>
            <w:r w:rsidR="0018005E" w:rsidRPr="0018005E">
              <w:rPr>
                <w:b/>
              </w:rPr>
              <w:t xml:space="preserve"> </w:t>
            </w:r>
            <w:proofErr w:type="spellStart"/>
            <w:r w:rsidR="0018005E" w:rsidRPr="0018005E">
              <w:rPr>
                <w:b/>
              </w:rPr>
              <w:t>Kinasih</w:t>
            </w:r>
            <w:proofErr w:type="spellEnd"/>
            <w:r w:rsidR="0018005E" w:rsidRPr="0018005E">
              <w:rPr>
                <w:b/>
              </w:rPr>
              <w:t xml:space="preserve"> Putu Arga</w:t>
            </w:r>
            <w:r w:rsidR="00C92FF9">
              <w:rPr>
                <w:b/>
                <w:vertAlign w:val="superscript"/>
              </w:rPr>
              <w:t>5</w:t>
            </w:r>
          </w:p>
          <w:p w14:paraId="5DE73E10" w14:textId="5E190DDA" w:rsidR="0054582D" w:rsidRPr="00663CC5" w:rsidRDefault="00000000" w:rsidP="0018005E">
            <w:pPr>
              <w:spacing w:after="0" w:line="240" w:lineRule="auto"/>
              <w:jc w:val="center"/>
              <w:rPr>
                <w:sz w:val="24"/>
                <w:szCs w:val="24"/>
              </w:rPr>
            </w:pPr>
            <w:r w:rsidRPr="00663CC5">
              <w:rPr>
                <w:sz w:val="24"/>
                <w:szCs w:val="24"/>
                <w:vertAlign w:val="superscript"/>
              </w:rPr>
              <w:t>1,2,3</w:t>
            </w:r>
            <w:r w:rsidR="0018005E" w:rsidRPr="00663CC5">
              <w:rPr>
                <w:sz w:val="24"/>
                <w:szCs w:val="24"/>
                <w:vertAlign w:val="superscript"/>
              </w:rPr>
              <w:t>,4</w:t>
            </w:r>
            <w:r w:rsidR="00C92FF9">
              <w:rPr>
                <w:sz w:val="24"/>
                <w:szCs w:val="24"/>
                <w:vertAlign w:val="superscript"/>
              </w:rPr>
              <w:t>,5</w:t>
            </w:r>
            <w:r w:rsidRPr="00663CC5">
              <w:rPr>
                <w:sz w:val="24"/>
                <w:szCs w:val="24"/>
              </w:rPr>
              <w:t xml:space="preserve">Program </w:t>
            </w:r>
            <w:proofErr w:type="spellStart"/>
            <w:r w:rsidRPr="00663CC5">
              <w:rPr>
                <w:sz w:val="24"/>
                <w:szCs w:val="24"/>
              </w:rPr>
              <w:t>Studi</w:t>
            </w:r>
            <w:proofErr w:type="spellEnd"/>
            <w:r w:rsidRPr="00663CC5">
              <w:rPr>
                <w:sz w:val="24"/>
                <w:szCs w:val="24"/>
              </w:rPr>
              <w:t xml:space="preserve"> </w:t>
            </w:r>
            <w:proofErr w:type="spellStart"/>
            <w:r w:rsidRPr="00663CC5">
              <w:rPr>
                <w:sz w:val="24"/>
                <w:szCs w:val="24"/>
              </w:rPr>
              <w:t>Ilmu</w:t>
            </w:r>
            <w:proofErr w:type="spellEnd"/>
            <w:r w:rsidRPr="00663CC5">
              <w:rPr>
                <w:sz w:val="24"/>
                <w:szCs w:val="24"/>
              </w:rPr>
              <w:t xml:space="preserve"> </w:t>
            </w:r>
            <w:proofErr w:type="spellStart"/>
            <w:r w:rsidRPr="00663CC5">
              <w:rPr>
                <w:sz w:val="24"/>
                <w:szCs w:val="24"/>
              </w:rPr>
              <w:t>Kesejahteraan</w:t>
            </w:r>
            <w:proofErr w:type="spellEnd"/>
            <w:r w:rsidRPr="00663CC5">
              <w:rPr>
                <w:sz w:val="24"/>
                <w:szCs w:val="24"/>
              </w:rPr>
              <w:t xml:space="preserve"> </w:t>
            </w:r>
            <w:proofErr w:type="spellStart"/>
            <w:r w:rsidRPr="00663CC5">
              <w:rPr>
                <w:sz w:val="24"/>
                <w:szCs w:val="24"/>
              </w:rPr>
              <w:t>Sosial</w:t>
            </w:r>
            <w:proofErr w:type="spellEnd"/>
            <w:r w:rsidRPr="00663CC5">
              <w:rPr>
                <w:sz w:val="24"/>
                <w:szCs w:val="24"/>
              </w:rPr>
              <w:t xml:space="preserve">, </w:t>
            </w:r>
            <w:proofErr w:type="spellStart"/>
            <w:r w:rsidRPr="00663CC5">
              <w:rPr>
                <w:sz w:val="24"/>
                <w:szCs w:val="24"/>
              </w:rPr>
              <w:t>Fakultas</w:t>
            </w:r>
            <w:proofErr w:type="spellEnd"/>
            <w:r w:rsidRPr="00663CC5">
              <w:rPr>
                <w:sz w:val="24"/>
                <w:szCs w:val="24"/>
              </w:rPr>
              <w:t xml:space="preserve"> </w:t>
            </w:r>
            <w:proofErr w:type="spellStart"/>
            <w:r w:rsidRPr="00663CC5">
              <w:rPr>
                <w:sz w:val="24"/>
                <w:szCs w:val="24"/>
              </w:rPr>
              <w:t>Ilmu</w:t>
            </w:r>
            <w:proofErr w:type="spellEnd"/>
            <w:r w:rsidRPr="00663CC5">
              <w:rPr>
                <w:sz w:val="24"/>
                <w:szCs w:val="24"/>
              </w:rPr>
              <w:t xml:space="preserve"> </w:t>
            </w:r>
            <w:proofErr w:type="spellStart"/>
            <w:r w:rsidRPr="00663CC5">
              <w:rPr>
                <w:sz w:val="24"/>
                <w:szCs w:val="24"/>
              </w:rPr>
              <w:t>Sosial</w:t>
            </w:r>
            <w:proofErr w:type="spellEnd"/>
            <w:r w:rsidRPr="00663CC5">
              <w:rPr>
                <w:sz w:val="24"/>
                <w:szCs w:val="24"/>
              </w:rPr>
              <w:t xml:space="preserve"> dan </w:t>
            </w:r>
            <w:proofErr w:type="spellStart"/>
            <w:r w:rsidRPr="00663CC5">
              <w:rPr>
                <w:sz w:val="24"/>
                <w:szCs w:val="24"/>
              </w:rPr>
              <w:t>Ilmu</w:t>
            </w:r>
            <w:proofErr w:type="spellEnd"/>
            <w:r w:rsidRPr="00663CC5">
              <w:rPr>
                <w:sz w:val="24"/>
                <w:szCs w:val="24"/>
              </w:rPr>
              <w:t xml:space="preserve"> </w:t>
            </w:r>
            <w:proofErr w:type="spellStart"/>
            <w:r w:rsidRPr="00663CC5">
              <w:rPr>
                <w:sz w:val="24"/>
                <w:szCs w:val="24"/>
              </w:rPr>
              <w:t>Politik</w:t>
            </w:r>
            <w:proofErr w:type="spellEnd"/>
            <w:r w:rsidRPr="00663CC5">
              <w:rPr>
                <w:sz w:val="24"/>
                <w:szCs w:val="24"/>
              </w:rPr>
              <w:t xml:space="preserve">, Universitas </w:t>
            </w:r>
            <w:proofErr w:type="spellStart"/>
            <w:r w:rsidRPr="00663CC5">
              <w:rPr>
                <w:sz w:val="24"/>
                <w:szCs w:val="24"/>
              </w:rPr>
              <w:t>Padjadjaran</w:t>
            </w:r>
            <w:proofErr w:type="spellEnd"/>
          </w:p>
          <w:p w14:paraId="1B9FE86B" w14:textId="77777777" w:rsidR="0018005E" w:rsidRPr="0018005E" w:rsidRDefault="0018005E" w:rsidP="0018005E">
            <w:pPr>
              <w:spacing w:after="0" w:line="240" w:lineRule="auto"/>
              <w:jc w:val="center"/>
            </w:pPr>
          </w:p>
          <w:p w14:paraId="6E3564B6" w14:textId="77777777" w:rsidR="0018005E" w:rsidRDefault="0018005E" w:rsidP="00B81EDD">
            <w:pPr>
              <w:spacing w:after="0" w:line="240" w:lineRule="auto"/>
            </w:pPr>
          </w:p>
          <w:p w14:paraId="4D45A0B5" w14:textId="77777777" w:rsidR="0054582D" w:rsidRDefault="00000000" w:rsidP="00B81EDD">
            <w:pPr>
              <w:spacing w:after="0" w:line="240" w:lineRule="auto"/>
            </w:pPr>
            <w:r>
              <w:rPr>
                <w:sz w:val="18"/>
              </w:rPr>
              <w:t>*Corresponding author</w:t>
            </w:r>
          </w:p>
          <w:p w14:paraId="033322BD" w14:textId="19DCCEAE" w:rsidR="0054582D" w:rsidRDefault="00000000" w:rsidP="00B81EDD">
            <w:pPr>
              <w:spacing w:after="0" w:line="240" w:lineRule="auto"/>
            </w:pPr>
            <w:proofErr w:type="gramStart"/>
            <w:r>
              <w:rPr>
                <w:sz w:val="18"/>
              </w:rPr>
              <w:t>Email :</w:t>
            </w:r>
            <w:proofErr w:type="gramEnd"/>
            <w:r>
              <w:rPr>
                <w:sz w:val="18"/>
              </w:rPr>
              <w:t xml:space="preserve"> arifah20001@mail.unpad.ac.id</w:t>
            </w:r>
          </w:p>
          <w:p w14:paraId="084DBE65" w14:textId="77777777" w:rsidR="0018005E" w:rsidRDefault="0018005E" w:rsidP="00B81EDD">
            <w:pPr>
              <w:spacing w:after="0" w:line="240" w:lineRule="auto"/>
              <w:rPr>
                <w:sz w:val="18"/>
              </w:rPr>
            </w:pPr>
          </w:p>
          <w:p w14:paraId="5BC85E1D" w14:textId="4C2DA8B6" w:rsidR="0054582D" w:rsidRDefault="00000000" w:rsidP="00B81EDD">
            <w:pPr>
              <w:spacing w:after="0" w:line="240" w:lineRule="auto"/>
            </w:pPr>
            <w:r>
              <w:rPr>
                <w:sz w:val="18"/>
              </w:rPr>
              <w:t xml:space="preserve">No. </w:t>
            </w:r>
            <w:proofErr w:type="spellStart"/>
            <w:r>
              <w:rPr>
                <w:sz w:val="18"/>
              </w:rPr>
              <w:t>doi</w:t>
            </w:r>
            <w:proofErr w:type="spellEnd"/>
            <w:r>
              <w:rPr>
                <w:sz w:val="18"/>
              </w:rPr>
              <w:t>:</w:t>
            </w:r>
            <w:r w:rsidR="00BD07BC">
              <w:rPr>
                <w:sz w:val="18"/>
              </w:rPr>
              <w:t xml:space="preserve"> </w:t>
            </w:r>
            <w:r w:rsidR="00BD07BC" w:rsidRPr="006F1EAA">
              <w:rPr>
                <w:sz w:val="18"/>
                <w:lang w:val="id-ID"/>
              </w:rPr>
              <w:t>10.24198/focus.v</w:t>
            </w:r>
            <w:r w:rsidR="00BD07BC">
              <w:rPr>
                <w:sz w:val="18"/>
                <w:lang w:val="id-ID"/>
              </w:rPr>
              <w:t>9</w:t>
            </w:r>
            <w:r w:rsidR="00BD07BC" w:rsidRPr="006F1EAA">
              <w:rPr>
                <w:sz w:val="18"/>
                <w:lang w:val="id-ID"/>
              </w:rPr>
              <w:t>i</w:t>
            </w:r>
            <w:r w:rsidR="00BD07BC">
              <w:rPr>
                <w:sz w:val="18"/>
                <w:lang w:val="id-ID"/>
              </w:rPr>
              <w:t>1.</w:t>
            </w:r>
            <w:r w:rsidR="00BD07BC">
              <w:rPr>
                <w:sz w:val="18"/>
                <w:lang w:val="en-ID"/>
              </w:rPr>
              <w:t>72237</w:t>
            </w:r>
          </w:p>
        </w:tc>
        <w:tc>
          <w:tcPr>
            <w:tcW w:w="6975" w:type="dxa"/>
          </w:tcPr>
          <w:p w14:paraId="30CF53E2" w14:textId="77777777" w:rsidR="0054582D" w:rsidRDefault="00000000" w:rsidP="00B81EDD">
            <w:pPr>
              <w:spacing w:after="0" w:line="240" w:lineRule="auto"/>
              <w:jc w:val="center"/>
            </w:pPr>
            <w:r>
              <w:rPr>
                <w:b/>
              </w:rPr>
              <w:t>ABSTRAK</w:t>
            </w:r>
          </w:p>
          <w:p w14:paraId="1CD1CB50" w14:textId="77777777" w:rsidR="0054582D" w:rsidRDefault="00000000" w:rsidP="00B81EDD">
            <w:pPr>
              <w:spacing w:after="0" w:line="240" w:lineRule="auto"/>
              <w:jc w:val="both"/>
            </w:pPr>
            <w:proofErr w:type="spellStart"/>
            <w:r>
              <w:rPr>
                <w:sz w:val="20"/>
              </w:rPr>
              <w:t>Masalah</w:t>
            </w:r>
            <w:proofErr w:type="spellEnd"/>
            <w:r>
              <w:rPr>
                <w:sz w:val="20"/>
              </w:rPr>
              <w:t xml:space="preserve"> </w:t>
            </w:r>
            <w:proofErr w:type="spellStart"/>
            <w:r>
              <w:rPr>
                <w:sz w:val="20"/>
              </w:rPr>
              <w:t>sampah</w:t>
            </w:r>
            <w:proofErr w:type="spellEnd"/>
            <w:r>
              <w:rPr>
                <w:sz w:val="20"/>
              </w:rPr>
              <w:t xml:space="preserve"> </w:t>
            </w:r>
            <w:proofErr w:type="spellStart"/>
            <w:r>
              <w:rPr>
                <w:sz w:val="20"/>
              </w:rPr>
              <w:t>masih</w:t>
            </w:r>
            <w:proofErr w:type="spellEnd"/>
            <w:r>
              <w:rPr>
                <w:sz w:val="20"/>
              </w:rPr>
              <w:t xml:space="preserve"> </w:t>
            </w:r>
            <w:proofErr w:type="spellStart"/>
            <w:r>
              <w:rPr>
                <w:sz w:val="20"/>
              </w:rPr>
              <w:t>menjadi</w:t>
            </w:r>
            <w:proofErr w:type="spellEnd"/>
            <w:r>
              <w:rPr>
                <w:sz w:val="20"/>
              </w:rPr>
              <w:t xml:space="preserve"> salah </w:t>
            </w:r>
            <w:proofErr w:type="spellStart"/>
            <w:r>
              <w:rPr>
                <w:sz w:val="20"/>
              </w:rPr>
              <w:t>satu</w:t>
            </w:r>
            <w:proofErr w:type="spellEnd"/>
            <w:r>
              <w:rPr>
                <w:sz w:val="20"/>
              </w:rPr>
              <w:t xml:space="preserve"> </w:t>
            </w:r>
            <w:proofErr w:type="spellStart"/>
            <w:r>
              <w:rPr>
                <w:sz w:val="20"/>
              </w:rPr>
              <w:t>isu</w:t>
            </w:r>
            <w:proofErr w:type="spellEnd"/>
            <w:r>
              <w:rPr>
                <w:sz w:val="20"/>
              </w:rPr>
              <w:t xml:space="preserve"> yang </w:t>
            </w:r>
            <w:proofErr w:type="spellStart"/>
            <w:r>
              <w:rPr>
                <w:sz w:val="20"/>
              </w:rPr>
              <w:t>terjadi</w:t>
            </w:r>
            <w:proofErr w:type="spellEnd"/>
            <w:r>
              <w:rPr>
                <w:sz w:val="20"/>
              </w:rPr>
              <w:t xml:space="preserve"> di </w:t>
            </w:r>
            <w:proofErr w:type="spellStart"/>
            <w:r>
              <w:rPr>
                <w:sz w:val="20"/>
              </w:rPr>
              <w:t>kota-kota</w:t>
            </w:r>
            <w:proofErr w:type="spellEnd"/>
            <w:r>
              <w:rPr>
                <w:sz w:val="20"/>
              </w:rPr>
              <w:t xml:space="preserve"> </w:t>
            </w:r>
            <w:proofErr w:type="spellStart"/>
            <w:r>
              <w:rPr>
                <w:sz w:val="20"/>
              </w:rPr>
              <w:t>besar</w:t>
            </w:r>
            <w:proofErr w:type="spellEnd"/>
            <w:r>
              <w:rPr>
                <w:sz w:val="20"/>
              </w:rPr>
              <w:t xml:space="preserve"> di Indonesia. </w:t>
            </w:r>
            <w:proofErr w:type="spellStart"/>
            <w:r>
              <w:rPr>
                <w:sz w:val="20"/>
              </w:rPr>
              <w:t>Kabupaten</w:t>
            </w:r>
            <w:proofErr w:type="spellEnd"/>
            <w:r>
              <w:rPr>
                <w:sz w:val="20"/>
              </w:rPr>
              <w:t xml:space="preserve"> Bandung pun </w:t>
            </w:r>
            <w:proofErr w:type="spellStart"/>
            <w:r>
              <w:rPr>
                <w:sz w:val="20"/>
              </w:rPr>
              <w:t>turut</w:t>
            </w:r>
            <w:proofErr w:type="spellEnd"/>
            <w:r>
              <w:rPr>
                <w:sz w:val="20"/>
              </w:rPr>
              <w:t xml:space="preserve"> </w:t>
            </w:r>
            <w:proofErr w:type="spellStart"/>
            <w:r>
              <w:rPr>
                <w:sz w:val="20"/>
              </w:rPr>
              <w:t>merasakan</w:t>
            </w:r>
            <w:proofErr w:type="spellEnd"/>
            <w:r>
              <w:rPr>
                <w:sz w:val="20"/>
              </w:rPr>
              <w:t xml:space="preserve"> </w:t>
            </w:r>
            <w:proofErr w:type="spellStart"/>
            <w:r>
              <w:rPr>
                <w:sz w:val="20"/>
              </w:rPr>
              <w:t>fenomena</w:t>
            </w:r>
            <w:proofErr w:type="spellEnd"/>
            <w:r>
              <w:rPr>
                <w:sz w:val="20"/>
              </w:rPr>
              <w:t xml:space="preserve"> </w:t>
            </w:r>
            <w:proofErr w:type="spellStart"/>
            <w:r>
              <w:rPr>
                <w:sz w:val="20"/>
              </w:rPr>
              <w:t>tersebut</w:t>
            </w:r>
            <w:proofErr w:type="spellEnd"/>
            <w:r>
              <w:rPr>
                <w:sz w:val="20"/>
              </w:rPr>
              <w:t xml:space="preserve">. </w:t>
            </w:r>
            <w:proofErr w:type="spellStart"/>
            <w:r>
              <w:rPr>
                <w:sz w:val="20"/>
              </w:rPr>
              <w:t>Dalam</w:t>
            </w:r>
            <w:proofErr w:type="spellEnd"/>
            <w:r>
              <w:rPr>
                <w:sz w:val="20"/>
              </w:rPr>
              <w:t xml:space="preserve"> </w:t>
            </w:r>
            <w:proofErr w:type="spellStart"/>
            <w:r>
              <w:rPr>
                <w:sz w:val="20"/>
              </w:rPr>
              <w:t>mengatasi</w:t>
            </w:r>
            <w:proofErr w:type="spellEnd"/>
            <w:r>
              <w:rPr>
                <w:sz w:val="20"/>
              </w:rPr>
              <w:t xml:space="preserve"> </w:t>
            </w:r>
            <w:proofErr w:type="spellStart"/>
            <w:r>
              <w:rPr>
                <w:sz w:val="20"/>
              </w:rPr>
              <w:t>hal</w:t>
            </w:r>
            <w:proofErr w:type="spellEnd"/>
            <w:r>
              <w:rPr>
                <w:sz w:val="20"/>
              </w:rPr>
              <w:t xml:space="preserve"> </w:t>
            </w:r>
            <w:proofErr w:type="spellStart"/>
            <w:r>
              <w:rPr>
                <w:sz w:val="20"/>
              </w:rPr>
              <w:t>tersebut</w:t>
            </w:r>
            <w:proofErr w:type="spellEnd"/>
            <w:r>
              <w:rPr>
                <w:sz w:val="20"/>
              </w:rPr>
              <w:t xml:space="preserve">, </w:t>
            </w:r>
            <w:proofErr w:type="spellStart"/>
            <w:r>
              <w:rPr>
                <w:sz w:val="20"/>
              </w:rPr>
              <w:t>pemerintah</w:t>
            </w:r>
            <w:proofErr w:type="spellEnd"/>
            <w:r>
              <w:rPr>
                <w:sz w:val="20"/>
              </w:rPr>
              <w:t xml:space="preserve"> </w:t>
            </w:r>
            <w:proofErr w:type="spellStart"/>
            <w:r>
              <w:rPr>
                <w:sz w:val="20"/>
              </w:rPr>
              <w:t>Kabupaten</w:t>
            </w:r>
            <w:proofErr w:type="spellEnd"/>
            <w:r>
              <w:rPr>
                <w:sz w:val="20"/>
              </w:rPr>
              <w:t xml:space="preserve"> Bandung </w:t>
            </w:r>
            <w:proofErr w:type="spellStart"/>
            <w:r>
              <w:rPr>
                <w:sz w:val="20"/>
              </w:rPr>
              <w:t>telah</w:t>
            </w:r>
            <w:proofErr w:type="spellEnd"/>
            <w:r>
              <w:rPr>
                <w:sz w:val="20"/>
              </w:rPr>
              <w:t xml:space="preserve"> </w:t>
            </w:r>
            <w:proofErr w:type="spellStart"/>
            <w:r>
              <w:rPr>
                <w:sz w:val="20"/>
              </w:rPr>
              <w:t>mengatur</w:t>
            </w:r>
            <w:proofErr w:type="spellEnd"/>
            <w:r>
              <w:rPr>
                <w:sz w:val="20"/>
              </w:rPr>
              <w:t xml:space="preserve"> </w:t>
            </w:r>
            <w:proofErr w:type="spellStart"/>
            <w:r>
              <w:rPr>
                <w:sz w:val="20"/>
              </w:rPr>
              <w:t>masalah</w:t>
            </w:r>
            <w:proofErr w:type="spellEnd"/>
            <w:r>
              <w:rPr>
                <w:sz w:val="20"/>
              </w:rPr>
              <w:t xml:space="preserve"> </w:t>
            </w:r>
            <w:proofErr w:type="spellStart"/>
            <w:r>
              <w:rPr>
                <w:sz w:val="20"/>
              </w:rPr>
              <w:t>tersebut</w:t>
            </w:r>
            <w:proofErr w:type="spellEnd"/>
            <w:r>
              <w:rPr>
                <w:sz w:val="20"/>
              </w:rPr>
              <w:t xml:space="preserve"> </w:t>
            </w:r>
            <w:proofErr w:type="spellStart"/>
            <w:r>
              <w:rPr>
                <w:sz w:val="20"/>
              </w:rPr>
              <w:t>melalui</w:t>
            </w:r>
            <w:proofErr w:type="spellEnd"/>
            <w:r>
              <w:rPr>
                <w:sz w:val="20"/>
              </w:rPr>
              <w:t xml:space="preserve"> </w:t>
            </w:r>
            <w:proofErr w:type="spellStart"/>
            <w:r>
              <w:rPr>
                <w:sz w:val="20"/>
              </w:rPr>
              <w:t>Peraturan</w:t>
            </w:r>
            <w:proofErr w:type="spellEnd"/>
            <w:r>
              <w:rPr>
                <w:sz w:val="20"/>
              </w:rPr>
              <w:t xml:space="preserve"> Daerah </w:t>
            </w:r>
            <w:proofErr w:type="spellStart"/>
            <w:r>
              <w:rPr>
                <w:sz w:val="20"/>
              </w:rPr>
              <w:t>Nomor</w:t>
            </w:r>
            <w:proofErr w:type="spellEnd"/>
            <w:r>
              <w:rPr>
                <w:sz w:val="20"/>
              </w:rPr>
              <w:t xml:space="preserve"> 21 </w:t>
            </w:r>
            <w:proofErr w:type="spellStart"/>
            <w:r>
              <w:rPr>
                <w:sz w:val="20"/>
              </w:rPr>
              <w:t>Tahun</w:t>
            </w:r>
            <w:proofErr w:type="spellEnd"/>
            <w:r>
              <w:rPr>
                <w:sz w:val="20"/>
              </w:rPr>
              <w:t xml:space="preserve"> 2009, yang </w:t>
            </w:r>
            <w:proofErr w:type="spellStart"/>
            <w:r>
              <w:rPr>
                <w:sz w:val="20"/>
              </w:rPr>
              <w:t>kemudian</w:t>
            </w:r>
            <w:proofErr w:type="spellEnd"/>
            <w:r>
              <w:rPr>
                <w:sz w:val="20"/>
              </w:rPr>
              <w:t xml:space="preserve"> </w:t>
            </w:r>
            <w:proofErr w:type="spellStart"/>
            <w:r>
              <w:rPr>
                <w:sz w:val="20"/>
              </w:rPr>
              <w:t>direvisi</w:t>
            </w:r>
            <w:proofErr w:type="spellEnd"/>
            <w:r>
              <w:rPr>
                <w:sz w:val="20"/>
              </w:rPr>
              <w:t xml:space="preserve"> </w:t>
            </w:r>
            <w:proofErr w:type="spellStart"/>
            <w:r>
              <w:rPr>
                <w:sz w:val="20"/>
              </w:rPr>
              <w:t>menjadi</w:t>
            </w:r>
            <w:proofErr w:type="spellEnd"/>
            <w:r>
              <w:rPr>
                <w:sz w:val="20"/>
              </w:rPr>
              <w:t xml:space="preserve"> </w:t>
            </w:r>
            <w:proofErr w:type="spellStart"/>
            <w:r>
              <w:rPr>
                <w:sz w:val="20"/>
              </w:rPr>
              <w:t>Peraturan</w:t>
            </w:r>
            <w:proofErr w:type="spellEnd"/>
            <w:r>
              <w:rPr>
                <w:sz w:val="20"/>
              </w:rPr>
              <w:t xml:space="preserve"> Daerah </w:t>
            </w:r>
            <w:proofErr w:type="spellStart"/>
            <w:r>
              <w:rPr>
                <w:sz w:val="20"/>
              </w:rPr>
              <w:t>Nomor</w:t>
            </w:r>
            <w:proofErr w:type="spellEnd"/>
            <w:r>
              <w:rPr>
                <w:sz w:val="20"/>
              </w:rPr>
              <w:t xml:space="preserve"> 15 </w:t>
            </w:r>
            <w:proofErr w:type="spellStart"/>
            <w:r>
              <w:rPr>
                <w:sz w:val="20"/>
              </w:rPr>
              <w:t>Tahun</w:t>
            </w:r>
            <w:proofErr w:type="spellEnd"/>
            <w:r>
              <w:rPr>
                <w:sz w:val="20"/>
              </w:rPr>
              <w:t xml:space="preserve"> 2012, </w:t>
            </w:r>
            <w:proofErr w:type="spellStart"/>
            <w:r>
              <w:rPr>
                <w:sz w:val="20"/>
              </w:rPr>
              <w:t>didukung</w:t>
            </w:r>
            <w:proofErr w:type="spellEnd"/>
            <w:r>
              <w:rPr>
                <w:sz w:val="20"/>
              </w:rPr>
              <w:t xml:space="preserve"> pula oleh </w:t>
            </w:r>
            <w:proofErr w:type="spellStart"/>
            <w:r>
              <w:rPr>
                <w:sz w:val="20"/>
              </w:rPr>
              <w:t>Peraturan</w:t>
            </w:r>
            <w:proofErr w:type="spellEnd"/>
            <w:r>
              <w:rPr>
                <w:sz w:val="20"/>
              </w:rPr>
              <w:t xml:space="preserve"> </w:t>
            </w:r>
            <w:proofErr w:type="spellStart"/>
            <w:r>
              <w:rPr>
                <w:sz w:val="20"/>
              </w:rPr>
              <w:t>Bupati</w:t>
            </w:r>
            <w:proofErr w:type="spellEnd"/>
            <w:r>
              <w:rPr>
                <w:sz w:val="20"/>
              </w:rPr>
              <w:t xml:space="preserve"> </w:t>
            </w:r>
            <w:proofErr w:type="spellStart"/>
            <w:r>
              <w:rPr>
                <w:sz w:val="20"/>
              </w:rPr>
              <w:t>Nomor</w:t>
            </w:r>
            <w:proofErr w:type="spellEnd"/>
            <w:r>
              <w:rPr>
                <w:sz w:val="20"/>
              </w:rPr>
              <w:t xml:space="preserve"> 25 </w:t>
            </w:r>
            <w:proofErr w:type="spellStart"/>
            <w:r>
              <w:rPr>
                <w:sz w:val="20"/>
              </w:rPr>
              <w:t>Tahun</w:t>
            </w:r>
            <w:proofErr w:type="spellEnd"/>
            <w:r>
              <w:rPr>
                <w:sz w:val="20"/>
              </w:rPr>
              <w:t xml:space="preserve"> 2010 yang </w:t>
            </w:r>
            <w:proofErr w:type="spellStart"/>
            <w:r>
              <w:rPr>
                <w:sz w:val="20"/>
              </w:rPr>
              <w:t>kemudian</w:t>
            </w:r>
            <w:proofErr w:type="spellEnd"/>
            <w:r>
              <w:rPr>
                <w:sz w:val="20"/>
              </w:rPr>
              <w:t xml:space="preserve"> </w:t>
            </w:r>
            <w:proofErr w:type="spellStart"/>
            <w:r>
              <w:rPr>
                <w:sz w:val="20"/>
              </w:rPr>
              <w:t>diubah</w:t>
            </w:r>
            <w:proofErr w:type="spellEnd"/>
            <w:r>
              <w:rPr>
                <w:sz w:val="20"/>
              </w:rPr>
              <w:t xml:space="preserve"> </w:t>
            </w:r>
            <w:proofErr w:type="spellStart"/>
            <w:r>
              <w:rPr>
                <w:sz w:val="20"/>
              </w:rPr>
              <w:t>menjadi</w:t>
            </w:r>
            <w:proofErr w:type="spellEnd"/>
            <w:r>
              <w:rPr>
                <w:sz w:val="20"/>
              </w:rPr>
              <w:t xml:space="preserve"> </w:t>
            </w:r>
            <w:proofErr w:type="spellStart"/>
            <w:r>
              <w:rPr>
                <w:sz w:val="20"/>
              </w:rPr>
              <w:t>Peraturan</w:t>
            </w:r>
            <w:proofErr w:type="spellEnd"/>
            <w:r>
              <w:rPr>
                <w:sz w:val="20"/>
              </w:rPr>
              <w:t xml:space="preserve"> </w:t>
            </w:r>
            <w:proofErr w:type="spellStart"/>
            <w:r>
              <w:rPr>
                <w:sz w:val="20"/>
              </w:rPr>
              <w:t>Bupati</w:t>
            </w:r>
            <w:proofErr w:type="spellEnd"/>
            <w:r>
              <w:rPr>
                <w:sz w:val="20"/>
              </w:rPr>
              <w:t xml:space="preserve"> </w:t>
            </w:r>
            <w:proofErr w:type="spellStart"/>
            <w:r>
              <w:rPr>
                <w:sz w:val="20"/>
              </w:rPr>
              <w:t>Nomor</w:t>
            </w:r>
            <w:proofErr w:type="spellEnd"/>
            <w:r>
              <w:rPr>
                <w:sz w:val="20"/>
              </w:rPr>
              <w:t xml:space="preserve"> 55 </w:t>
            </w:r>
            <w:proofErr w:type="spellStart"/>
            <w:r>
              <w:rPr>
                <w:sz w:val="20"/>
              </w:rPr>
              <w:t>Tahun</w:t>
            </w:r>
            <w:proofErr w:type="spellEnd"/>
            <w:r>
              <w:rPr>
                <w:sz w:val="20"/>
              </w:rPr>
              <w:t xml:space="preserve"> 2013. Akan </w:t>
            </w:r>
            <w:proofErr w:type="spellStart"/>
            <w:r>
              <w:rPr>
                <w:sz w:val="20"/>
              </w:rPr>
              <w:t>tetapi</w:t>
            </w:r>
            <w:proofErr w:type="spellEnd"/>
            <w:r>
              <w:rPr>
                <w:sz w:val="20"/>
              </w:rPr>
              <w:t xml:space="preserve">, </w:t>
            </w:r>
            <w:proofErr w:type="spellStart"/>
            <w:r>
              <w:rPr>
                <w:sz w:val="20"/>
              </w:rPr>
              <w:t>dalam</w:t>
            </w:r>
            <w:proofErr w:type="spellEnd"/>
            <w:r>
              <w:rPr>
                <w:sz w:val="20"/>
              </w:rPr>
              <w:t xml:space="preserve"> </w:t>
            </w:r>
            <w:proofErr w:type="spellStart"/>
            <w:r>
              <w:rPr>
                <w:sz w:val="20"/>
              </w:rPr>
              <w:t>pelaksanaannya</w:t>
            </w:r>
            <w:proofErr w:type="spellEnd"/>
            <w:r>
              <w:rPr>
                <w:sz w:val="20"/>
              </w:rPr>
              <w:t xml:space="preserve">, </w:t>
            </w:r>
            <w:proofErr w:type="spellStart"/>
            <w:r>
              <w:rPr>
                <w:sz w:val="20"/>
              </w:rPr>
              <w:t>masalah</w:t>
            </w:r>
            <w:proofErr w:type="spellEnd"/>
            <w:r>
              <w:rPr>
                <w:sz w:val="20"/>
              </w:rPr>
              <w:t xml:space="preserve"> </w:t>
            </w:r>
            <w:proofErr w:type="spellStart"/>
            <w:r>
              <w:rPr>
                <w:sz w:val="20"/>
              </w:rPr>
              <w:t>sampah</w:t>
            </w:r>
            <w:proofErr w:type="spellEnd"/>
            <w:r>
              <w:rPr>
                <w:sz w:val="20"/>
              </w:rPr>
              <w:t xml:space="preserve"> </w:t>
            </w:r>
            <w:proofErr w:type="spellStart"/>
            <w:r>
              <w:rPr>
                <w:sz w:val="20"/>
              </w:rPr>
              <w:t>masih</w:t>
            </w:r>
            <w:proofErr w:type="spellEnd"/>
            <w:r>
              <w:rPr>
                <w:sz w:val="20"/>
              </w:rPr>
              <w:t xml:space="preserve"> </w:t>
            </w:r>
            <w:proofErr w:type="spellStart"/>
            <w:r>
              <w:rPr>
                <w:sz w:val="20"/>
              </w:rPr>
              <w:t>sering</w:t>
            </w:r>
            <w:proofErr w:type="spellEnd"/>
            <w:r>
              <w:rPr>
                <w:sz w:val="20"/>
              </w:rPr>
              <w:t xml:space="preserve"> </w:t>
            </w:r>
            <w:proofErr w:type="spellStart"/>
            <w:r>
              <w:rPr>
                <w:sz w:val="20"/>
              </w:rPr>
              <w:t>terjadi</w:t>
            </w:r>
            <w:proofErr w:type="spellEnd"/>
            <w:r>
              <w:rPr>
                <w:sz w:val="20"/>
              </w:rPr>
              <w:t xml:space="preserve">, </w:t>
            </w:r>
            <w:proofErr w:type="spellStart"/>
            <w:r>
              <w:rPr>
                <w:sz w:val="20"/>
              </w:rPr>
              <w:t>termasuk</w:t>
            </w:r>
            <w:proofErr w:type="spellEnd"/>
            <w:r>
              <w:rPr>
                <w:sz w:val="20"/>
              </w:rPr>
              <w:t xml:space="preserve"> pula di Kampung </w:t>
            </w:r>
            <w:proofErr w:type="spellStart"/>
            <w:r>
              <w:rPr>
                <w:sz w:val="20"/>
              </w:rPr>
              <w:t>Kadatuan</w:t>
            </w:r>
            <w:proofErr w:type="spellEnd"/>
            <w:r>
              <w:rPr>
                <w:sz w:val="20"/>
              </w:rPr>
              <w:t xml:space="preserve"> RW 08. </w:t>
            </w:r>
            <w:proofErr w:type="spellStart"/>
            <w:r>
              <w:rPr>
                <w:sz w:val="20"/>
              </w:rPr>
              <w:t>Untuk</w:t>
            </w:r>
            <w:proofErr w:type="spellEnd"/>
            <w:r>
              <w:rPr>
                <w:sz w:val="20"/>
              </w:rPr>
              <w:t xml:space="preserve"> </w:t>
            </w:r>
            <w:proofErr w:type="spellStart"/>
            <w:r>
              <w:rPr>
                <w:sz w:val="20"/>
              </w:rPr>
              <w:t>mengatasi</w:t>
            </w:r>
            <w:proofErr w:type="spellEnd"/>
            <w:r>
              <w:rPr>
                <w:sz w:val="20"/>
              </w:rPr>
              <w:t xml:space="preserve"> </w:t>
            </w:r>
            <w:proofErr w:type="spellStart"/>
            <w:r>
              <w:rPr>
                <w:sz w:val="20"/>
              </w:rPr>
              <w:t>hal</w:t>
            </w:r>
            <w:proofErr w:type="spellEnd"/>
            <w:r>
              <w:rPr>
                <w:sz w:val="20"/>
              </w:rPr>
              <w:t xml:space="preserve"> </w:t>
            </w:r>
            <w:proofErr w:type="spellStart"/>
            <w:r>
              <w:rPr>
                <w:sz w:val="20"/>
              </w:rPr>
              <w:t>tersebut</w:t>
            </w:r>
            <w:proofErr w:type="spellEnd"/>
            <w:r>
              <w:rPr>
                <w:sz w:val="20"/>
              </w:rPr>
              <w:t xml:space="preserve">, </w:t>
            </w:r>
            <w:proofErr w:type="spellStart"/>
            <w:r>
              <w:rPr>
                <w:sz w:val="20"/>
              </w:rPr>
              <w:t>pendekatan</w:t>
            </w:r>
            <w:proofErr w:type="spellEnd"/>
            <w:r>
              <w:rPr>
                <w:sz w:val="20"/>
              </w:rPr>
              <w:t xml:space="preserve"> </w:t>
            </w:r>
            <w:proofErr w:type="spellStart"/>
            <w:r>
              <w:rPr>
                <w:sz w:val="20"/>
              </w:rPr>
              <w:t>pemberdayaan</w:t>
            </w:r>
            <w:proofErr w:type="spellEnd"/>
            <w:r>
              <w:rPr>
                <w:sz w:val="20"/>
              </w:rPr>
              <w:t xml:space="preserve"> </w:t>
            </w:r>
            <w:proofErr w:type="spellStart"/>
            <w:r>
              <w:rPr>
                <w:sz w:val="20"/>
              </w:rPr>
              <w:t>masyarakat</w:t>
            </w:r>
            <w:proofErr w:type="spellEnd"/>
            <w:r>
              <w:rPr>
                <w:sz w:val="20"/>
              </w:rPr>
              <w:t xml:space="preserve"> </w:t>
            </w:r>
            <w:proofErr w:type="spellStart"/>
            <w:r>
              <w:rPr>
                <w:sz w:val="20"/>
              </w:rPr>
              <w:t>dapat</w:t>
            </w:r>
            <w:proofErr w:type="spellEnd"/>
            <w:r>
              <w:rPr>
                <w:sz w:val="20"/>
              </w:rPr>
              <w:t xml:space="preserve"> </w:t>
            </w:r>
            <w:proofErr w:type="spellStart"/>
            <w:r>
              <w:rPr>
                <w:sz w:val="20"/>
              </w:rPr>
              <w:t>dilakukan</w:t>
            </w:r>
            <w:proofErr w:type="spellEnd"/>
            <w:r>
              <w:rPr>
                <w:sz w:val="20"/>
              </w:rPr>
              <w:t xml:space="preserve">. Artikel </w:t>
            </w:r>
            <w:proofErr w:type="spellStart"/>
            <w:r>
              <w:rPr>
                <w:sz w:val="20"/>
              </w:rPr>
              <w:t>ini</w:t>
            </w:r>
            <w:proofErr w:type="spellEnd"/>
            <w:r>
              <w:rPr>
                <w:sz w:val="20"/>
              </w:rPr>
              <w:t xml:space="preserve"> </w:t>
            </w:r>
            <w:proofErr w:type="spellStart"/>
            <w:r>
              <w:rPr>
                <w:sz w:val="20"/>
              </w:rPr>
              <w:t>menggunakan</w:t>
            </w:r>
            <w:proofErr w:type="spellEnd"/>
            <w:r>
              <w:rPr>
                <w:sz w:val="20"/>
              </w:rPr>
              <w:t xml:space="preserve"> </w:t>
            </w:r>
            <w:proofErr w:type="spellStart"/>
            <w:r>
              <w:rPr>
                <w:sz w:val="20"/>
              </w:rPr>
              <w:t>pendekatan</w:t>
            </w:r>
            <w:proofErr w:type="spellEnd"/>
            <w:r>
              <w:rPr>
                <w:sz w:val="20"/>
              </w:rPr>
              <w:t xml:space="preserve"> </w:t>
            </w:r>
            <w:proofErr w:type="spellStart"/>
            <w:r>
              <w:rPr>
                <w:sz w:val="20"/>
              </w:rPr>
              <w:t>kualitatif</w:t>
            </w:r>
            <w:proofErr w:type="spellEnd"/>
            <w:r>
              <w:rPr>
                <w:sz w:val="20"/>
              </w:rPr>
              <w:t xml:space="preserve"> </w:t>
            </w:r>
            <w:proofErr w:type="spellStart"/>
            <w:r>
              <w:rPr>
                <w:sz w:val="20"/>
              </w:rPr>
              <w:t>dengan</w:t>
            </w:r>
            <w:proofErr w:type="spellEnd"/>
            <w:r>
              <w:rPr>
                <w:sz w:val="20"/>
              </w:rPr>
              <w:t xml:space="preserve"> </w:t>
            </w:r>
            <w:proofErr w:type="spellStart"/>
            <w:r>
              <w:rPr>
                <w:sz w:val="20"/>
              </w:rPr>
              <w:t>teknik</w:t>
            </w:r>
            <w:proofErr w:type="spellEnd"/>
            <w:r>
              <w:rPr>
                <w:sz w:val="20"/>
              </w:rPr>
              <w:t xml:space="preserve"> participatory rural appraisal </w:t>
            </w:r>
            <w:proofErr w:type="spellStart"/>
            <w:r>
              <w:rPr>
                <w:sz w:val="20"/>
              </w:rPr>
              <w:t>dalam</w:t>
            </w:r>
            <w:proofErr w:type="spellEnd"/>
            <w:r>
              <w:rPr>
                <w:sz w:val="20"/>
              </w:rPr>
              <w:t xml:space="preserve"> </w:t>
            </w:r>
            <w:proofErr w:type="spellStart"/>
            <w:r>
              <w:rPr>
                <w:sz w:val="20"/>
              </w:rPr>
              <w:t>mengatasi</w:t>
            </w:r>
            <w:proofErr w:type="spellEnd"/>
            <w:r>
              <w:rPr>
                <w:sz w:val="20"/>
              </w:rPr>
              <w:t xml:space="preserve"> </w:t>
            </w:r>
            <w:proofErr w:type="spellStart"/>
            <w:r>
              <w:rPr>
                <w:sz w:val="20"/>
              </w:rPr>
              <w:t>permasalahan</w:t>
            </w:r>
            <w:proofErr w:type="spellEnd"/>
            <w:r>
              <w:rPr>
                <w:sz w:val="20"/>
              </w:rPr>
              <w:t xml:space="preserve"> </w:t>
            </w:r>
            <w:proofErr w:type="spellStart"/>
            <w:r>
              <w:rPr>
                <w:sz w:val="20"/>
              </w:rPr>
              <w:t>sampah</w:t>
            </w:r>
            <w:proofErr w:type="spellEnd"/>
            <w:r>
              <w:rPr>
                <w:sz w:val="20"/>
              </w:rPr>
              <w:t xml:space="preserve"> di RW 08 Kampung </w:t>
            </w:r>
            <w:proofErr w:type="spellStart"/>
            <w:r>
              <w:rPr>
                <w:sz w:val="20"/>
              </w:rPr>
              <w:t>Kadatuan</w:t>
            </w:r>
            <w:proofErr w:type="spellEnd"/>
            <w:r>
              <w:rPr>
                <w:sz w:val="20"/>
              </w:rPr>
              <w:t xml:space="preserve">. Hasil </w:t>
            </w:r>
            <w:proofErr w:type="spellStart"/>
            <w:r>
              <w:rPr>
                <w:sz w:val="20"/>
              </w:rPr>
              <w:t>kajian</w:t>
            </w:r>
            <w:proofErr w:type="spellEnd"/>
            <w:r>
              <w:rPr>
                <w:sz w:val="20"/>
              </w:rPr>
              <w:t xml:space="preserve"> </w:t>
            </w:r>
            <w:proofErr w:type="spellStart"/>
            <w:r>
              <w:rPr>
                <w:sz w:val="20"/>
              </w:rPr>
              <w:t>menunjukkan</w:t>
            </w:r>
            <w:proofErr w:type="spellEnd"/>
            <w:r>
              <w:rPr>
                <w:sz w:val="20"/>
              </w:rPr>
              <w:t xml:space="preserve"> </w:t>
            </w:r>
            <w:proofErr w:type="spellStart"/>
            <w:r>
              <w:rPr>
                <w:sz w:val="20"/>
              </w:rPr>
              <w:t>bahwa</w:t>
            </w:r>
            <w:proofErr w:type="spellEnd"/>
            <w:r>
              <w:rPr>
                <w:sz w:val="20"/>
              </w:rPr>
              <w:t xml:space="preserve"> </w:t>
            </w:r>
            <w:proofErr w:type="spellStart"/>
            <w:r>
              <w:rPr>
                <w:sz w:val="20"/>
              </w:rPr>
              <w:t>melalui</w:t>
            </w:r>
            <w:proofErr w:type="spellEnd"/>
            <w:r>
              <w:rPr>
                <w:sz w:val="20"/>
              </w:rPr>
              <w:t xml:space="preserve"> </w:t>
            </w:r>
            <w:proofErr w:type="spellStart"/>
            <w:r>
              <w:rPr>
                <w:sz w:val="20"/>
              </w:rPr>
              <w:t>pendekatan</w:t>
            </w:r>
            <w:proofErr w:type="spellEnd"/>
            <w:r>
              <w:rPr>
                <w:sz w:val="20"/>
              </w:rPr>
              <w:t xml:space="preserve"> </w:t>
            </w:r>
            <w:proofErr w:type="spellStart"/>
            <w:r>
              <w:rPr>
                <w:sz w:val="20"/>
              </w:rPr>
              <w:t>pemberdayaan</w:t>
            </w:r>
            <w:proofErr w:type="spellEnd"/>
            <w:r>
              <w:rPr>
                <w:sz w:val="20"/>
              </w:rPr>
              <w:t xml:space="preserve"> </w:t>
            </w:r>
            <w:proofErr w:type="spellStart"/>
            <w:r>
              <w:rPr>
                <w:sz w:val="20"/>
              </w:rPr>
              <w:t>masyarakat</w:t>
            </w:r>
            <w:proofErr w:type="spellEnd"/>
            <w:r>
              <w:rPr>
                <w:sz w:val="20"/>
              </w:rPr>
              <w:t xml:space="preserve">, program </w:t>
            </w:r>
            <w:proofErr w:type="spellStart"/>
            <w:r>
              <w:rPr>
                <w:sz w:val="20"/>
              </w:rPr>
              <w:t>seperti</w:t>
            </w:r>
            <w:proofErr w:type="spellEnd"/>
            <w:r>
              <w:rPr>
                <w:sz w:val="20"/>
              </w:rPr>
              <w:t xml:space="preserve"> ABC (Anak </w:t>
            </w:r>
            <w:proofErr w:type="spellStart"/>
            <w:r>
              <w:rPr>
                <w:sz w:val="20"/>
              </w:rPr>
              <w:t>Bojong</w:t>
            </w:r>
            <w:proofErr w:type="spellEnd"/>
            <w:r>
              <w:rPr>
                <w:sz w:val="20"/>
              </w:rPr>
              <w:t xml:space="preserve"> Cinta </w:t>
            </w:r>
            <w:proofErr w:type="spellStart"/>
            <w:r>
              <w:rPr>
                <w:sz w:val="20"/>
              </w:rPr>
              <w:t>Kebersihan</w:t>
            </w:r>
            <w:proofErr w:type="spellEnd"/>
            <w:r>
              <w:rPr>
                <w:sz w:val="20"/>
              </w:rPr>
              <w:t xml:space="preserve">) </w:t>
            </w:r>
            <w:proofErr w:type="spellStart"/>
            <w:r>
              <w:rPr>
                <w:sz w:val="20"/>
              </w:rPr>
              <w:t>berhasil</w:t>
            </w:r>
            <w:proofErr w:type="spellEnd"/>
            <w:r>
              <w:rPr>
                <w:sz w:val="20"/>
              </w:rPr>
              <w:t xml:space="preserve"> </w:t>
            </w:r>
            <w:proofErr w:type="spellStart"/>
            <w:r>
              <w:rPr>
                <w:sz w:val="20"/>
              </w:rPr>
              <w:t>meningkatkan</w:t>
            </w:r>
            <w:proofErr w:type="spellEnd"/>
            <w:r>
              <w:rPr>
                <w:sz w:val="20"/>
              </w:rPr>
              <w:t xml:space="preserve"> </w:t>
            </w:r>
            <w:proofErr w:type="spellStart"/>
            <w:r>
              <w:rPr>
                <w:sz w:val="20"/>
              </w:rPr>
              <w:t>kesadaran</w:t>
            </w:r>
            <w:proofErr w:type="spellEnd"/>
            <w:r>
              <w:rPr>
                <w:sz w:val="20"/>
              </w:rPr>
              <w:t xml:space="preserve"> </w:t>
            </w:r>
            <w:proofErr w:type="spellStart"/>
            <w:r>
              <w:rPr>
                <w:sz w:val="20"/>
              </w:rPr>
              <w:t>anak-anak</w:t>
            </w:r>
            <w:proofErr w:type="spellEnd"/>
            <w:r>
              <w:rPr>
                <w:sz w:val="20"/>
              </w:rPr>
              <w:t xml:space="preserve"> </w:t>
            </w:r>
            <w:proofErr w:type="spellStart"/>
            <w:r>
              <w:rPr>
                <w:sz w:val="20"/>
              </w:rPr>
              <w:t>sekolah</w:t>
            </w:r>
            <w:proofErr w:type="spellEnd"/>
            <w:r>
              <w:rPr>
                <w:sz w:val="20"/>
              </w:rPr>
              <w:t xml:space="preserve"> </w:t>
            </w:r>
            <w:proofErr w:type="spellStart"/>
            <w:r>
              <w:rPr>
                <w:sz w:val="20"/>
              </w:rPr>
              <w:t>mengenai</w:t>
            </w:r>
            <w:proofErr w:type="spellEnd"/>
            <w:r>
              <w:rPr>
                <w:sz w:val="20"/>
              </w:rPr>
              <w:t xml:space="preserve"> </w:t>
            </w:r>
            <w:proofErr w:type="spellStart"/>
            <w:r>
              <w:rPr>
                <w:sz w:val="20"/>
              </w:rPr>
              <w:t>pentingnya</w:t>
            </w:r>
            <w:proofErr w:type="spellEnd"/>
            <w:r>
              <w:rPr>
                <w:sz w:val="20"/>
              </w:rPr>
              <w:t xml:space="preserve"> </w:t>
            </w:r>
            <w:proofErr w:type="spellStart"/>
            <w:r>
              <w:rPr>
                <w:sz w:val="20"/>
              </w:rPr>
              <w:t>menjaga</w:t>
            </w:r>
            <w:proofErr w:type="spellEnd"/>
            <w:r>
              <w:rPr>
                <w:sz w:val="20"/>
              </w:rPr>
              <w:t xml:space="preserve"> </w:t>
            </w:r>
            <w:proofErr w:type="spellStart"/>
            <w:r>
              <w:rPr>
                <w:sz w:val="20"/>
              </w:rPr>
              <w:t>kebersihan</w:t>
            </w:r>
            <w:proofErr w:type="spellEnd"/>
            <w:r>
              <w:rPr>
                <w:sz w:val="20"/>
              </w:rPr>
              <w:t xml:space="preserve"> </w:t>
            </w:r>
            <w:proofErr w:type="spellStart"/>
            <w:r>
              <w:rPr>
                <w:sz w:val="20"/>
              </w:rPr>
              <w:t>lingkungan</w:t>
            </w:r>
            <w:proofErr w:type="spellEnd"/>
            <w:r>
              <w:rPr>
                <w:sz w:val="20"/>
              </w:rPr>
              <w:t>.</w:t>
            </w:r>
          </w:p>
          <w:p w14:paraId="3771771B" w14:textId="77777777" w:rsidR="0054582D" w:rsidRDefault="00000000" w:rsidP="00B81EDD">
            <w:pPr>
              <w:spacing w:after="0" w:line="240" w:lineRule="auto"/>
              <w:rPr>
                <w:sz w:val="20"/>
              </w:rPr>
            </w:pPr>
            <w:r>
              <w:rPr>
                <w:b/>
                <w:sz w:val="20"/>
              </w:rPr>
              <w:t xml:space="preserve">Kata </w:t>
            </w:r>
            <w:proofErr w:type="spellStart"/>
            <w:r>
              <w:rPr>
                <w:b/>
                <w:sz w:val="20"/>
              </w:rPr>
              <w:t>kunci</w:t>
            </w:r>
            <w:proofErr w:type="spellEnd"/>
            <w:r>
              <w:rPr>
                <w:b/>
                <w:sz w:val="20"/>
              </w:rPr>
              <w:t xml:space="preserve">: </w:t>
            </w:r>
            <w:r>
              <w:rPr>
                <w:sz w:val="20"/>
              </w:rPr>
              <w:t xml:space="preserve">Participatory Rural Appraisal, </w:t>
            </w:r>
            <w:proofErr w:type="spellStart"/>
            <w:r>
              <w:rPr>
                <w:sz w:val="20"/>
              </w:rPr>
              <w:t>Pemberdayaan</w:t>
            </w:r>
            <w:proofErr w:type="spellEnd"/>
            <w:r>
              <w:rPr>
                <w:sz w:val="20"/>
              </w:rPr>
              <w:t xml:space="preserve"> Masyarakat, </w:t>
            </w:r>
            <w:proofErr w:type="spellStart"/>
            <w:r>
              <w:rPr>
                <w:sz w:val="20"/>
              </w:rPr>
              <w:t>Pengelolaan</w:t>
            </w:r>
            <w:proofErr w:type="spellEnd"/>
            <w:r>
              <w:rPr>
                <w:sz w:val="20"/>
              </w:rPr>
              <w:t xml:space="preserve"> </w:t>
            </w:r>
            <w:proofErr w:type="spellStart"/>
            <w:r>
              <w:rPr>
                <w:sz w:val="20"/>
              </w:rPr>
              <w:t>Sampah</w:t>
            </w:r>
            <w:proofErr w:type="spellEnd"/>
          </w:p>
          <w:p w14:paraId="6852160E" w14:textId="77777777" w:rsidR="00B81EDD" w:rsidRDefault="00B81EDD" w:rsidP="00B81EDD">
            <w:pPr>
              <w:spacing w:after="0" w:line="240" w:lineRule="auto"/>
            </w:pPr>
          </w:p>
          <w:p w14:paraId="16F325BF" w14:textId="77777777" w:rsidR="0054582D" w:rsidRDefault="00000000" w:rsidP="00B81EDD">
            <w:pPr>
              <w:spacing w:after="0" w:line="240" w:lineRule="auto"/>
              <w:jc w:val="center"/>
            </w:pPr>
            <w:r>
              <w:rPr>
                <w:b/>
                <w:i/>
              </w:rPr>
              <w:t>ABSTRACT</w:t>
            </w:r>
          </w:p>
          <w:p w14:paraId="08FBC930" w14:textId="77777777" w:rsidR="0054582D" w:rsidRDefault="00000000" w:rsidP="00B81EDD">
            <w:pPr>
              <w:spacing w:after="0" w:line="240" w:lineRule="auto"/>
              <w:jc w:val="both"/>
            </w:pPr>
            <w:r>
              <w:rPr>
                <w:i/>
                <w:sz w:val="20"/>
              </w:rPr>
              <w:t xml:space="preserve">Waste management remains one of the issues faced by major cities in Indonesia. Bandung Regency also experiences this phenomenon. To address this, the local government of Bandung Regency has regulated the issue through Regional Regulation No. 21 of 2009, later revised into Regional Regulation No. 15 of 2012, supported by Regent Regulation No. 25 of 2010 and subsequently amended into Regent Regulation No. 55 of 2013. However, in practice, waste problems still frequently occur, including in Kampung </w:t>
            </w:r>
            <w:proofErr w:type="spellStart"/>
            <w:r>
              <w:rPr>
                <w:i/>
                <w:sz w:val="20"/>
              </w:rPr>
              <w:t>Kadatuan</w:t>
            </w:r>
            <w:proofErr w:type="spellEnd"/>
            <w:r>
              <w:rPr>
                <w:i/>
                <w:sz w:val="20"/>
              </w:rPr>
              <w:t xml:space="preserve"> RW 08. To tackle this, a community empowerment approach can be applied. This article uses a qualitative approach with participatory rural appraisal techniques to address waste issues in RW 08 Kampung </w:t>
            </w:r>
            <w:proofErr w:type="spellStart"/>
            <w:r>
              <w:rPr>
                <w:i/>
                <w:sz w:val="20"/>
              </w:rPr>
              <w:t>Kadatuan</w:t>
            </w:r>
            <w:proofErr w:type="spellEnd"/>
            <w:r>
              <w:rPr>
                <w:i/>
                <w:sz w:val="20"/>
              </w:rPr>
              <w:t xml:space="preserve">. The findings show that through community empowerment, programs such as ABC (Anak </w:t>
            </w:r>
            <w:proofErr w:type="spellStart"/>
            <w:r>
              <w:rPr>
                <w:i/>
                <w:sz w:val="20"/>
              </w:rPr>
              <w:t>Bojong</w:t>
            </w:r>
            <w:proofErr w:type="spellEnd"/>
            <w:r>
              <w:rPr>
                <w:i/>
                <w:sz w:val="20"/>
              </w:rPr>
              <w:t xml:space="preserve"> Cinta </w:t>
            </w:r>
            <w:proofErr w:type="spellStart"/>
            <w:r>
              <w:rPr>
                <w:i/>
                <w:sz w:val="20"/>
              </w:rPr>
              <w:t>Kebersihan</w:t>
            </w:r>
            <w:proofErr w:type="spellEnd"/>
            <w:r>
              <w:rPr>
                <w:i/>
                <w:sz w:val="20"/>
              </w:rPr>
              <w:t>) successfully increased school children's awareness of the importance of maintaining environmental cleanliness.</w:t>
            </w:r>
          </w:p>
          <w:p w14:paraId="3E61DDC6" w14:textId="77777777" w:rsidR="0054582D" w:rsidRDefault="00000000" w:rsidP="00B81EDD">
            <w:pPr>
              <w:spacing w:after="0" w:line="240" w:lineRule="auto"/>
            </w:pPr>
            <w:r>
              <w:rPr>
                <w:b/>
                <w:i/>
                <w:sz w:val="20"/>
              </w:rPr>
              <w:t xml:space="preserve">Key word: </w:t>
            </w:r>
            <w:r>
              <w:rPr>
                <w:i/>
                <w:sz w:val="20"/>
              </w:rPr>
              <w:t>Participatory Rural Appraisal, Community Development, Waste Management</w:t>
            </w:r>
          </w:p>
        </w:tc>
      </w:tr>
    </w:tbl>
    <w:p w14:paraId="696DF550" w14:textId="77777777" w:rsidR="0054582D" w:rsidRDefault="0054582D" w:rsidP="00B81EDD">
      <w:pPr>
        <w:spacing w:after="0" w:line="240" w:lineRule="auto"/>
      </w:pPr>
    </w:p>
    <w:p w14:paraId="06BCA45E" w14:textId="77777777" w:rsidR="00B81EDD" w:rsidRDefault="00B81EDD" w:rsidP="00B81EDD">
      <w:pPr>
        <w:spacing w:after="0" w:line="240" w:lineRule="auto"/>
        <w:rPr>
          <w:b/>
        </w:rPr>
      </w:pPr>
    </w:p>
    <w:p w14:paraId="3FEEAEB7" w14:textId="77777777" w:rsidR="008D55E6" w:rsidRDefault="008D55E6" w:rsidP="00B81EDD">
      <w:pPr>
        <w:spacing w:after="0" w:line="240" w:lineRule="auto"/>
        <w:rPr>
          <w:b/>
        </w:rPr>
        <w:sectPr w:rsidR="008D55E6" w:rsidSect="00DF7022">
          <w:headerReference w:type="default" r:id="rId8"/>
          <w:footerReference w:type="even" r:id="rId9"/>
          <w:footerReference w:type="default" r:id="rId10"/>
          <w:pgSz w:w="11900" w:h="16840"/>
          <w:pgMar w:top="1134" w:right="1134" w:bottom="1134" w:left="1134" w:header="720" w:footer="720" w:gutter="0"/>
          <w:pgNumType w:start="148"/>
          <w:cols w:space="720"/>
          <w:docGrid w:linePitch="360"/>
        </w:sectPr>
      </w:pPr>
    </w:p>
    <w:p w14:paraId="3A68DC53" w14:textId="04A69C08" w:rsidR="0054582D" w:rsidRDefault="00000000" w:rsidP="00B81EDD">
      <w:pPr>
        <w:spacing w:after="0" w:line="240" w:lineRule="auto"/>
      </w:pPr>
      <w:r>
        <w:rPr>
          <w:b/>
        </w:rPr>
        <w:t>PENDAHULUAN</w:t>
      </w:r>
    </w:p>
    <w:p w14:paraId="63D922F5" w14:textId="77777777" w:rsidR="0054582D" w:rsidRDefault="00000000" w:rsidP="00B81EDD">
      <w:pPr>
        <w:spacing w:after="0" w:line="240" w:lineRule="auto"/>
        <w:jc w:val="both"/>
      </w:pPr>
      <w:proofErr w:type="spellStart"/>
      <w:r>
        <w:t>Fenomena</w:t>
      </w:r>
      <w:proofErr w:type="spellEnd"/>
      <w:r>
        <w:t xml:space="preserve"> </w:t>
      </w:r>
      <w:proofErr w:type="spellStart"/>
      <w:r>
        <w:t>sampah</w:t>
      </w:r>
      <w:proofErr w:type="spellEnd"/>
      <w:r>
        <w:t xml:space="preserve"> </w:t>
      </w:r>
      <w:proofErr w:type="spellStart"/>
      <w:r>
        <w:t>masih</w:t>
      </w:r>
      <w:proofErr w:type="spellEnd"/>
      <w:r>
        <w:t xml:space="preserve"> </w:t>
      </w:r>
      <w:proofErr w:type="spellStart"/>
      <w:r>
        <w:t>menjadi</w:t>
      </w:r>
      <w:proofErr w:type="spellEnd"/>
      <w:r>
        <w:t xml:space="preserve"> </w:t>
      </w:r>
      <w:proofErr w:type="spellStart"/>
      <w:r>
        <w:t>masalah</w:t>
      </w:r>
      <w:proofErr w:type="spellEnd"/>
      <w:r>
        <w:t xml:space="preserve"> yang </w:t>
      </w:r>
      <w:proofErr w:type="spellStart"/>
      <w:r>
        <w:t>dihadapi</w:t>
      </w:r>
      <w:proofErr w:type="spellEnd"/>
      <w:r>
        <w:t xml:space="preserve"> oleh </w:t>
      </w:r>
      <w:proofErr w:type="spellStart"/>
      <w:r>
        <w:t>kota-kota</w:t>
      </w:r>
      <w:proofErr w:type="spellEnd"/>
      <w:r>
        <w:t xml:space="preserve"> di Indonesia. </w:t>
      </w:r>
      <w:proofErr w:type="spellStart"/>
      <w:r>
        <w:t>Laju</w:t>
      </w:r>
      <w:proofErr w:type="spellEnd"/>
      <w:r>
        <w:t xml:space="preserve"> </w:t>
      </w:r>
      <w:proofErr w:type="spellStart"/>
      <w:r>
        <w:t>pertumbuhan</w:t>
      </w:r>
      <w:proofErr w:type="spellEnd"/>
      <w:r>
        <w:t xml:space="preserve"> </w:t>
      </w:r>
      <w:proofErr w:type="spellStart"/>
      <w:r>
        <w:t>penduduk</w:t>
      </w:r>
      <w:proofErr w:type="spellEnd"/>
      <w:r>
        <w:t xml:space="preserve">, </w:t>
      </w:r>
      <w:proofErr w:type="spellStart"/>
      <w:r>
        <w:t>urbanisasi</w:t>
      </w:r>
      <w:proofErr w:type="spellEnd"/>
      <w:r>
        <w:t xml:space="preserve">, </w:t>
      </w:r>
      <w:proofErr w:type="spellStart"/>
      <w:r>
        <w:t>hingga</w:t>
      </w:r>
      <w:proofErr w:type="spellEnd"/>
      <w:r>
        <w:t xml:space="preserve"> </w:t>
      </w:r>
      <w:proofErr w:type="spellStart"/>
      <w:r>
        <w:t>perubahan</w:t>
      </w:r>
      <w:proofErr w:type="spellEnd"/>
      <w:r>
        <w:t xml:space="preserve"> </w:t>
      </w:r>
      <w:proofErr w:type="spellStart"/>
      <w:r>
        <w:t>pola</w:t>
      </w:r>
      <w:proofErr w:type="spellEnd"/>
      <w:r>
        <w:t xml:space="preserve"> </w:t>
      </w:r>
      <w:proofErr w:type="spellStart"/>
      <w:r>
        <w:t>konsumsi</w:t>
      </w:r>
      <w:proofErr w:type="spellEnd"/>
      <w:r>
        <w:t xml:space="preserve"> </w:t>
      </w:r>
      <w:proofErr w:type="spellStart"/>
      <w:r>
        <w:t>masyarakat</w:t>
      </w:r>
      <w:proofErr w:type="spellEnd"/>
      <w:r>
        <w:t xml:space="preserve"> </w:t>
      </w:r>
      <w:proofErr w:type="spellStart"/>
      <w:r>
        <w:t>mengakibatkan</w:t>
      </w:r>
      <w:proofErr w:type="spellEnd"/>
      <w:r>
        <w:t xml:space="preserve"> </w:t>
      </w:r>
      <w:proofErr w:type="spellStart"/>
      <w:r>
        <w:t>meningkatnya</w:t>
      </w:r>
      <w:proofErr w:type="spellEnd"/>
      <w:r>
        <w:t xml:space="preserve"> volume </w:t>
      </w:r>
      <w:proofErr w:type="spellStart"/>
      <w:r>
        <w:t>sampah</w:t>
      </w:r>
      <w:proofErr w:type="spellEnd"/>
      <w:r>
        <w:t xml:space="preserve">. Data </w:t>
      </w:r>
      <w:proofErr w:type="spellStart"/>
      <w:r>
        <w:t>dari</w:t>
      </w:r>
      <w:proofErr w:type="spellEnd"/>
      <w:r>
        <w:t xml:space="preserve"> Dinas </w:t>
      </w:r>
      <w:proofErr w:type="spellStart"/>
      <w:r>
        <w:t>Lingkungan</w:t>
      </w:r>
      <w:proofErr w:type="spellEnd"/>
      <w:r>
        <w:t xml:space="preserve"> </w:t>
      </w:r>
      <w:proofErr w:type="spellStart"/>
      <w:r>
        <w:t>Hidup</w:t>
      </w:r>
      <w:proofErr w:type="spellEnd"/>
      <w:r>
        <w:t xml:space="preserve"> (DLH) </w:t>
      </w:r>
      <w:proofErr w:type="spellStart"/>
      <w:r>
        <w:t>Kabupaten</w:t>
      </w:r>
      <w:proofErr w:type="spellEnd"/>
      <w:r>
        <w:t xml:space="preserve"> Bandung </w:t>
      </w:r>
      <w:proofErr w:type="spellStart"/>
      <w:r>
        <w:t>menunjukkan</w:t>
      </w:r>
      <w:proofErr w:type="spellEnd"/>
      <w:r>
        <w:t xml:space="preserve"> </w:t>
      </w:r>
      <w:proofErr w:type="spellStart"/>
      <w:r>
        <w:t>bahwa</w:t>
      </w:r>
      <w:proofErr w:type="spellEnd"/>
      <w:r>
        <w:t xml:space="preserve"> pada </w:t>
      </w:r>
      <w:proofErr w:type="spellStart"/>
      <w:r>
        <w:t>rentang</w:t>
      </w:r>
      <w:proofErr w:type="spellEnd"/>
      <w:r>
        <w:t xml:space="preserve"> </w:t>
      </w:r>
      <w:proofErr w:type="spellStart"/>
      <w:r>
        <w:t>tahun</w:t>
      </w:r>
      <w:proofErr w:type="spellEnd"/>
      <w:r>
        <w:t xml:space="preserve"> 2019 </w:t>
      </w:r>
      <w:proofErr w:type="spellStart"/>
      <w:r>
        <w:t>hingga</w:t>
      </w:r>
      <w:proofErr w:type="spellEnd"/>
      <w:r>
        <w:t xml:space="preserve"> 2023 </w:t>
      </w:r>
      <w:proofErr w:type="spellStart"/>
      <w:r>
        <w:t>terjadi</w:t>
      </w:r>
      <w:proofErr w:type="spellEnd"/>
      <w:r>
        <w:t xml:space="preserve"> </w:t>
      </w:r>
      <w:proofErr w:type="spellStart"/>
      <w:r>
        <w:t>kenaikan</w:t>
      </w:r>
      <w:proofErr w:type="spellEnd"/>
      <w:r>
        <w:t xml:space="preserve"> yang </w:t>
      </w:r>
      <w:proofErr w:type="spellStart"/>
      <w:r>
        <w:t>cukup</w:t>
      </w:r>
      <w:proofErr w:type="spellEnd"/>
      <w:r>
        <w:t xml:space="preserve"> </w:t>
      </w:r>
      <w:proofErr w:type="spellStart"/>
      <w:r>
        <w:t>signifikan</w:t>
      </w:r>
      <w:proofErr w:type="spellEnd"/>
      <w:r>
        <w:t xml:space="preserve"> </w:t>
      </w:r>
      <w:proofErr w:type="spellStart"/>
      <w:r>
        <w:t>mengenai</w:t>
      </w:r>
      <w:proofErr w:type="spellEnd"/>
      <w:r>
        <w:t xml:space="preserve"> </w:t>
      </w:r>
      <w:proofErr w:type="spellStart"/>
      <w:r>
        <w:t>timbulan</w:t>
      </w:r>
      <w:proofErr w:type="spellEnd"/>
      <w:r>
        <w:t xml:space="preserve"> </w:t>
      </w:r>
      <w:proofErr w:type="spellStart"/>
      <w:r>
        <w:t>sampah</w:t>
      </w:r>
      <w:proofErr w:type="spellEnd"/>
      <w:r>
        <w:t xml:space="preserve"> di </w:t>
      </w:r>
      <w:proofErr w:type="spellStart"/>
      <w:r>
        <w:t>Kabupaten</w:t>
      </w:r>
      <w:proofErr w:type="spellEnd"/>
      <w:r>
        <w:t xml:space="preserve"> Bandung, </w:t>
      </w:r>
      <w:proofErr w:type="spellStart"/>
      <w:r>
        <w:t>sebagaimana</w:t>
      </w:r>
      <w:proofErr w:type="spellEnd"/>
      <w:r>
        <w:t xml:space="preserve"> </w:t>
      </w:r>
      <w:proofErr w:type="spellStart"/>
      <w:r>
        <w:t>disajikan</w:t>
      </w:r>
      <w:proofErr w:type="spellEnd"/>
      <w:r>
        <w:t xml:space="preserve"> pada </w:t>
      </w:r>
      <w:proofErr w:type="spellStart"/>
      <w:r>
        <w:t>Tabel</w:t>
      </w:r>
      <w:proofErr w:type="spellEnd"/>
      <w:r>
        <w:t xml:space="preserve"> 1.</w:t>
      </w:r>
    </w:p>
    <w:p w14:paraId="5E52D615" w14:textId="2AEBD838" w:rsidR="00B81EDD" w:rsidRDefault="00B81EDD" w:rsidP="00B81EDD">
      <w:pPr>
        <w:spacing w:after="0" w:line="240" w:lineRule="auto"/>
        <w:jc w:val="both"/>
      </w:pPr>
      <w:proofErr w:type="spellStart"/>
      <w:r>
        <w:rPr>
          <w:b/>
          <w:sz w:val="20"/>
        </w:rPr>
        <w:t>Tabel</w:t>
      </w:r>
      <w:proofErr w:type="spellEnd"/>
      <w:r>
        <w:rPr>
          <w:b/>
          <w:sz w:val="20"/>
        </w:rPr>
        <w:t xml:space="preserve"> 1. Volume </w:t>
      </w:r>
      <w:proofErr w:type="spellStart"/>
      <w:r>
        <w:rPr>
          <w:b/>
          <w:sz w:val="20"/>
        </w:rPr>
        <w:t>Timbulan</w:t>
      </w:r>
      <w:proofErr w:type="spellEnd"/>
      <w:r>
        <w:rPr>
          <w:b/>
          <w:sz w:val="20"/>
        </w:rPr>
        <w:t xml:space="preserve"> </w:t>
      </w:r>
      <w:proofErr w:type="spellStart"/>
      <w:r>
        <w:rPr>
          <w:b/>
          <w:sz w:val="20"/>
        </w:rPr>
        <w:t>Sampah</w:t>
      </w:r>
      <w:proofErr w:type="spellEnd"/>
      <w:r>
        <w:rPr>
          <w:b/>
          <w:sz w:val="20"/>
        </w:rPr>
        <w:t xml:space="preserve"> </w:t>
      </w:r>
      <w:proofErr w:type="spellStart"/>
      <w:r>
        <w:rPr>
          <w:b/>
          <w:sz w:val="20"/>
        </w:rPr>
        <w:t>Kabupaten</w:t>
      </w:r>
      <w:proofErr w:type="spellEnd"/>
      <w:r>
        <w:rPr>
          <w:b/>
          <w:sz w:val="20"/>
        </w:rPr>
        <w:t xml:space="preserve"> Bandung </w:t>
      </w:r>
      <w:proofErr w:type="spellStart"/>
      <w:r>
        <w:rPr>
          <w:b/>
          <w:sz w:val="20"/>
        </w:rPr>
        <w:t>Tahun</w:t>
      </w:r>
      <w:proofErr w:type="spellEnd"/>
      <w:r>
        <w:rPr>
          <w:b/>
          <w:sz w:val="20"/>
        </w:rPr>
        <w:t xml:space="preserve"> 2019–2023</w:t>
      </w:r>
    </w:p>
    <w:tbl>
      <w:tblPr>
        <w:tblStyle w:val="TableGrid"/>
        <w:tblW w:w="0" w:type="auto"/>
        <w:tblLook w:val="04A0" w:firstRow="1" w:lastRow="0" w:firstColumn="1" w:lastColumn="0" w:noHBand="0" w:noVBand="1"/>
      </w:tblPr>
      <w:tblGrid>
        <w:gridCol w:w="959"/>
        <w:gridCol w:w="2126"/>
      </w:tblGrid>
      <w:tr w:rsidR="0054582D" w14:paraId="1E3C2610" w14:textId="77777777" w:rsidTr="00B81EDD">
        <w:tc>
          <w:tcPr>
            <w:tcW w:w="959" w:type="dxa"/>
            <w:vAlign w:val="center"/>
          </w:tcPr>
          <w:p w14:paraId="1C1F03CC" w14:textId="77777777" w:rsidR="0054582D" w:rsidRDefault="00000000" w:rsidP="00B81EDD">
            <w:pPr>
              <w:jc w:val="center"/>
            </w:pPr>
            <w:proofErr w:type="spellStart"/>
            <w:r>
              <w:rPr>
                <w:b/>
                <w:sz w:val="20"/>
              </w:rPr>
              <w:t>Tahun</w:t>
            </w:r>
            <w:proofErr w:type="spellEnd"/>
          </w:p>
        </w:tc>
        <w:tc>
          <w:tcPr>
            <w:tcW w:w="2126" w:type="dxa"/>
            <w:vAlign w:val="center"/>
          </w:tcPr>
          <w:p w14:paraId="6CE16713" w14:textId="77777777" w:rsidR="0054582D" w:rsidRDefault="00000000" w:rsidP="00B81EDD">
            <w:pPr>
              <w:jc w:val="center"/>
            </w:pPr>
            <w:proofErr w:type="spellStart"/>
            <w:r>
              <w:rPr>
                <w:b/>
                <w:sz w:val="20"/>
              </w:rPr>
              <w:t>Jumlah</w:t>
            </w:r>
            <w:proofErr w:type="spellEnd"/>
            <w:r>
              <w:rPr>
                <w:b/>
                <w:sz w:val="20"/>
              </w:rPr>
              <w:t xml:space="preserve"> </w:t>
            </w:r>
            <w:proofErr w:type="spellStart"/>
            <w:r>
              <w:rPr>
                <w:b/>
                <w:sz w:val="20"/>
              </w:rPr>
              <w:t>Potensi</w:t>
            </w:r>
            <w:proofErr w:type="spellEnd"/>
            <w:r>
              <w:rPr>
                <w:b/>
                <w:sz w:val="20"/>
              </w:rPr>
              <w:t xml:space="preserve"> </w:t>
            </w:r>
            <w:proofErr w:type="spellStart"/>
            <w:r>
              <w:rPr>
                <w:b/>
                <w:sz w:val="20"/>
              </w:rPr>
              <w:t>Timbulan</w:t>
            </w:r>
            <w:proofErr w:type="spellEnd"/>
            <w:r>
              <w:rPr>
                <w:b/>
                <w:sz w:val="20"/>
              </w:rPr>
              <w:t xml:space="preserve"> </w:t>
            </w:r>
            <w:proofErr w:type="spellStart"/>
            <w:r>
              <w:rPr>
                <w:b/>
                <w:sz w:val="20"/>
              </w:rPr>
              <w:t>Sampah</w:t>
            </w:r>
            <w:proofErr w:type="spellEnd"/>
          </w:p>
        </w:tc>
      </w:tr>
      <w:tr w:rsidR="0054582D" w14:paraId="1AD3DA9A" w14:textId="77777777" w:rsidTr="00B81EDD">
        <w:tc>
          <w:tcPr>
            <w:tcW w:w="959" w:type="dxa"/>
          </w:tcPr>
          <w:p w14:paraId="048CE57E" w14:textId="77777777" w:rsidR="0054582D" w:rsidRDefault="00000000" w:rsidP="00B81EDD">
            <w:pPr>
              <w:jc w:val="center"/>
            </w:pPr>
            <w:r>
              <w:rPr>
                <w:sz w:val="20"/>
              </w:rPr>
              <w:t>2019</w:t>
            </w:r>
          </w:p>
        </w:tc>
        <w:tc>
          <w:tcPr>
            <w:tcW w:w="2126" w:type="dxa"/>
          </w:tcPr>
          <w:p w14:paraId="2C4CD6A9" w14:textId="77777777" w:rsidR="0054582D" w:rsidRDefault="00000000" w:rsidP="00B81EDD">
            <w:pPr>
              <w:jc w:val="center"/>
            </w:pPr>
            <w:r>
              <w:rPr>
                <w:sz w:val="20"/>
              </w:rPr>
              <w:t>2.643.553,98 ton</w:t>
            </w:r>
          </w:p>
        </w:tc>
      </w:tr>
      <w:tr w:rsidR="0054582D" w14:paraId="425E26C2" w14:textId="77777777" w:rsidTr="00B81EDD">
        <w:tc>
          <w:tcPr>
            <w:tcW w:w="959" w:type="dxa"/>
          </w:tcPr>
          <w:p w14:paraId="4C760B2E" w14:textId="77777777" w:rsidR="0054582D" w:rsidRDefault="00000000" w:rsidP="00B81EDD">
            <w:pPr>
              <w:jc w:val="center"/>
            </w:pPr>
            <w:r>
              <w:rPr>
                <w:sz w:val="20"/>
              </w:rPr>
              <w:t>2020</w:t>
            </w:r>
          </w:p>
        </w:tc>
        <w:tc>
          <w:tcPr>
            <w:tcW w:w="2126" w:type="dxa"/>
          </w:tcPr>
          <w:p w14:paraId="6797B741" w14:textId="77777777" w:rsidR="0054582D" w:rsidRDefault="00000000" w:rsidP="00B81EDD">
            <w:pPr>
              <w:jc w:val="center"/>
            </w:pPr>
            <w:r>
              <w:rPr>
                <w:sz w:val="20"/>
              </w:rPr>
              <w:t>2.673.533,41 ton*</w:t>
            </w:r>
          </w:p>
        </w:tc>
      </w:tr>
      <w:tr w:rsidR="0054582D" w14:paraId="43D31ED1" w14:textId="77777777" w:rsidTr="00B81EDD">
        <w:tc>
          <w:tcPr>
            <w:tcW w:w="959" w:type="dxa"/>
          </w:tcPr>
          <w:p w14:paraId="3101BAC4" w14:textId="77777777" w:rsidR="0054582D" w:rsidRDefault="00000000" w:rsidP="00B81EDD">
            <w:pPr>
              <w:jc w:val="center"/>
            </w:pPr>
            <w:r>
              <w:rPr>
                <w:sz w:val="20"/>
              </w:rPr>
              <w:t>2021</w:t>
            </w:r>
          </w:p>
        </w:tc>
        <w:tc>
          <w:tcPr>
            <w:tcW w:w="2126" w:type="dxa"/>
          </w:tcPr>
          <w:p w14:paraId="2A66C653" w14:textId="77777777" w:rsidR="0054582D" w:rsidRDefault="00000000" w:rsidP="00B81EDD">
            <w:pPr>
              <w:jc w:val="center"/>
            </w:pPr>
            <w:r>
              <w:rPr>
                <w:sz w:val="20"/>
              </w:rPr>
              <w:t>2.643.553,98 ton*</w:t>
            </w:r>
          </w:p>
        </w:tc>
      </w:tr>
      <w:tr w:rsidR="0054582D" w14:paraId="673C7F6E" w14:textId="77777777" w:rsidTr="00B81EDD">
        <w:tc>
          <w:tcPr>
            <w:tcW w:w="959" w:type="dxa"/>
          </w:tcPr>
          <w:p w14:paraId="15520867" w14:textId="77777777" w:rsidR="0054582D" w:rsidRDefault="00000000" w:rsidP="00B81EDD">
            <w:pPr>
              <w:jc w:val="center"/>
            </w:pPr>
            <w:r>
              <w:rPr>
                <w:sz w:val="20"/>
              </w:rPr>
              <w:t>2022</w:t>
            </w:r>
          </w:p>
        </w:tc>
        <w:tc>
          <w:tcPr>
            <w:tcW w:w="2126" w:type="dxa"/>
          </w:tcPr>
          <w:p w14:paraId="07190E0B" w14:textId="77777777" w:rsidR="0054582D" w:rsidRDefault="00000000" w:rsidP="00B81EDD">
            <w:pPr>
              <w:jc w:val="center"/>
            </w:pPr>
            <w:r>
              <w:rPr>
                <w:sz w:val="20"/>
              </w:rPr>
              <w:t>2.674.462,80 ton</w:t>
            </w:r>
          </w:p>
        </w:tc>
      </w:tr>
      <w:tr w:rsidR="0054582D" w14:paraId="5CABAC27" w14:textId="77777777" w:rsidTr="00B81EDD">
        <w:tc>
          <w:tcPr>
            <w:tcW w:w="959" w:type="dxa"/>
          </w:tcPr>
          <w:p w14:paraId="16F18B16" w14:textId="77777777" w:rsidR="0054582D" w:rsidRDefault="00000000" w:rsidP="00B81EDD">
            <w:pPr>
              <w:jc w:val="center"/>
            </w:pPr>
            <w:r>
              <w:rPr>
                <w:sz w:val="20"/>
              </w:rPr>
              <w:t>2023</w:t>
            </w:r>
          </w:p>
        </w:tc>
        <w:tc>
          <w:tcPr>
            <w:tcW w:w="2126" w:type="dxa"/>
          </w:tcPr>
          <w:p w14:paraId="4B718297" w14:textId="77777777" w:rsidR="0054582D" w:rsidRDefault="00000000" w:rsidP="00B81EDD">
            <w:pPr>
              <w:jc w:val="center"/>
            </w:pPr>
            <w:r>
              <w:rPr>
                <w:sz w:val="20"/>
              </w:rPr>
              <w:t>2.712.761,60 ton</w:t>
            </w:r>
          </w:p>
        </w:tc>
      </w:tr>
    </w:tbl>
    <w:p w14:paraId="0C7FAF19" w14:textId="77777777" w:rsidR="0054582D" w:rsidRDefault="00000000" w:rsidP="008D55E6">
      <w:pPr>
        <w:spacing w:after="0" w:line="240" w:lineRule="auto"/>
      </w:pPr>
      <w:proofErr w:type="spellStart"/>
      <w:r>
        <w:rPr>
          <w:i/>
          <w:sz w:val="20"/>
        </w:rPr>
        <w:t>Sumber</w:t>
      </w:r>
      <w:proofErr w:type="spellEnd"/>
      <w:r>
        <w:rPr>
          <w:i/>
          <w:sz w:val="20"/>
        </w:rPr>
        <w:t xml:space="preserve">: Dinas </w:t>
      </w:r>
      <w:proofErr w:type="spellStart"/>
      <w:r>
        <w:rPr>
          <w:i/>
          <w:sz w:val="20"/>
        </w:rPr>
        <w:t>Lingkungan</w:t>
      </w:r>
      <w:proofErr w:type="spellEnd"/>
      <w:r>
        <w:rPr>
          <w:i/>
          <w:sz w:val="20"/>
        </w:rPr>
        <w:t xml:space="preserve"> </w:t>
      </w:r>
      <w:proofErr w:type="spellStart"/>
      <w:r>
        <w:rPr>
          <w:i/>
          <w:sz w:val="20"/>
        </w:rPr>
        <w:t>Hidup</w:t>
      </w:r>
      <w:proofErr w:type="spellEnd"/>
      <w:r>
        <w:rPr>
          <w:i/>
          <w:sz w:val="20"/>
        </w:rPr>
        <w:t xml:space="preserve"> </w:t>
      </w:r>
      <w:proofErr w:type="spellStart"/>
      <w:r>
        <w:rPr>
          <w:i/>
          <w:sz w:val="20"/>
        </w:rPr>
        <w:t>Kabupaten</w:t>
      </w:r>
      <w:proofErr w:type="spellEnd"/>
      <w:r>
        <w:rPr>
          <w:i/>
          <w:sz w:val="20"/>
        </w:rPr>
        <w:t xml:space="preserve"> Bandung, 2024</w:t>
      </w:r>
    </w:p>
    <w:p w14:paraId="5B171B94" w14:textId="77777777" w:rsidR="00B81EDD" w:rsidRDefault="00B81EDD" w:rsidP="00B81EDD">
      <w:pPr>
        <w:spacing w:after="0" w:line="240" w:lineRule="auto"/>
        <w:jc w:val="both"/>
      </w:pPr>
    </w:p>
    <w:p w14:paraId="09D689F5" w14:textId="77777777" w:rsidR="0054582D" w:rsidRDefault="00000000" w:rsidP="00B81EDD">
      <w:pPr>
        <w:spacing w:after="0" w:line="240" w:lineRule="auto"/>
        <w:jc w:val="both"/>
      </w:pPr>
      <w:proofErr w:type="spellStart"/>
      <w:r>
        <w:t>Tabel</w:t>
      </w:r>
      <w:proofErr w:type="spellEnd"/>
      <w:r>
        <w:t xml:space="preserve"> di </w:t>
      </w:r>
      <w:proofErr w:type="spellStart"/>
      <w:r>
        <w:t>atas</w:t>
      </w:r>
      <w:proofErr w:type="spellEnd"/>
      <w:r>
        <w:t xml:space="preserve"> </w:t>
      </w:r>
      <w:proofErr w:type="spellStart"/>
      <w:r>
        <w:t>menunjukkan</w:t>
      </w:r>
      <w:proofErr w:type="spellEnd"/>
      <w:r>
        <w:t xml:space="preserve"> </w:t>
      </w:r>
      <w:proofErr w:type="spellStart"/>
      <w:r>
        <w:t>bahwa</w:t>
      </w:r>
      <w:proofErr w:type="spellEnd"/>
      <w:r>
        <w:t xml:space="preserve"> volume </w:t>
      </w:r>
      <w:proofErr w:type="spellStart"/>
      <w:r>
        <w:t>sampah</w:t>
      </w:r>
      <w:proofErr w:type="spellEnd"/>
      <w:r>
        <w:t xml:space="preserve"> </w:t>
      </w:r>
      <w:proofErr w:type="spellStart"/>
      <w:r>
        <w:t>cenderung</w:t>
      </w:r>
      <w:proofErr w:type="spellEnd"/>
      <w:r>
        <w:t xml:space="preserve"> </w:t>
      </w:r>
      <w:proofErr w:type="spellStart"/>
      <w:r>
        <w:t>terus</w:t>
      </w:r>
      <w:proofErr w:type="spellEnd"/>
      <w:r>
        <w:t xml:space="preserve"> </w:t>
      </w:r>
      <w:proofErr w:type="spellStart"/>
      <w:r>
        <w:t>mengalami</w:t>
      </w:r>
      <w:proofErr w:type="spellEnd"/>
      <w:r>
        <w:t xml:space="preserve"> </w:t>
      </w:r>
      <w:proofErr w:type="spellStart"/>
      <w:r>
        <w:t>kenaikan</w:t>
      </w:r>
      <w:proofErr w:type="spellEnd"/>
      <w:r>
        <w:t xml:space="preserve"> </w:t>
      </w:r>
      <w:proofErr w:type="spellStart"/>
      <w:r>
        <w:t>dari</w:t>
      </w:r>
      <w:proofErr w:type="spellEnd"/>
      <w:r>
        <w:t xml:space="preserve"> </w:t>
      </w:r>
      <w:proofErr w:type="spellStart"/>
      <w:r>
        <w:t>tahun</w:t>
      </w:r>
      <w:proofErr w:type="spellEnd"/>
      <w:r>
        <w:t xml:space="preserve"> </w:t>
      </w:r>
      <w:proofErr w:type="spellStart"/>
      <w:r>
        <w:t>ke</w:t>
      </w:r>
      <w:proofErr w:type="spellEnd"/>
      <w:r>
        <w:t xml:space="preserve"> </w:t>
      </w:r>
      <w:proofErr w:type="spellStart"/>
      <w:r>
        <w:t>tahun</w:t>
      </w:r>
      <w:proofErr w:type="spellEnd"/>
      <w:r>
        <w:t xml:space="preserve">. </w:t>
      </w:r>
      <w:proofErr w:type="spellStart"/>
      <w:r>
        <w:t>Tumpukan</w:t>
      </w:r>
      <w:proofErr w:type="spellEnd"/>
      <w:r>
        <w:t xml:space="preserve"> </w:t>
      </w:r>
      <w:proofErr w:type="spellStart"/>
      <w:r>
        <w:t>sampah</w:t>
      </w:r>
      <w:proofErr w:type="spellEnd"/>
      <w:r>
        <w:t xml:space="preserve"> yang </w:t>
      </w:r>
      <w:proofErr w:type="spellStart"/>
      <w:r>
        <w:lastRenderedPageBreak/>
        <w:t>kian</w:t>
      </w:r>
      <w:proofErr w:type="spellEnd"/>
      <w:r>
        <w:t xml:space="preserve"> </w:t>
      </w:r>
      <w:proofErr w:type="spellStart"/>
      <w:r>
        <w:t>bertambah</w:t>
      </w:r>
      <w:proofErr w:type="spellEnd"/>
      <w:r>
        <w:t xml:space="preserve"> </w:t>
      </w:r>
      <w:proofErr w:type="spellStart"/>
      <w:r>
        <w:t>tentunya</w:t>
      </w:r>
      <w:proofErr w:type="spellEnd"/>
      <w:r>
        <w:t xml:space="preserve"> </w:t>
      </w:r>
      <w:proofErr w:type="spellStart"/>
      <w:r>
        <w:t>dapat</w:t>
      </w:r>
      <w:proofErr w:type="spellEnd"/>
      <w:r>
        <w:t xml:space="preserve"> </w:t>
      </w:r>
      <w:proofErr w:type="spellStart"/>
      <w:r>
        <w:t>mengganggu</w:t>
      </w:r>
      <w:proofErr w:type="spellEnd"/>
      <w:r>
        <w:t xml:space="preserve"> </w:t>
      </w:r>
      <w:proofErr w:type="spellStart"/>
      <w:r>
        <w:t>aktivitas</w:t>
      </w:r>
      <w:proofErr w:type="spellEnd"/>
      <w:r>
        <w:t xml:space="preserve"> </w:t>
      </w:r>
      <w:proofErr w:type="spellStart"/>
      <w:r>
        <w:t>masyarakat</w:t>
      </w:r>
      <w:proofErr w:type="spellEnd"/>
      <w:r>
        <w:t xml:space="preserve"> dan </w:t>
      </w:r>
      <w:proofErr w:type="spellStart"/>
      <w:r>
        <w:t>berdampak</w:t>
      </w:r>
      <w:proofErr w:type="spellEnd"/>
      <w:r>
        <w:t xml:space="preserve"> pada </w:t>
      </w:r>
      <w:proofErr w:type="spellStart"/>
      <w:r>
        <w:t>penurunan</w:t>
      </w:r>
      <w:proofErr w:type="spellEnd"/>
      <w:r>
        <w:t xml:space="preserve"> </w:t>
      </w:r>
      <w:proofErr w:type="spellStart"/>
      <w:r>
        <w:t>kualitas</w:t>
      </w:r>
      <w:proofErr w:type="spellEnd"/>
      <w:r>
        <w:t xml:space="preserve"> </w:t>
      </w:r>
      <w:proofErr w:type="spellStart"/>
      <w:r>
        <w:t>hidup</w:t>
      </w:r>
      <w:proofErr w:type="spellEnd"/>
      <w:r>
        <w:t xml:space="preserve"> </w:t>
      </w:r>
      <w:proofErr w:type="spellStart"/>
      <w:r>
        <w:t>warga</w:t>
      </w:r>
      <w:proofErr w:type="spellEnd"/>
      <w:r>
        <w:t xml:space="preserve"> (</w:t>
      </w:r>
      <w:proofErr w:type="spellStart"/>
      <w:r>
        <w:t>Sekarningrum</w:t>
      </w:r>
      <w:proofErr w:type="spellEnd"/>
      <w:r>
        <w:t xml:space="preserve"> </w:t>
      </w:r>
      <w:proofErr w:type="spellStart"/>
      <w:r>
        <w:t>dkk</w:t>
      </w:r>
      <w:proofErr w:type="spellEnd"/>
      <w:r>
        <w:t xml:space="preserve">., 2024). </w:t>
      </w:r>
      <w:proofErr w:type="spellStart"/>
      <w:r>
        <w:t>Untuk</w:t>
      </w:r>
      <w:proofErr w:type="spellEnd"/>
      <w:r>
        <w:t xml:space="preserve"> </w:t>
      </w:r>
      <w:proofErr w:type="spellStart"/>
      <w:r>
        <w:t>menanggulangi</w:t>
      </w:r>
      <w:proofErr w:type="spellEnd"/>
      <w:r>
        <w:t xml:space="preserve"> </w:t>
      </w:r>
      <w:proofErr w:type="spellStart"/>
      <w:r>
        <w:t>problematika</w:t>
      </w:r>
      <w:proofErr w:type="spellEnd"/>
      <w:r>
        <w:t xml:space="preserve"> </w:t>
      </w:r>
      <w:proofErr w:type="spellStart"/>
      <w:r>
        <w:t>tersebut</w:t>
      </w:r>
      <w:proofErr w:type="spellEnd"/>
      <w:r>
        <w:t xml:space="preserve">, </w:t>
      </w:r>
      <w:proofErr w:type="spellStart"/>
      <w:r>
        <w:t>Pemerintah</w:t>
      </w:r>
      <w:proofErr w:type="spellEnd"/>
      <w:r>
        <w:t xml:space="preserve"> </w:t>
      </w:r>
      <w:proofErr w:type="spellStart"/>
      <w:r>
        <w:t>Kabupaten</w:t>
      </w:r>
      <w:proofErr w:type="spellEnd"/>
      <w:r>
        <w:t xml:space="preserve"> Bandung </w:t>
      </w:r>
      <w:proofErr w:type="spellStart"/>
      <w:r>
        <w:t>telah</w:t>
      </w:r>
      <w:proofErr w:type="spellEnd"/>
      <w:r>
        <w:t xml:space="preserve"> </w:t>
      </w:r>
      <w:proofErr w:type="spellStart"/>
      <w:r>
        <w:t>mengatur</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melalui</w:t>
      </w:r>
      <w:proofErr w:type="spellEnd"/>
      <w:r>
        <w:t xml:space="preserve"> </w:t>
      </w:r>
      <w:proofErr w:type="spellStart"/>
      <w:r>
        <w:t>Peraturan</w:t>
      </w:r>
      <w:proofErr w:type="spellEnd"/>
      <w:r>
        <w:t xml:space="preserve"> Daerah </w:t>
      </w:r>
      <w:proofErr w:type="spellStart"/>
      <w:r>
        <w:t>Nomor</w:t>
      </w:r>
      <w:proofErr w:type="spellEnd"/>
      <w:r>
        <w:t xml:space="preserve"> 21 </w:t>
      </w:r>
      <w:proofErr w:type="spellStart"/>
      <w:r>
        <w:t>Tahun</w:t>
      </w:r>
      <w:proofErr w:type="spellEnd"/>
      <w:r>
        <w:t xml:space="preserve"> 2009, yang </w:t>
      </w:r>
      <w:proofErr w:type="spellStart"/>
      <w:r>
        <w:t>kemudian</w:t>
      </w:r>
      <w:proofErr w:type="spellEnd"/>
      <w:r>
        <w:t xml:space="preserve"> </w:t>
      </w:r>
      <w:proofErr w:type="spellStart"/>
      <w:r>
        <w:t>direvisi</w:t>
      </w:r>
      <w:proofErr w:type="spellEnd"/>
      <w:r>
        <w:t xml:space="preserve"> </w:t>
      </w:r>
      <w:proofErr w:type="spellStart"/>
      <w:r>
        <w:t>menjadi</w:t>
      </w:r>
      <w:proofErr w:type="spellEnd"/>
      <w:r>
        <w:t xml:space="preserve"> </w:t>
      </w:r>
      <w:proofErr w:type="spellStart"/>
      <w:r>
        <w:t>Peraturan</w:t>
      </w:r>
      <w:proofErr w:type="spellEnd"/>
      <w:r>
        <w:t xml:space="preserve"> Daerah </w:t>
      </w:r>
      <w:proofErr w:type="spellStart"/>
      <w:r>
        <w:t>Nomor</w:t>
      </w:r>
      <w:proofErr w:type="spellEnd"/>
      <w:r>
        <w:t xml:space="preserve"> 15 </w:t>
      </w:r>
      <w:proofErr w:type="spellStart"/>
      <w:r>
        <w:t>Tahun</w:t>
      </w:r>
      <w:proofErr w:type="spellEnd"/>
      <w:r>
        <w:t xml:space="preserve"> 2012 (</w:t>
      </w:r>
      <w:proofErr w:type="spellStart"/>
      <w:r>
        <w:t>Nurlina</w:t>
      </w:r>
      <w:proofErr w:type="spellEnd"/>
      <w:r>
        <w:t xml:space="preserve"> </w:t>
      </w:r>
      <w:proofErr w:type="spellStart"/>
      <w:r>
        <w:t>dkk</w:t>
      </w:r>
      <w:proofErr w:type="spellEnd"/>
      <w:r>
        <w:t xml:space="preserve">., 2021). </w:t>
      </w:r>
      <w:proofErr w:type="spellStart"/>
      <w:r>
        <w:t>Dalam</w:t>
      </w:r>
      <w:proofErr w:type="spellEnd"/>
      <w:r>
        <w:t xml:space="preserve"> </w:t>
      </w:r>
      <w:proofErr w:type="spellStart"/>
      <w:r>
        <w:t>pelaksanaannya</w:t>
      </w:r>
      <w:proofErr w:type="spellEnd"/>
      <w:r>
        <w:t xml:space="preserve">, </w:t>
      </w:r>
      <w:proofErr w:type="spellStart"/>
      <w:r>
        <w:t>diterbitkan</w:t>
      </w:r>
      <w:proofErr w:type="spellEnd"/>
      <w:r>
        <w:t xml:space="preserve"> pula </w:t>
      </w:r>
      <w:proofErr w:type="spellStart"/>
      <w:r>
        <w:t>Peraturan</w:t>
      </w:r>
      <w:proofErr w:type="spellEnd"/>
      <w:r>
        <w:t xml:space="preserve"> </w:t>
      </w:r>
      <w:proofErr w:type="spellStart"/>
      <w:r>
        <w:t>Bupati</w:t>
      </w:r>
      <w:proofErr w:type="spellEnd"/>
      <w:r>
        <w:t xml:space="preserve"> </w:t>
      </w:r>
      <w:proofErr w:type="spellStart"/>
      <w:r>
        <w:t>Nomor</w:t>
      </w:r>
      <w:proofErr w:type="spellEnd"/>
      <w:r>
        <w:t xml:space="preserve"> 25 </w:t>
      </w:r>
      <w:proofErr w:type="spellStart"/>
      <w:r>
        <w:t>Tahun</w:t>
      </w:r>
      <w:proofErr w:type="spellEnd"/>
      <w:r>
        <w:t xml:space="preserve"> 2010, yang </w:t>
      </w:r>
      <w:proofErr w:type="spellStart"/>
      <w:r>
        <w:t>kemudian</w:t>
      </w:r>
      <w:proofErr w:type="spellEnd"/>
      <w:r>
        <w:t xml:space="preserve"> </w:t>
      </w:r>
      <w:proofErr w:type="spellStart"/>
      <w:r>
        <w:t>mengalami</w:t>
      </w:r>
      <w:proofErr w:type="spellEnd"/>
      <w:r>
        <w:t xml:space="preserve"> </w:t>
      </w:r>
      <w:proofErr w:type="spellStart"/>
      <w:r>
        <w:t>perubahan</w:t>
      </w:r>
      <w:proofErr w:type="spellEnd"/>
      <w:r>
        <w:t xml:space="preserve"> </w:t>
      </w:r>
      <w:proofErr w:type="spellStart"/>
      <w:r>
        <w:t>menjadi</w:t>
      </w:r>
      <w:proofErr w:type="spellEnd"/>
      <w:r>
        <w:t xml:space="preserve"> </w:t>
      </w:r>
      <w:proofErr w:type="spellStart"/>
      <w:r>
        <w:t>Peraturan</w:t>
      </w:r>
      <w:proofErr w:type="spellEnd"/>
      <w:r>
        <w:t xml:space="preserve"> </w:t>
      </w:r>
      <w:proofErr w:type="spellStart"/>
      <w:r>
        <w:t>Bupati</w:t>
      </w:r>
      <w:proofErr w:type="spellEnd"/>
      <w:r>
        <w:t xml:space="preserve"> </w:t>
      </w:r>
      <w:proofErr w:type="spellStart"/>
      <w:r>
        <w:t>Nomor</w:t>
      </w:r>
      <w:proofErr w:type="spellEnd"/>
      <w:r>
        <w:t xml:space="preserve"> 55 </w:t>
      </w:r>
      <w:proofErr w:type="spellStart"/>
      <w:r>
        <w:t>Tahun</w:t>
      </w:r>
      <w:proofErr w:type="spellEnd"/>
      <w:r>
        <w:t xml:space="preserve"> 2013 (</w:t>
      </w:r>
      <w:proofErr w:type="spellStart"/>
      <w:r>
        <w:t>Nurlina</w:t>
      </w:r>
      <w:proofErr w:type="spellEnd"/>
      <w:r>
        <w:t xml:space="preserve"> </w:t>
      </w:r>
      <w:proofErr w:type="spellStart"/>
      <w:r>
        <w:t>dkk</w:t>
      </w:r>
      <w:proofErr w:type="spellEnd"/>
      <w:r>
        <w:t>., 2021).</w:t>
      </w:r>
    </w:p>
    <w:p w14:paraId="06772A77" w14:textId="77777777" w:rsidR="0054582D" w:rsidRDefault="00000000" w:rsidP="00B81EDD">
      <w:pPr>
        <w:spacing w:after="0" w:line="240" w:lineRule="auto"/>
        <w:jc w:val="both"/>
      </w:pPr>
      <w:proofErr w:type="spellStart"/>
      <w:r>
        <w:t>Meskipun</w:t>
      </w:r>
      <w:proofErr w:type="spellEnd"/>
      <w:r>
        <w:t xml:space="preserve"> </w:t>
      </w:r>
      <w:proofErr w:type="spellStart"/>
      <w:r>
        <w:t>kebijakan</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telah</w:t>
      </w:r>
      <w:proofErr w:type="spellEnd"/>
      <w:r>
        <w:t xml:space="preserve"> </w:t>
      </w:r>
      <w:proofErr w:type="spellStart"/>
      <w:r>
        <w:t>ditetapkan</w:t>
      </w:r>
      <w:proofErr w:type="spellEnd"/>
      <w:r>
        <w:t xml:space="preserve">, </w:t>
      </w:r>
      <w:proofErr w:type="spellStart"/>
      <w:r>
        <w:t>implementasi</w:t>
      </w:r>
      <w:proofErr w:type="spellEnd"/>
      <w:r>
        <w:t xml:space="preserve"> </w:t>
      </w:r>
      <w:proofErr w:type="spellStart"/>
      <w:r>
        <w:t>kebijakan</w:t>
      </w:r>
      <w:proofErr w:type="spellEnd"/>
      <w:r>
        <w:t xml:space="preserve"> </w:t>
      </w:r>
      <w:proofErr w:type="spellStart"/>
      <w:r>
        <w:t>tersebut</w:t>
      </w:r>
      <w:proofErr w:type="spellEnd"/>
      <w:r>
        <w:t xml:space="preserve"> </w:t>
      </w:r>
      <w:proofErr w:type="spellStart"/>
      <w:r>
        <w:t>masih</w:t>
      </w:r>
      <w:proofErr w:type="spellEnd"/>
      <w:r>
        <w:t xml:space="preserve"> </w:t>
      </w:r>
      <w:proofErr w:type="spellStart"/>
      <w:r>
        <w:t>menghadapi</w:t>
      </w:r>
      <w:proofErr w:type="spellEnd"/>
      <w:r>
        <w:t xml:space="preserve"> </w:t>
      </w:r>
      <w:proofErr w:type="spellStart"/>
      <w:r>
        <w:t>berbagai</w:t>
      </w:r>
      <w:proofErr w:type="spellEnd"/>
      <w:r>
        <w:t xml:space="preserve"> </w:t>
      </w:r>
      <w:proofErr w:type="spellStart"/>
      <w:r>
        <w:t>tantangan</w:t>
      </w:r>
      <w:proofErr w:type="spellEnd"/>
      <w:r>
        <w:t xml:space="preserve">. </w:t>
      </w:r>
      <w:proofErr w:type="spellStart"/>
      <w:r>
        <w:t>Penelitian-penelitian</w:t>
      </w:r>
      <w:proofErr w:type="spellEnd"/>
      <w:r>
        <w:t xml:space="preserve"> </w:t>
      </w:r>
      <w:proofErr w:type="spellStart"/>
      <w:r>
        <w:t>terdahulu</w:t>
      </w:r>
      <w:proofErr w:type="spellEnd"/>
      <w:r>
        <w:t xml:space="preserve"> </w:t>
      </w:r>
      <w:proofErr w:type="spellStart"/>
      <w:r>
        <w:t>menemukan</w:t>
      </w:r>
      <w:proofErr w:type="spellEnd"/>
      <w:r>
        <w:t xml:space="preserve"> </w:t>
      </w:r>
      <w:proofErr w:type="spellStart"/>
      <w:r>
        <w:t>bahwa</w:t>
      </w:r>
      <w:proofErr w:type="spellEnd"/>
      <w:r>
        <w:t xml:space="preserve"> </w:t>
      </w:r>
      <w:proofErr w:type="spellStart"/>
      <w:r>
        <w:t>problematika</w:t>
      </w:r>
      <w:proofErr w:type="spellEnd"/>
      <w:r>
        <w:t xml:space="preserve"> </w:t>
      </w:r>
      <w:proofErr w:type="spellStart"/>
      <w:r>
        <w:t>pengelolaan</w:t>
      </w:r>
      <w:proofErr w:type="spellEnd"/>
      <w:r>
        <w:t xml:space="preserve"> </w:t>
      </w:r>
      <w:proofErr w:type="spellStart"/>
      <w:r>
        <w:t>sampah</w:t>
      </w:r>
      <w:proofErr w:type="spellEnd"/>
      <w:r>
        <w:t xml:space="preserve"> di </w:t>
      </w:r>
      <w:proofErr w:type="spellStart"/>
      <w:r>
        <w:t>lapangan</w:t>
      </w:r>
      <w:proofErr w:type="spellEnd"/>
      <w:r>
        <w:t xml:space="preserve"> di </w:t>
      </w:r>
      <w:proofErr w:type="spellStart"/>
      <w:r>
        <w:t>antaranya</w:t>
      </w:r>
      <w:proofErr w:type="spellEnd"/>
      <w:r>
        <w:t xml:space="preserve"> </w:t>
      </w:r>
      <w:proofErr w:type="spellStart"/>
      <w:r>
        <w:t>diakibatkan</w:t>
      </w:r>
      <w:proofErr w:type="spellEnd"/>
      <w:r>
        <w:t xml:space="preserve"> oleh </w:t>
      </w:r>
      <w:proofErr w:type="spellStart"/>
      <w:r>
        <w:t>kurangnya</w:t>
      </w:r>
      <w:proofErr w:type="spellEnd"/>
      <w:r>
        <w:t xml:space="preserve"> </w:t>
      </w:r>
      <w:proofErr w:type="spellStart"/>
      <w:r>
        <w:t>kesadaran</w:t>
      </w:r>
      <w:proofErr w:type="spellEnd"/>
      <w:r>
        <w:t xml:space="preserve"> dan </w:t>
      </w:r>
      <w:proofErr w:type="spellStart"/>
      <w:r>
        <w:t>pengetahuan</w:t>
      </w:r>
      <w:proofErr w:type="spellEnd"/>
      <w:r>
        <w:t xml:space="preserve"> </w:t>
      </w:r>
      <w:proofErr w:type="spellStart"/>
      <w:r>
        <w:t>masyarakat</w:t>
      </w:r>
      <w:proofErr w:type="spellEnd"/>
      <w:r>
        <w:t xml:space="preserve"> </w:t>
      </w:r>
      <w:proofErr w:type="spellStart"/>
      <w:r>
        <w:t>mengenai</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Sartika</w:t>
      </w:r>
      <w:proofErr w:type="spellEnd"/>
      <w:r>
        <w:t xml:space="preserve"> </w:t>
      </w:r>
      <w:proofErr w:type="spellStart"/>
      <w:r>
        <w:t>dkk</w:t>
      </w:r>
      <w:proofErr w:type="spellEnd"/>
      <w:r>
        <w:t xml:space="preserve">., 2019), </w:t>
      </w:r>
      <w:proofErr w:type="spellStart"/>
      <w:r>
        <w:t>minimnya</w:t>
      </w:r>
      <w:proofErr w:type="spellEnd"/>
      <w:r>
        <w:t xml:space="preserve"> </w:t>
      </w:r>
      <w:proofErr w:type="spellStart"/>
      <w:r>
        <w:t>akses</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terhadap</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Manalu</w:t>
      </w:r>
      <w:proofErr w:type="spellEnd"/>
      <w:r>
        <w:t xml:space="preserve"> </w:t>
      </w:r>
      <w:proofErr w:type="spellStart"/>
      <w:r>
        <w:t>dkk</w:t>
      </w:r>
      <w:proofErr w:type="spellEnd"/>
      <w:r>
        <w:t xml:space="preserve">., 2022), </w:t>
      </w:r>
      <w:proofErr w:type="spellStart"/>
      <w:r>
        <w:t>hingga</w:t>
      </w:r>
      <w:proofErr w:type="spellEnd"/>
      <w:r>
        <w:t xml:space="preserve"> </w:t>
      </w:r>
      <w:proofErr w:type="spellStart"/>
      <w:r>
        <w:t>keterbatasan</w:t>
      </w:r>
      <w:proofErr w:type="spellEnd"/>
      <w:r>
        <w:t xml:space="preserve"> </w:t>
      </w:r>
      <w:proofErr w:type="spellStart"/>
      <w:r>
        <w:t>infrastruktur</w:t>
      </w:r>
      <w:proofErr w:type="spellEnd"/>
      <w:r>
        <w:t xml:space="preserve">, </w:t>
      </w:r>
      <w:proofErr w:type="spellStart"/>
      <w:r>
        <w:t>seperti</w:t>
      </w:r>
      <w:proofErr w:type="spellEnd"/>
      <w:r>
        <w:t xml:space="preserve"> </w:t>
      </w:r>
      <w:proofErr w:type="spellStart"/>
      <w:r>
        <w:t>jumlah</w:t>
      </w:r>
      <w:proofErr w:type="spellEnd"/>
      <w:r>
        <w:t xml:space="preserve"> </w:t>
      </w:r>
      <w:proofErr w:type="spellStart"/>
      <w:r>
        <w:t>tempat</w:t>
      </w:r>
      <w:proofErr w:type="spellEnd"/>
      <w:r>
        <w:t xml:space="preserve"> </w:t>
      </w:r>
      <w:proofErr w:type="spellStart"/>
      <w:r>
        <w:t>pembuangan</w:t>
      </w:r>
      <w:proofErr w:type="spellEnd"/>
      <w:r>
        <w:t xml:space="preserve"> </w:t>
      </w:r>
      <w:proofErr w:type="spellStart"/>
      <w:r>
        <w:t>sementara</w:t>
      </w:r>
      <w:proofErr w:type="spellEnd"/>
      <w:r>
        <w:t xml:space="preserve"> (TPS) dan </w:t>
      </w:r>
      <w:proofErr w:type="spellStart"/>
      <w:r>
        <w:t>fasilitas</w:t>
      </w:r>
      <w:proofErr w:type="spellEnd"/>
      <w:r>
        <w:t xml:space="preserve"> </w:t>
      </w:r>
      <w:proofErr w:type="spellStart"/>
      <w:r>
        <w:t>daur</w:t>
      </w:r>
      <w:proofErr w:type="spellEnd"/>
      <w:r>
        <w:t xml:space="preserve"> </w:t>
      </w:r>
      <w:proofErr w:type="spellStart"/>
      <w:r>
        <w:t>ulang</w:t>
      </w:r>
      <w:proofErr w:type="spellEnd"/>
      <w:r>
        <w:t xml:space="preserve">. Pada level yang </w:t>
      </w:r>
      <w:proofErr w:type="spellStart"/>
      <w:r>
        <w:t>lebih</w:t>
      </w:r>
      <w:proofErr w:type="spellEnd"/>
      <w:r>
        <w:t xml:space="preserve"> </w:t>
      </w:r>
      <w:proofErr w:type="spellStart"/>
      <w:r>
        <w:t>luas</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berbasis</w:t>
      </w:r>
      <w:proofErr w:type="spellEnd"/>
      <w:r>
        <w:t xml:space="preserve"> </w:t>
      </w:r>
      <w:proofErr w:type="spellStart"/>
      <w:r>
        <w:t>kolaborasi</w:t>
      </w:r>
      <w:proofErr w:type="spellEnd"/>
      <w:r>
        <w:t xml:space="preserve"> </w:t>
      </w:r>
      <w:proofErr w:type="spellStart"/>
      <w:r>
        <w:t>pemangku</w:t>
      </w:r>
      <w:proofErr w:type="spellEnd"/>
      <w:r>
        <w:t xml:space="preserve"> </w:t>
      </w:r>
      <w:proofErr w:type="spellStart"/>
      <w:r>
        <w:t>kepentingan</w:t>
      </w:r>
      <w:proofErr w:type="spellEnd"/>
      <w:r>
        <w:t xml:space="preserve"> juga </w:t>
      </w:r>
      <w:proofErr w:type="spellStart"/>
      <w:r>
        <w:t>terbukti</w:t>
      </w:r>
      <w:proofErr w:type="spellEnd"/>
      <w:r>
        <w:t xml:space="preserve"> </w:t>
      </w:r>
      <w:proofErr w:type="spellStart"/>
      <w:r>
        <w:t>relevan</w:t>
      </w:r>
      <w:proofErr w:type="spellEnd"/>
      <w:r>
        <w:t xml:space="preserve"> </w:t>
      </w:r>
      <w:proofErr w:type="spellStart"/>
      <w:r>
        <w:t>diterapkan</w:t>
      </w:r>
      <w:proofErr w:type="spellEnd"/>
      <w:r>
        <w:t xml:space="preserve"> pada </w:t>
      </w:r>
      <w:proofErr w:type="spellStart"/>
      <w:r>
        <w:t>berbagai</w:t>
      </w:r>
      <w:proofErr w:type="spellEnd"/>
      <w:r>
        <w:t xml:space="preserve"> </w:t>
      </w:r>
      <w:proofErr w:type="spellStart"/>
      <w:r>
        <w:t>konteks</w:t>
      </w:r>
      <w:proofErr w:type="spellEnd"/>
      <w:r>
        <w:t xml:space="preserve"> wilayah, </w:t>
      </w:r>
      <w:proofErr w:type="spellStart"/>
      <w:r>
        <w:t>termasuk</w:t>
      </w:r>
      <w:proofErr w:type="spellEnd"/>
      <w:r>
        <w:t xml:space="preserve"> </w:t>
      </w:r>
      <w:proofErr w:type="spellStart"/>
      <w:r>
        <w:t>kawasan</w:t>
      </w:r>
      <w:proofErr w:type="spellEnd"/>
      <w:r>
        <w:t xml:space="preserve"> </w:t>
      </w:r>
      <w:proofErr w:type="spellStart"/>
      <w:r>
        <w:t>pariwisata</w:t>
      </w:r>
      <w:proofErr w:type="spellEnd"/>
      <w:r>
        <w:t xml:space="preserve"> (Aritonang </w:t>
      </w:r>
      <w:proofErr w:type="spellStart"/>
      <w:r>
        <w:t>dkk</w:t>
      </w:r>
      <w:proofErr w:type="spellEnd"/>
      <w:r>
        <w:t>., 2024).</w:t>
      </w:r>
    </w:p>
    <w:p w14:paraId="24A4BC06" w14:textId="77777777" w:rsidR="0054582D" w:rsidRDefault="00000000" w:rsidP="00B81EDD">
      <w:pPr>
        <w:spacing w:after="0" w:line="240" w:lineRule="auto"/>
        <w:jc w:val="both"/>
      </w:pPr>
      <w:proofErr w:type="spellStart"/>
      <w:r>
        <w:t>Kondisi</w:t>
      </w:r>
      <w:proofErr w:type="spellEnd"/>
      <w:r>
        <w:t xml:space="preserve"> </w:t>
      </w:r>
      <w:proofErr w:type="spellStart"/>
      <w:r>
        <w:t>serupa</w:t>
      </w:r>
      <w:proofErr w:type="spellEnd"/>
      <w:r>
        <w:t xml:space="preserve"> juga </w:t>
      </w:r>
      <w:proofErr w:type="spellStart"/>
      <w:r>
        <w:t>terjadi</w:t>
      </w:r>
      <w:proofErr w:type="spellEnd"/>
      <w:r>
        <w:t xml:space="preserve"> di Kampung </w:t>
      </w:r>
      <w:proofErr w:type="spellStart"/>
      <w:r>
        <w:t>Kadatuan</w:t>
      </w:r>
      <w:proofErr w:type="spellEnd"/>
      <w:r>
        <w:t xml:space="preserve">. Kampung </w:t>
      </w:r>
      <w:proofErr w:type="spellStart"/>
      <w:r>
        <w:t>Kadatuan</w:t>
      </w:r>
      <w:proofErr w:type="spellEnd"/>
      <w:r>
        <w:t xml:space="preserve">, yang </w:t>
      </w:r>
      <w:proofErr w:type="spellStart"/>
      <w:r>
        <w:t>dikenal</w:t>
      </w:r>
      <w:proofErr w:type="spellEnd"/>
      <w:r>
        <w:t xml:space="preserve"> pula </w:t>
      </w:r>
      <w:proofErr w:type="spellStart"/>
      <w:r>
        <w:t>dengan</w:t>
      </w:r>
      <w:proofErr w:type="spellEnd"/>
      <w:r>
        <w:t xml:space="preserve"> </w:t>
      </w:r>
      <w:proofErr w:type="spellStart"/>
      <w:r>
        <w:t>Desa</w:t>
      </w:r>
      <w:proofErr w:type="spellEnd"/>
      <w:r>
        <w:t xml:space="preserve"> </w:t>
      </w:r>
      <w:proofErr w:type="spellStart"/>
      <w:r>
        <w:t>Bojong</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desa</w:t>
      </w:r>
      <w:proofErr w:type="spellEnd"/>
      <w:r>
        <w:t xml:space="preserve"> yang </w:t>
      </w:r>
      <w:proofErr w:type="spellStart"/>
      <w:r>
        <w:t>berada</w:t>
      </w:r>
      <w:proofErr w:type="spellEnd"/>
      <w:r>
        <w:t xml:space="preserve"> di </w:t>
      </w:r>
      <w:proofErr w:type="spellStart"/>
      <w:r>
        <w:t>Kabupaten</w:t>
      </w:r>
      <w:proofErr w:type="spellEnd"/>
      <w:r>
        <w:t xml:space="preserve"> Bandung. </w:t>
      </w:r>
      <w:proofErr w:type="spellStart"/>
      <w:r>
        <w:t>Secara</w:t>
      </w:r>
      <w:proofErr w:type="spellEnd"/>
      <w:r>
        <w:t xml:space="preserve"> </w:t>
      </w:r>
      <w:proofErr w:type="spellStart"/>
      <w:r>
        <w:t>geografis</w:t>
      </w:r>
      <w:proofErr w:type="spellEnd"/>
      <w:r>
        <w:t xml:space="preserve">, </w:t>
      </w:r>
      <w:proofErr w:type="spellStart"/>
      <w:r>
        <w:t>Desa</w:t>
      </w:r>
      <w:proofErr w:type="spellEnd"/>
      <w:r>
        <w:t xml:space="preserve"> </w:t>
      </w:r>
      <w:proofErr w:type="spellStart"/>
      <w:r>
        <w:t>Bojong</w:t>
      </w:r>
      <w:proofErr w:type="spellEnd"/>
      <w:r>
        <w:t xml:space="preserve"> </w:t>
      </w:r>
      <w:proofErr w:type="spellStart"/>
      <w:r>
        <w:t>dilalui</w:t>
      </w:r>
      <w:proofErr w:type="spellEnd"/>
      <w:r>
        <w:t xml:space="preserve"> Sungai </w:t>
      </w:r>
      <w:proofErr w:type="spellStart"/>
      <w:r>
        <w:t>Cisunggalah</w:t>
      </w:r>
      <w:proofErr w:type="spellEnd"/>
      <w:r>
        <w:t xml:space="preserve">, </w:t>
      </w:r>
      <w:proofErr w:type="spellStart"/>
      <w:r>
        <w:t>anak</w:t>
      </w:r>
      <w:proofErr w:type="spellEnd"/>
      <w:r>
        <w:t xml:space="preserve"> Sungai </w:t>
      </w:r>
      <w:proofErr w:type="spellStart"/>
      <w:r>
        <w:t>Citarik</w:t>
      </w:r>
      <w:proofErr w:type="spellEnd"/>
      <w:r>
        <w:t xml:space="preserve"> yang </w:t>
      </w:r>
      <w:proofErr w:type="spellStart"/>
      <w:r>
        <w:t>bermuara</w:t>
      </w:r>
      <w:proofErr w:type="spellEnd"/>
      <w:r>
        <w:t xml:space="preserve"> </w:t>
      </w:r>
      <w:proofErr w:type="spellStart"/>
      <w:r>
        <w:t>ke</w:t>
      </w:r>
      <w:proofErr w:type="spellEnd"/>
      <w:r>
        <w:t xml:space="preserve"> Sungai </w:t>
      </w:r>
      <w:proofErr w:type="spellStart"/>
      <w:r>
        <w:t>Citarum</w:t>
      </w:r>
      <w:proofErr w:type="spellEnd"/>
      <w:r>
        <w:t xml:space="preserve">, </w:t>
      </w:r>
      <w:proofErr w:type="spellStart"/>
      <w:r>
        <w:t>dengan</w:t>
      </w:r>
      <w:proofErr w:type="spellEnd"/>
      <w:r>
        <w:t xml:space="preserve"> </w:t>
      </w:r>
      <w:proofErr w:type="spellStart"/>
      <w:r>
        <w:t>luas</w:t>
      </w:r>
      <w:proofErr w:type="spellEnd"/>
      <w:r>
        <w:t xml:space="preserve"> wilayah </w:t>
      </w:r>
      <w:proofErr w:type="spellStart"/>
      <w:r>
        <w:t>sebesar</w:t>
      </w:r>
      <w:proofErr w:type="spellEnd"/>
      <w:r>
        <w:t xml:space="preserve"> 165,54 Ha. </w:t>
      </w:r>
      <w:proofErr w:type="spellStart"/>
      <w:r>
        <w:t>Secara</w:t>
      </w:r>
      <w:proofErr w:type="spellEnd"/>
      <w:r>
        <w:t xml:space="preserve"> </w:t>
      </w:r>
      <w:proofErr w:type="spellStart"/>
      <w:r>
        <w:t>demografis</w:t>
      </w:r>
      <w:proofErr w:type="spellEnd"/>
      <w:r>
        <w:t xml:space="preserve">, </w:t>
      </w:r>
      <w:proofErr w:type="spellStart"/>
      <w:r>
        <w:t>jumlah</w:t>
      </w:r>
      <w:proofErr w:type="spellEnd"/>
      <w:r>
        <w:t xml:space="preserve"> </w:t>
      </w:r>
      <w:proofErr w:type="spellStart"/>
      <w:r>
        <w:t>penduduk</w:t>
      </w:r>
      <w:proofErr w:type="spellEnd"/>
      <w:r>
        <w:t xml:space="preserve"> </w:t>
      </w:r>
      <w:proofErr w:type="spellStart"/>
      <w:r>
        <w:t>Desa</w:t>
      </w:r>
      <w:proofErr w:type="spellEnd"/>
      <w:r>
        <w:t xml:space="preserve"> </w:t>
      </w:r>
      <w:proofErr w:type="spellStart"/>
      <w:r>
        <w:t>Bojong</w:t>
      </w:r>
      <w:proofErr w:type="spellEnd"/>
      <w:r>
        <w:t xml:space="preserve"> </w:t>
      </w:r>
      <w:proofErr w:type="spellStart"/>
      <w:r>
        <w:t>sebanyak</w:t>
      </w:r>
      <w:proofErr w:type="spellEnd"/>
      <w:r>
        <w:t xml:space="preserve"> 19.331 </w:t>
      </w:r>
      <w:proofErr w:type="spellStart"/>
      <w:r>
        <w:t>jiwa</w:t>
      </w:r>
      <w:proofErr w:type="spellEnd"/>
      <w:r>
        <w:t xml:space="preserve"> yang </w:t>
      </w:r>
      <w:proofErr w:type="spellStart"/>
      <w:r>
        <w:t>terdiri</w:t>
      </w:r>
      <w:proofErr w:type="spellEnd"/>
      <w:r>
        <w:t xml:space="preserve"> </w:t>
      </w:r>
      <w:proofErr w:type="spellStart"/>
      <w:r>
        <w:t>dari</w:t>
      </w:r>
      <w:proofErr w:type="spellEnd"/>
      <w:r>
        <w:t xml:space="preserve"> 9.345 orang </w:t>
      </w:r>
      <w:proofErr w:type="spellStart"/>
      <w:r>
        <w:t>perempuan</w:t>
      </w:r>
      <w:proofErr w:type="spellEnd"/>
      <w:r>
        <w:t xml:space="preserve"> dan 9.986 orang </w:t>
      </w:r>
      <w:proofErr w:type="spellStart"/>
      <w:r>
        <w:t>laki-laki</w:t>
      </w:r>
      <w:proofErr w:type="spellEnd"/>
      <w:r>
        <w:t xml:space="preserve"> </w:t>
      </w:r>
      <w:proofErr w:type="spellStart"/>
      <w:r>
        <w:t>dengan</w:t>
      </w:r>
      <w:proofErr w:type="spellEnd"/>
      <w:r>
        <w:t xml:space="preserve"> 5.990 </w:t>
      </w:r>
      <w:proofErr w:type="spellStart"/>
      <w:r>
        <w:t>kepala</w:t>
      </w:r>
      <w:proofErr w:type="spellEnd"/>
      <w:r>
        <w:t xml:space="preserve"> </w:t>
      </w:r>
      <w:proofErr w:type="spellStart"/>
      <w:r>
        <w:t>keluarga</w:t>
      </w:r>
      <w:proofErr w:type="spellEnd"/>
      <w:r>
        <w:t xml:space="preserve"> (KK). </w:t>
      </w:r>
      <w:proofErr w:type="spellStart"/>
      <w:r>
        <w:t>Jumlah</w:t>
      </w:r>
      <w:proofErr w:type="spellEnd"/>
      <w:r>
        <w:t xml:space="preserve"> </w:t>
      </w:r>
      <w:proofErr w:type="spellStart"/>
      <w:r>
        <w:t>penduduk</w:t>
      </w:r>
      <w:proofErr w:type="spellEnd"/>
      <w:r>
        <w:t xml:space="preserve"> </w:t>
      </w:r>
      <w:proofErr w:type="spellStart"/>
      <w:r>
        <w:t>terbanyak</w:t>
      </w:r>
      <w:proofErr w:type="spellEnd"/>
      <w:r>
        <w:t xml:space="preserve"> </w:t>
      </w:r>
      <w:proofErr w:type="spellStart"/>
      <w:r>
        <w:t>berada</w:t>
      </w:r>
      <w:proofErr w:type="spellEnd"/>
      <w:r>
        <w:t xml:space="preserve"> pada </w:t>
      </w:r>
      <w:proofErr w:type="spellStart"/>
      <w:r>
        <w:t>rentang</w:t>
      </w:r>
      <w:proofErr w:type="spellEnd"/>
      <w:r>
        <w:t xml:space="preserve"> </w:t>
      </w:r>
      <w:proofErr w:type="spellStart"/>
      <w:r>
        <w:t>usia</w:t>
      </w:r>
      <w:proofErr w:type="spellEnd"/>
      <w:r>
        <w:t xml:space="preserve"> 26–64 </w:t>
      </w:r>
      <w:proofErr w:type="spellStart"/>
      <w:r>
        <w:t>tahun</w:t>
      </w:r>
      <w:proofErr w:type="spellEnd"/>
      <w:r>
        <w:t xml:space="preserve">, </w:t>
      </w:r>
      <w:proofErr w:type="spellStart"/>
      <w:r>
        <w:t>atau</w:t>
      </w:r>
      <w:proofErr w:type="spellEnd"/>
      <w:r>
        <w:t xml:space="preserve"> </w:t>
      </w:r>
      <w:proofErr w:type="spellStart"/>
      <w:r>
        <w:t>disebut</w:t>
      </w:r>
      <w:proofErr w:type="spellEnd"/>
      <w:r>
        <w:t xml:space="preserve"> </w:t>
      </w:r>
      <w:proofErr w:type="spellStart"/>
      <w:r>
        <w:t>usia</w:t>
      </w:r>
      <w:proofErr w:type="spellEnd"/>
      <w:r>
        <w:t xml:space="preserve"> </w:t>
      </w:r>
      <w:proofErr w:type="spellStart"/>
      <w:r>
        <w:t>produktif</w:t>
      </w:r>
      <w:proofErr w:type="spellEnd"/>
      <w:r>
        <w:t>.</w:t>
      </w:r>
    </w:p>
    <w:p w14:paraId="5ECDECC6" w14:textId="77777777" w:rsidR="0054582D" w:rsidRDefault="00000000" w:rsidP="00B81EDD">
      <w:pPr>
        <w:spacing w:after="0" w:line="240" w:lineRule="auto"/>
        <w:jc w:val="both"/>
      </w:pPr>
      <w:proofErr w:type="spellStart"/>
      <w:r>
        <w:t>Secara</w:t>
      </w:r>
      <w:proofErr w:type="spellEnd"/>
      <w:r>
        <w:t xml:space="preserve"> </w:t>
      </w:r>
      <w:proofErr w:type="spellStart"/>
      <w:r>
        <w:t>administratif</w:t>
      </w:r>
      <w:proofErr w:type="spellEnd"/>
      <w:r>
        <w:t xml:space="preserve">, </w:t>
      </w:r>
      <w:proofErr w:type="spellStart"/>
      <w:r>
        <w:t>Desa</w:t>
      </w:r>
      <w:proofErr w:type="spellEnd"/>
      <w:r>
        <w:t xml:space="preserve"> </w:t>
      </w:r>
      <w:proofErr w:type="spellStart"/>
      <w:r>
        <w:t>Bojong</w:t>
      </w:r>
      <w:proofErr w:type="spellEnd"/>
      <w:r>
        <w:t xml:space="preserve"> </w:t>
      </w:r>
      <w:proofErr w:type="spellStart"/>
      <w:r>
        <w:t>terbagi</w:t>
      </w:r>
      <w:proofErr w:type="spellEnd"/>
      <w:r>
        <w:t xml:space="preserve"> </w:t>
      </w:r>
      <w:proofErr w:type="spellStart"/>
      <w:r>
        <w:t>menjadi</w:t>
      </w:r>
      <w:proofErr w:type="spellEnd"/>
      <w:r>
        <w:t xml:space="preserve"> </w:t>
      </w:r>
      <w:proofErr w:type="spellStart"/>
      <w:r>
        <w:t>tiga</w:t>
      </w:r>
      <w:proofErr w:type="spellEnd"/>
      <w:r>
        <w:t xml:space="preserve"> </w:t>
      </w:r>
      <w:proofErr w:type="spellStart"/>
      <w:r>
        <w:t>dusun</w:t>
      </w:r>
      <w:proofErr w:type="spellEnd"/>
      <w:r>
        <w:t xml:space="preserve">: Dusun 1, Dusun 2, dan Dusun 3. Salah </w:t>
      </w:r>
      <w:proofErr w:type="spellStart"/>
      <w:r>
        <w:t>satu</w:t>
      </w:r>
      <w:proofErr w:type="spellEnd"/>
      <w:r>
        <w:t xml:space="preserve"> wilayah di Dusun 2 </w:t>
      </w:r>
      <w:proofErr w:type="spellStart"/>
      <w:r>
        <w:t>adalah</w:t>
      </w:r>
      <w:proofErr w:type="spellEnd"/>
      <w:r>
        <w:t xml:space="preserve"> RW 08, yang </w:t>
      </w:r>
      <w:proofErr w:type="spellStart"/>
      <w:r>
        <w:t>terdiri</w:t>
      </w:r>
      <w:proofErr w:type="spellEnd"/>
      <w:r>
        <w:t xml:space="preserve"> </w:t>
      </w:r>
      <w:proofErr w:type="spellStart"/>
      <w:r>
        <w:t>dari</w:t>
      </w:r>
      <w:proofErr w:type="spellEnd"/>
      <w:r>
        <w:t xml:space="preserve"> </w:t>
      </w:r>
      <w:proofErr w:type="spellStart"/>
      <w:r>
        <w:t>empat</w:t>
      </w:r>
      <w:proofErr w:type="spellEnd"/>
      <w:r>
        <w:t xml:space="preserve"> RT. </w:t>
      </w:r>
      <w:r>
        <w:t xml:space="preserve">Wilayah RW 08 </w:t>
      </w:r>
      <w:proofErr w:type="spellStart"/>
      <w:r>
        <w:t>didominasi</w:t>
      </w:r>
      <w:proofErr w:type="spellEnd"/>
      <w:r>
        <w:t xml:space="preserve"> oleh area </w:t>
      </w:r>
      <w:proofErr w:type="spellStart"/>
      <w:r>
        <w:t>persawahan</w:t>
      </w:r>
      <w:proofErr w:type="spellEnd"/>
      <w:r>
        <w:t xml:space="preserve">, </w:t>
      </w:r>
      <w:proofErr w:type="spellStart"/>
      <w:r>
        <w:t>dengan</w:t>
      </w:r>
      <w:proofErr w:type="spellEnd"/>
      <w:r>
        <w:t xml:space="preserve"> </w:t>
      </w:r>
      <w:proofErr w:type="spellStart"/>
      <w:r>
        <w:t>lokasi</w:t>
      </w:r>
      <w:proofErr w:type="spellEnd"/>
      <w:r>
        <w:t xml:space="preserve"> </w:t>
      </w:r>
      <w:proofErr w:type="spellStart"/>
      <w:r>
        <w:t>antar</w:t>
      </w:r>
      <w:proofErr w:type="spellEnd"/>
      <w:r>
        <w:t xml:space="preserve">-RT yang </w:t>
      </w:r>
      <w:proofErr w:type="spellStart"/>
      <w:r>
        <w:t>berjauhan</w:t>
      </w:r>
      <w:proofErr w:type="spellEnd"/>
      <w:r>
        <w:t xml:space="preserve"> </w:t>
      </w:r>
      <w:proofErr w:type="spellStart"/>
      <w:r>
        <w:t>akibat</w:t>
      </w:r>
      <w:proofErr w:type="spellEnd"/>
      <w:r>
        <w:t xml:space="preserve"> </w:t>
      </w:r>
      <w:proofErr w:type="spellStart"/>
      <w:r>
        <w:t>dipisahkan</w:t>
      </w:r>
      <w:proofErr w:type="spellEnd"/>
      <w:r>
        <w:t xml:space="preserve"> oleh </w:t>
      </w:r>
      <w:proofErr w:type="spellStart"/>
      <w:r>
        <w:t>lahan</w:t>
      </w:r>
      <w:proofErr w:type="spellEnd"/>
      <w:r>
        <w:t xml:space="preserve"> </w:t>
      </w:r>
      <w:proofErr w:type="spellStart"/>
      <w:r>
        <w:t>persawahan</w:t>
      </w:r>
      <w:proofErr w:type="spellEnd"/>
      <w:r>
        <w:t xml:space="preserve"> yang </w:t>
      </w:r>
      <w:proofErr w:type="spellStart"/>
      <w:r>
        <w:t>cukup</w:t>
      </w:r>
      <w:proofErr w:type="spellEnd"/>
      <w:r>
        <w:t xml:space="preserve"> </w:t>
      </w:r>
      <w:proofErr w:type="spellStart"/>
      <w:r>
        <w:t>luas</w:t>
      </w:r>
      <w:proofErr w:type="spellEnd"/>
      <w:r>
        <w:t xml:space="preserve">. </w:t>
      </w:r>
      <w:proofErr w:type="spellStart"/>
      <w:r>
        <w:t>Lahan</w:t>
      </w:r>
      <w:proofErr w:type="spellEnd"/>
      <w:r>
        <w:t xml:space="preserve"> </w:t>
      </w:r>
      <w:proofErr w:type="spellStart"/>
      <w:r>
        <w:t>kosong</w:t>
      </w:r>
      <w:proofErr w:type="spellEnd"/>
      <w:r>
        <w:t xml:space="preserve"> di </w:t>
      </w:r>
      <w:proofErr w:type="spellStart"/>
      <w:r>
        <w:t>sekitar</w:t>
      </w:r>
      <w:proofErr w:type="spellEnd"/>
      <w:r>
        <w:t xml:space="preserve"> RW 08 </w:t>
      </w:r>
      <w:proofErr w:type="spellStart"/>
      <w:r>
        <w:t>sering</w:t>
      </w:r>
      <w:proofErr w:type="spellEnd"/>
      <w:r>
        <w:t xml:space="preserve"> </w:t>
      </w:r>
      <w:proofErr w:type="spellStart"/>
      <w:r>
        <w:t>dimanfaatkan</w:t>
      </w:r>
      <w:proofErr w:type="spellEnd"/>
      <w:r>
        <w:t xml:space="preserve"> </w:t>
      </w:r>
      <w:proofErr w:type="spellStart"/>
      <w:r>
        <w:t>warga</w:t>
      </w:r>
      <w:proofErr w:type="spellEnd"/>
      <w:r>
        <w:t xml:space="preserve"> </w:t>
      </w:r>
      <w:proofErr w:type="spellStart"/>
      <w:r>
        <w:t>sebagai</w:t>
      </w:r>
      <w:proofErr w:type="spellEnd"/>
      <w:r>
        <w:t xml:space="preserve"> </w:t>
      </w:r>
      <w:proofErr w:type="spellStart"/>
      <w:r>
        <w:t>tempat</w:t>
      </w:r>
      <w:proofErr w:type="spellEnd"/>
      <w:r>
        <w:t xml:space="preserve"> </w:t>
      </w:r>
      <w:proofErr w:type="spellStart"/>
      <w:r>
        <w:t>pembuangan</w:t>
      </w:r>
      <w:proofErr w:type="spellEnd"/>
      <w:r>
        <w:t xml:space="preserve"> </w:t>
      </w:r>
      <w:proofErr w:type="spellStart"/>
      <w:r>
        <w:t>sampah</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fasilitas</w:t>
      </w:r>
      <w:proofErr w:type="spellEnd"/>
      <w:r>
        <w:t xml:space="preserve"> </w:t>
      </w:r>
      <w:proofErr w:type="spellStart"/>
      <w:r>
        <w:t>penampungan</w:t>
      </w:r>
      <w:proofErr w:type="spellEnd"/>
      <w:r>
        <w:t xml:space="preserve"> yang </w:t>
      </w:r>
      <w:proofErr w:type="spellStart"/>
      <w:r>
        <w:t>memadai</w:t>
      </w:r>
      <w:proofErr w:type="spellEnd"/>
      <w:r>
        <w:t xml:space="preserve">, </w:t>
      </w:r>
      <w:proofErr w:type="spellStart"/>
      <w:r>
        <w:t>sehingga</w:t>
      </w:r>
      <w:proofErr w:type="spellEnd"/>
      <w:r>
        <w:t xml:space="preserve"> </w:t>
      </w:r>
      <w:proofErr w:type="spellStart"/>
      <w:r>
        <w:t>lingkungan</w:t>
      </w:r>
      <w:proofErr w:type="spellEnd"/>
      <w:r>
        <w:t xml:space="preserve"> di RW 08 </w:t>
      </w:r>
      <w:proofErr w:type="spellStart"/>
      <w:r>
        <w:t>menjadi</w:t>
      </w:r>
      <w:proofErr w:type="spellEnd"/>
      <w:r>
        <w:t xml:space="preserve"> </w:t>
      </w:r>
      <w:proofErr w:type="spellStart"/>
      <w:r>
        <w:t>kotor</w:t>
      </w:r>
      <w:proofErr w:type="spellEnd"/>
      <w:r>
        <w:t xml:space="preserve"> </w:t>
      </w:r>
      <w:proofErr w:type="spellStart"/>
      <w:r>
        <w:t>karena</w:t>
      </w:r>
      <w:proofErr w:type="spellEnd"/>
      <w:r>
        <w:t xml:space="preserve"> </w:t>
      </w:r>
      <w:proofErr w:type="spellStart"/>
      <w:r>
        <w:t>sampah</w:t>
      </w:r>
      <w:proofErr w:type="spellEnd"/>
      <w:r>
        <w:t xml:space="preserve"> yang </w:t>
      </w:r>
      <w:proofErr w:type="spellStart"/>
      <w:r>
        <w:t>berserakan</w:t>
      </w:r>
      <w:proofErr w:type="spellEnd"/>
      <w:r>
        <w:t xml:space="preserve"> di </w:t>
      </w:r>
      <w:proofErr w:type="spellStart"/>
      <w:r>
        <w:t>berbagai</w:t>
      </w:r>
      <w:proofErr w:type="spellEnd"/>
      <w:r>
        <w:t xml:space="preserve"> area.</w:t>
      </w:r>
    </w:p>
    <w:p w14:paraId="1D01436B" w14:textId="77777777" w:rsidR="0054582D" w:rsidRDefault="00000000" w:rsidP="00B81EDD">
      <w:pPr>
        <w:spacing w:after="0" w:line="240" w:lineRule="auto"/>
        <w:jc w:val="both"/>
      </w:pPr>
      <w:proofErr w:type="spellStart"/>
      <w:r>
        <w:t>Permasalahan</w:t>
      </w:r>
      <w:proofErr w:type="spellEnd"/>
      <w:r>
        <w:t xml:space="preserve"> </w:t>
      </w:r>
      <w:proofErr w:type="spellStart"/>
      <w:r>
        <w:t>sampah</w:t>
      </w:r>
      <w:proofErr w:type="spellEnd"/>
      <w:r>
        <w:t xml:space="preserve"> yang </w:t>
      </w:r>
      <w:proofErr w:type="spellStart"/>
      <w:r>
        <w:t>terjadi</w:t>
      </w:r>
      <w:proofErr w:type="spellEnd"/>
      <w:r>
        <w:t xml:space="preserve"> di RW 08 Kampung </w:t>
      </w:r>
      <w:proofErr w:type="spellStart"/>
      <w:r>
        <w:t>Kadatuan</w:t>
      </w:r>
      <w:proofErr w:type="spellEnd"/>
      <w:r>
        <w:t xml:space="preserve"> </w:t>
      </w:r>
      <w:proofErr w:type="spellStart"/>
      <w:r>
        <w:t>dapat</w:t>
      </w:r>
      <w:proofErr w:type="spellEnd"/>
      <w:r>
        <w:t xml:space="preserve"> </w:t>
      </w:r>
      <w:proofErr w:type="spellStart"/>
      <w:r>
        <w:t>diatasi</w:t>
      </w:r>
      <w:proofErr w:type="spellEnd"/>
      <w:r>
        <w:t xml:space="preserve"> </w:t>
      </w:r>
      <w:proofErr w:type="spellStart"/>
      <w:r>
        <w:t>melalui</w:t>
      </w:r>
      <w:proofErr w:type="spellEnd"/>
      <w:r>
        <w:t xml:space="preserve"> </w:t>
      </w:r>
      <w:proofErr w:type="spellStart"/>
      <w:r>
        <w:t>pendekatan</w:t>
      </w:r>
      <w:proofErr w:type="spellEnd"/>
      <w:r>
        <w:t xml:space="preserve"> community development </w:t>
      </w:r>
      <w:proofErr w:type="spellStart"/>
      <w:r>
        <w:t>atau</w:t>
      </w:r>
      <w:proofErr w:type="spellEnd"/>
      <w:r>
        <w:t xml:space="preserve"> </w:t>
      </w:r>
      <w:proofErr w:type="spellStart"/>
      <w:r>
        <w:t>pemberdayaan</w:t>
      </w:r>
      <w:proofErr w:type="spellEnd"/>
      <w:r>
        <w:t xml:space="preserve"> </w:t>
      </w:r>
      <w:proofErr w:type="spellStart"/>
      <w:r>
        <w:t>masyarakat</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mendukung</w:t>
      </w:r>
      <w:proofErr w:type="spellEnd"/>
      <w:r>
        <w:t xml:space="preserve"> </w:t>
      </w:r>
      <w:proofErr w:type="spellStart"/>
      <w:r>
        <w:t>argumen</w:t>
      </w:r>
      <w:proofErr w:type="spellEnd"/>
      <w:r>
        <w:t xml:space="preserve"> </w:t>
      </w:r>
      <w:proofErr w:type="spellStart"/>
      <w:r>
        <w:t>tersebut</w:t>
      </w:r>
      <w:proofErr w:type="spellEnd"/>
      <w:r>
        <w:t xml:space="preserve">. </w:t>
      </w:r>
      <w:proofErr w:type="spellStart"/>
      <w:r>
        <w:t>Penelitian</w:t>
      </w:r>
      <w:proofErr w:type="spellEnd"/>
      <w:r>
        <w:t xml:space="preserve"> yang </w:t>
      </w:r>
      <w:proofErr w:type="spellStart"/>
      <w:r>
        <w:t>dilakukan</w:t>
      </w:r>
      <w:proofErr w:type="spellEnd"/>
      <w:r>
        <w:t xml:space="preserve"> oleh </w:t>
      </w:r>
      <w:proofErr w:type="spellStart"/>
      <w:r>
        <w:t>Sulistiyorini</w:t>
      </w:r>
      <w:proofErr w:type="spellEnd"/>
      <w:r>
        <w:t xml:space="preserve"> </w:t>
      </w:r>
      <w:proofErr w:type="spellStart"/>
      <w:r>
        <w:t>dkk</w:t>
      </w:r>
      <w:proofErr w:type="spellEnd"/>
      <w:r>
        <w:t xml:space="preserve">. (2015) </w:t>
      </w:r>
      <w:proofErr w:type="spellStart"/>
      <w:r>
        <w:t>menunjukkan</w:t>
      </w:r>
      <w:proofErr w:type="spellEnd"/>
      <w:r>
        <w:t xml:space="preserve"> </w:t>
      </w:r>
      <w:proofErr w:type="spellStart"/>
      <w:r>
        <w:t>bahwa</w:t>
      </w:r>
      <w:proofErr w:type="spellEnd"/>
      <w:r>
        <w:t xml:space="preserve"> </w:t>
      </w:r>
      <w:proofErr w:type="spellStart"/>
      <w:r>
        <w:t>pemberdayaan</w:t>
      </w:r>
      <w:proofErr w:type="spellEnd"/>
      <w:r>
        <w:t xml:space="preserve"> </w:t>
      </w:r>
      <w:proofErr w:type="spellStart"/>
      <w:r>
        <w:t>masyarakat</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partisipasi</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sampah</w:t>
      </w:r>
      <w:proofErr w:type="spellEnd"/>
      <w:r>
        <w:t xml:space="preserve"> di </w:t>
      </w:r>
      <w:proofErr w:type="spellStart"/>
      <w:r>
        <w:t>Kelurahan</w:t>
      </w:r>
      <w:proofErr w:type="spellEnd"/>
      <w:r>
        <w:t xml:space="preserve"> </w:t>
      </w:r>
      <w:proofErr w:type="spellStart"/>
      <w:r>
        <w:t>Cicurug</w:t>
      </w:r>
      <w:proofErr w:type="spellEnd"/>
      <w:r>
        <w:t xml:space="preserve">, </w:t>
      </w:r>
      <w:proofErr w:type="spellStart"/>
      <w:r>
        <w:t>Kabupaten</w:t>
      </w:r>
      <w:proofErr w:type="spellEnd"/>
      <w:r>
        <w:t xml:space="preserve"> </w:t>
      </w:r>
      <w:proofErr w:type="spellStart"/>
      <w:r>
        <w:t>Majalengka</w:t>
      </w:r>
      <w:proofErr w:type="spellEnd"/>
      <w:r>
        <w:t xml:space="preserve">. Hal </w:t>
      </w:r>
      <w:proofErr w:type="spellStart"/>
      <w:r>
        <w:t>tersebut</w:t>
      </w:r>
      <w:proofErr w:type="spellEnd"/>
      <w:r>
        <w:t xml:space="preserve"> juga </w:t>
      </w:r>
      <w:proofErr w:type="spellStart"/>
      <w:r>
        <w:t>terbukti</w:t>
      </w:r>
      <w:proofErr w:type="spellEnd"/>
      <w:r>
        <w:t xml:space="preserve"> </w:t>
      </w:r>
      <w:proofErr w:type="spellStart"/>
      <w:r>
        <w:t>dalam</w:t>
      </w:r>
      <w:proofErr w:type="spellEnd"/>
      <w:r>
        <w:t xml:space="preserve"> </w:t>
      </w:r>
      <w:proofErr w:type="spellStart"/>
      <w:r>
        <w:t>penelitian</w:t>
      </w:r>
      <w:proofErr w:type="spellEnd"/>
      <w:r>
        <w:t xml:space="preserve"> yang </w:t>
      </w:r>
      <w:proofErr w:type="spellStart"/>
      <w:r>
        <w:t>dilakukan</w:t>
      </w:r>
      <w:proofErr w:type="spellEnd"/>
      <w:r>
        <w:t xml:space="preserve"> oleh </w:t>
      </w:r>
      <w:proofErr w:type="spellStart"/>
      <w:r>
        <w:t>Mallapiang</w:t>
      </w:r>
      <w:proofErr w:type="spellEnd"/>
      <w:r>
        <w:t xml:space="preserve"> </w:t>
      </w:r>
      <w:proofErr w:type="spellStart"/>
      <w:r>
        <w:t>dkk</w:t>
      </w:r>
      <w:proofErr w:type="spellEnd"/>
      <w:r>
        <w:t xml:space="preserve">. (2020), yang </w:t>
      </w:r>
      <w:proofErr w:type="spellStart"/>
      <w:r>
        <w:t>menunjukkan</w:t>
      </w:r>
      <w:proofErr w:type="spellEnd"/>
      <w:r>
        <w:t xml:space="preserve"> </w:t>
      </w:r>
      <w:proofErr w:type="spellStart"/>
      <w:r>
        <w:t>bahwa</w:t>
      </w:r>
      <w:proofErr w:type="spellEnd"/>
      <w:r>
        <w:t xml:space="preserve"> </w:t>
      </w:r>
      <w:proofErr w:type="spellStart"/>
      <w:r>
        <w:t>pendekatan</w:t>
      </w:r>
      <w:proofErr w:type="spellEnd"/>
      <w:r>
        <w:t xml:space="preserve"> Asset-Based Community Development (ABCD) </w:t>
      </w:r>
      <w:proofErr w:type="spellStart"/>
      <w:r>
        <w:t>berkontribusi</w:t>
      </w:r>
      <w:proofErr w:type="spellEnd"/>
      <w:r>
        <w:t xml:space="preserve"> </w:t>
      </w:r>
      <w:proofErr w:type="spellStart"/>
      <w:r>
        <w:t>positif</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sampah</w:t>
      </w:r>
      <w:proofErr w:type="spellEnd"/>
      <w:r>
        <w:t xml:space="preserve"> di wilayah </w:t>
      </w:r>
      <w:proofErr w:type="spellStart"/>
      <w:r>
        <w:t>pesisir</w:t>
      </w:r>
      <w:proofErr w:type="spellEnd"/>
      <w:r>
        <w:t xml:space="preserve"> </w:t>
      </w:r>
      <w:proofErr w:type="spellStart"/>
      <w:r>
        <w:t>Bulukumba</w:t>
      </w:r>
      <w:proofErr w:type="spellEnd"/>
      <w:r>
        <w:t>, Sulawesi Selatan.</w:t>
      </w:r>
    </w:p>
    <w:p w14:paraId="54843164" w14:textId="77777777" w:rsidR="0054582D" w:rsidRDefault="00000000" w:rsidP="00B81EDD">
      <w:pPr>
        <w:spacing w:after="0" w:line="240" w:lineRule="auto"/>
        <w:jc w:val="both"/>
      </w:pPr>
      <w:proofErr w:type="spellStart"/>
      <w:r>
        <w:t>Metode</w:t>
      </w:r>
      <w:proofErr w:type="spellEnd"/>
      <w:r>
        <w:t xml:space="preserve"> community development </w:t>
      </w:r>
      <w:proofErr w:type="spellStart"/>
      <w:r>
        <w:t>merupakan</w:t>
      </w:r>
      <w:proofErr w:type="spellEnd"/>
      <w:r>
        <w:t xml:space="preserve"> salah </w:t>
      </w:r>
      <w:proofErr w:type="spellStart"/>
      <w:r>
        <w:t>satu</w:t>
      </w:r>
      <w:proofErr w:type="spellEnd"/>
      <w:r>
        <w:t xml:space="preserve"> </w:t>
      </w:r>
      <w:proofErr w:type="spellStart"/>
      <w:r>
        <w:t>metode</w:t>
      </w:r>
      <w:proofErr w:type="spellEnd"/>
      <w:r>
        <w:t xml:space="preserve"> yang </w:t>
      </w:r>
      <w:proofErr w:type="spellStart"/>
      <w:r>
        <w:t>cukup</w:t>
      </w:r>
      <w:proofErr w:type="spellEnd"/>
      <w:r>
        <w:t xml:space="preserve"> </w:t>
      </w:r>
      <w:proofErr w:type="spellStart"/>
      <w:r>
        <w:t>populer</w:t>
      </w:r>
      <w:proofErr w:type="spellEnd"/>
      <w:r>
        <w:t xml:space="preserve"> dan </w:t>
      </w:r>
      <w:proofErr w:type="spellStart"/>
      <w:r>
        <w:t>kerap</w:t>
      </w:r>
      <w:proofErr w:type="spellEnd"/>
      <w:r>
        <w:t xml:space="preserve"> </w:t>
      </w:r>
      <w:proofErr w:type="spellStart"/>
      <w:r>
        <w:t>digunakan</w:t>
      </w:r>
      <w:proofErr w:type="spellEnd"/>
      <w:r>
        <w:t xml:space="preserve"> di negara-negara </w:t>
      </w:r>
      <w:proofErr w:type="spellStart"/>
      <w:r>
        <w:t>berkembang</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masalah</w:t>
      </w:r>
      <w:proofErr w:type="spellEnd"/>
      <w:r>
        <w:t xml:space="preserve"> </w:t>
      </w:r>
      <w:proofErr w:type="spellStart"/>
      <w:r>
        <w:t>sosial</w:t>
      </w:r>
      <w:proofErr w:type="spellEnd"/>
      <w:r>
        <w:t xml:space="preserve">, </w:t>
      </w:r>
      <w:proofErr w:type="spellStart"/>
      <w:r>
        <w:t>termasuk</w:t>
      </w:r>
      <w:proofErr w:type="spellEnd"/>
      <w:r>
        <w:t xml:space="preserve"> Indonesia (</w:t>
      </w:r>
      <w:proofErr w:type="spellStart"/>
      <w:r>
        <w:t>Raharjo</w:t>
      </w:r>
      <w:proofErr w:type="spellEnd"/>
      <w:r>
        <w:t xml:space="preserve">, 2017). </w:t>
      </w:r>
      <w:proofErr w:type="spellStart"/>
      <w:r>
        <w:t>Istilah</w:t>
      </w:r>
      <w:proofErr w:type="spellEnd"/>
      <w:r>
        <w:t xml:space="preserve"> </w:t>
      </w:r>
      <w:proofErr w:type="spellStart"/>
      <w:r>
        <w:t>pemberdayaan</w:t>
      </w:r>
      <w:proofErr w:type="spellEnd"/>
      <w:r>
        <w:t xml:space="preserve">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sebuah</w:t>
      </w:r>
      <w:proofErr w:type="spellEnd"/>
      <w:r>
        <w:t xml:space="preserve"> proses </w:t>
      </w:r>
      <w:proofErr w:type="spellStart"/>
      <w:r>
        <w:t>individu</w:t>
      </w:r>
      <w:proofErr w:type="spellEnd"/>
      <w:r>
        <w:t xml:space="preserve"> </w:t>
      </w:r>
      <w:proofErr w:type="spellStart"/>
      <w:r>
        <w:t>memperoleh</w:t>
      </w:r>
      <w:proofErr w:type="spellEnd"/>
      <w:r>
        <w:t xml:space="preserve"> </w:t>
      </w:r>
      <w:proofErr w:type="spellStart"/>
      <w:r>
        <w:t>kekuatan</w:t>
      </w:r>
      <w:proofErr w:type="spellEnd"/>
      <w:r>
        <w:t xml:space="preserve"> </w:t>
      </w:r>
      <w:proofErr w:type="spellStart"/>
      <w:r>
        <w:t>guna</w:t>
      </w:r>
      <w:proofErr w:type="spellEnd"/>
      <w:r>
        <w:t xml:space="preserve"> </w:t>
      </w:r>
      <w:proofErr w:type="spellStart"/>
      <w:r>
        <w:t>berpartisipasi</w:t>
      </w:r>
      <w:proofErr w:type="spellEnd"/>
      <w:r>
        <w:t xml:space="preserve">, </w:t>
      </w:r>
      <w:proofErr w:type="spellStart"/>
      <w:r>
        <w:t>berbagi</w:t>
      </w:r>
      <w:proofErr w:type="spellEnd"/>
      <w:r>
        <w:t xml:space="preserve"> </w:t>
      </w:r>
      <w:proofErr w:type="spellStart"/>
      <w:r>
        <w:t>kendali</w:t>
      </w:r>
      <w:proofErr w:type="spellEnd"/>
      <w:r>
        <w:t xml:space="preserve">, dan </w:t>
      </w:r>
      <w:proofErr w:type="spellStart"/>
      <w:r>
        <w:t>memberikan</w:t>
      </w:r>
      <w:proofErr w:type="spellEnd"/>
      <w:r>
        <w:t xml:space="preserve"> </w:t>
      </w:r>
      <w:proofErr w:type="spellStart"/>
      <w:r>
        <w:t>pengaruh</w:t>
      </w:r>
      <w:proofErr w:type="spellEnd"/>
      <w:r>
        <w:t xml:space="preserve"> </w:t>
      </w:r>
      <w:proofErr w:type="spellStart"/>
      <w:r>
        <w:t>terhadap</w:t>
      </w:r>
      <w:proofErr w:type="spellEnd"/>
      <w:r>
        <w:t xml:space="preserve"> </w:t>
      </w:r>
      <w:proofErr w:type="spellStart"/>
      <w:r>
        <w:t>peristiwa</w:t>
      </w:r>
      <w:proofErr w:type="spellEnd"/>
      <w:r>
        <w:t xml:space="preserve"> </w:t>
      </w:r>
      <w:proofErr w:type="spellStart"/>
      <w:r>
        <w:t>serta</w:t>
      </w:r>
      <w:proofErr w:type="spellEnd"/>
      <w:r>
        <w:t xml:space="preserve"> </w:t>
      </w:r>
      <w:proofErr w:type="spellStart"/>
      <w:r>
        <w:t>institusi</w:t>
      </w:r>
      <w:proofErr w:type="spellEnd"/>
      <w:r>
        <w:t xml:space="preserve"> yang </w:t>
      </w:r>
      <w:proofErr w:type="spellStart"/>
      <w:r>
        <w:t>memengaruhi</w:t>
      </w:r>
      <w:proofErr w:type="spellEnd"/>
      <w:r>
        <w:t xml:space="preserve"> </w:t>
      </w:r>
      <w:proofErr w:type="spellStart"/>
      <w:r>
        <w:t>kehidupan</w:t>
      </w:r>
      <w:proofErr w:type="spellEnd"/>
      <w:r>
        <w:t xml:space="preserve"> </w:t>
      </w:r>
      <w:proofErr w:type="spellStart"/>
      <w:r>
        <w:t>mereka</w:t>
      </w:r>
      <w:proofErr w:type="spellEnd"/>
      <w:r>
        <w:t xml:space="preserve"> (Wahyudi &amp; </w:t>
      </w:r>
      <w:proofErr w:type="spellStart"/>
      <w:r>
        <w:t>Nurwulan</w:t>
      </w:r>
      <w:proofErr w:type="spellEnd"/>
      <w:r>
        <w:t xml:space="preserve">, 2023). </w:t>
      </w:r>
      <w:proofErr w:type="spellStart"/>
      <w:r>
        <w:t>Sementara</w:t>
      </w:r>
      <w:proofErr w:type="spellEnd"/>
      <w:r>
        <w:t xml:space="preserve"> </w:t>
      </w:r>
      <w:proofErr w:type="spellStart"/>
      <w:r>
        <w:t>itu</w:t>
      </w:r>
      <w:proofErr w:type="spellEnd"/>
      <w:r>
        <w:t xml:space="preserve">, </w:t>
      </w:r>
      <w:proofErr w:type="spellStart"/>
      <w:r>
        <w:t>pemberdayaan</w:t>
      </w:r>
      <w:proofErr w:type="spellEnd"/>
      <w:r>
        <w:t xml:space="preserve"> </w:t>
      </w:r>
      <w:proofErr w:type="spellStart"/>
      <w:r>
        <w:t>masyarakat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mengoptimalkan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peluang</w:t>
      </w:r>
      <w:proofErr w:type="spellEnd"/>
      <w:r>
        <w:t xml:space="preserve">, </w:t>
      </w:r>
      <w:proofErr w:type="spellStart"/>
      <w:r>
        <w:t>pengetahuan</w:t>
      </w:r>
      <w:proofErr w:type="spellEnd"/>
      <w:r>
        <w:t xml:space="preserve">, dan </w:t>
      </w:r>
      <w:proofErr w:type="spellStart"/>
      <w:r>
        <w:t>keterampilan</w:t>
      </w:r>
      <w:proofErr w:type="spellEnd"/>
      <w:r>
        <w:t xml:space="preserve"> </w:t>
      </w:r>
      <w:proofErr w:type="spellStart"/>
      <w:r>
        <w:t>masyarakat</w:t>
      </w:r>
      <w:proofErr w:type="spellEnd"/>
      <w:r>
        <w:t xml:space="preserve"> </w:t>
      </w:r>
      <w:proofErr w:type="spellStart"/>
      <w:r>
        <w:t>guna</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menentukan</w:t>
      </w:r>
      <w:proofErr w:type="spellEnd"/>
      <w:r>
        <w:t xml:space="preserve"> masa </w:t>
      </w:r>
      <w:proofErr w:type="spellStart"/>
      <w:r>
        <w:t>depan</w:t>
      </w:r>
      <w:proofErr w:type="spellEnd"/>
      <w:r>
        <w:t xml:space="preserve"> (Arifin </w:t>
      </w:r>
      <w:proofErr w:type="spellStart"/>
      <w:r>
        <w:t>dkk</w:t>
      </w:r>
      <w:proofErr w:type="spellEnd"/>
      <w:r>
        <w:t>., 2022).</w:t>
      </w:r>
    </w:p>
    <w:p w14:paraId="6E67BB24" w14:textId="77777777" w:rsidR="0054582D" w:rsidRDefault="00000000" w:rsidP="00B81EDD">
      <w:pPr>
        <w:spacing w:after="0" w:line="240" w:lineRule="auto"/>
        <w:jc w:val="both"/>
      </w:pPr>
      <w:proofErr w:type="spellStart"/>
      <w:r>
        <w:t>Penelitian-penelitian</w:t>
      </w:r>
      <w:proofErr w:type="spellEnd"/>
      <w:r>
        <w:t xml:space="preserve"> </w:t>
      </w:r>
      <w:proofErr w:type="spellStart"/>
      <w:r>
        <w:t>terdahulu</w:t>
      </w:r>
      <w:proofErr w:type="spellEnd"/>
      <w:r>
        <w:t xml:space="preserve"> </w:t>
      </w:r>
      <w:proofErr w:type="spellStart"/>
      <w:r>
        <w:t>mengenai</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berbasis</w:t>
      </w:r>
      <w:proofErr w:type="spellEnd"/>
      <w:r>
        <w:t xml:space="preserve"> </w:t>
      </w:r>
      <w:proofErr w:type="spellStart"/>
      <w:r>
        <w:t>pemberdayaan</w:t>
      </w:r>
      <w:proofErr w:type="spellEnd"/>
      <w:r>
        <w:t xml:space="preserve"> </w:t>
      </w:r>
      <w:proofErr w:type="spellStart"/>
      <w:r>
        <w:t>masyarakat</w:t>
      </w:r>
      <w:proofErr w:type="spellEnd"/>
      <w:r>
        <w:t xml:space="preserve"> </w:t>
      </w:r>
      <w:proofErr w:type="spellStart"/>
      <w:r>
        <w:t>sebagaimana</w:t>
      </w:r>
      <w:proofErr w:type="spellEnd"/>
      <w:r>
        <w:t xml:space="preserve"> </w:t>
      </w:r>
      <w:proofErr w:type="spellStart"/>
      <w:r>
        <w:t>disebutkan</w:t>
      </w:r>
      <w:proofErr w:type="spellEnd"/>
      <w:r>
        <w:t xml:space="preserve"> di </w:t>
      </w:r>
      <w:proofErr w:type="spellStart"/>
      <w:r>
        <w:t>atas</w:t>
      </w:r>
      <w:proofErr w:type="spellEnd"/>
      <w:r>
        <w:t xml:space="preserve"> </w:t>
      </w:r>
      <w:proofErr w:type="spellStart"/>
      <w:r>
        <w:t>umumnya</w:t>
      </w:r>
      <w:proofErr w:type="spellEnd"/>
      <w:r>
        <w:t xml:space="preserve"> </w:t>
      </w:r>
      <w:proofErr w:type="spellStart"/>
      <w:r>
        <w:t>berfokus</w:t>
      </w:r>
      <w:proofErr w:type="spellEnd"/>
      <w:r>
        <w:t xml:space="preserve"> pada wilayah </w:t>
      </w:r>
      <w:proofErr w:type="spellStart"/>
      <w:r>
        <w:t>perkotaan</w:t>
      </w:r>
      <w:proofErr w:type="spellEnd"/>
      <w:r>
        <w:t xml:space="preserve"> </w:t>
      </w:r>
      <w:proofErr w:type="spellStart"/>
      <w:r>
        <w:t>atau</w:t>
      </w:r>
      <w:proofErr w:type="spellEnd"/>
      <w:r>
        <w:t xml:space="preserve"> </w:t>
      </w:r>
      <w:proofErr w:type="spellStart"/>
      <w:r>
        <w:t>kawasan</w:t>
      </w:r>
      <w:proofErr w:type="spellEnd"/>
      <w:r>
        <w:t xml:space="preserve"> </w:t>
      </w:r>
      <w:proofErr w:type="spellStart"/>
      <w:r>
        <w:t>pesisir</w:t>
      </w:r>
      <w:proofErr w:type="spellEnd"/>
      <w:r>
        <w:t>/</w:t>
      </w:r>
      <w:proofErr w:type="spellStart"/>
      <w:r>
        <w:t>pariwisata</w:t>
      </w:r>
      <w:proofErr w:type="spellEnd"/>
      <w:r>
        <w:t xml:space="preserve">, </w:t>
      </w:r>
      <w:proofErr w:type="spellStart"/>
      <w:r>
        <w:t>dengan</w:t>
      </w:r>
      <w:proofErr w:type="spellEnd"/>
      <w:r>
        <w:t xml:space="preserve"> </w:t>
      </w:r>
      <w:proofErr w:type="spellStart"/>
      <w:r>
        <w:t>sasaran</w:t>
      </w:r>
      <w:proofErr w:type="spellEnd"/>
      <w:r>
        <w:t xml:space="preserve"> </w:t>
      </w:r>
      <w:proofErr w:type="spellStart"/>
      <w:r>
        <w:t>utama</w:t>
      </w:r>
      <w:proofErr w:type="spellEnd"/>
      <w:r>
        <w:t xml:space="preserve"> </w:t>
      </w:r>
      <w:proofErr w:type="spellStart"/>
      <w:r>
        <w:t>masyarakat</w:t>
      </w:r>
      <w:proofErr w:type="spellEnd"/>
      <w:r>
        <w:t xml:space="preserve"> </w:t>
      </w:r>
      <w:proofErr w:type="spellStart"/>
      <w:r>
        <w:t>dewasa</w:t>
      </w:r>
      <w:proofErr w:type="spellEnd"/>
      <w:r>
        <w:t xml:space="preserve">. </w:t>
      </w:r>
      <w:proofErr w:type="spellStart"/>
      <w:r>
        <w:t>Namun</w:t>
      </w:r>
      <w:proofErr w:type="spellEnd"/>
      <w:r>
        <w:t xml:space="preserve"> </w:t>
      </w:r>
      <w:proofErr w:type="spellStart"/>
      <w:r>
        <w:lastRenderedPageBreak/>
        <w:t>demikian</w:t>
      </w:r>
      <w:proofErr w:type="spellEnd"/>
      <w:r>
        <w:t xml:space="preserve">, </w:t>
      </w:r>
      <w:proofErr w:type="spellStart"/>
      <w:r>
        <w:t>kajian</w:t>
      </w:r>
      <w:proofErr w:type="spellEnd"/>
      <w:r>
        <w:t xml:space="preserve"> yang </w:t>
      </w:r>
      <w:proofErr w:type="spellStart"/>
      <w:r>
        <w:t>secara</w:t>
      </w:r>
      <w:proofErr w:type="spellEnd"/>
      <w:r>
        <w:t xml:space="preserve"> </w:t>
      </w:r>
      <w:proofErr w:type="spellStart"/>
      <w:r>
        <w:t>khusus</w:t>
      </w:r>
      <w:proofErr w:type="spellEnd"/>
      <w:r>
        <w:t xml:space="preserve"> </w:t>
      </w:r>
      <w:proofErr w:type="spellStart"/>
      <w:r>
        <w:t>menempatkan</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anak</w:t>
      </w:r>
      <w:proofErr w:type="spellEnd"/>
      <w:r>
        <w:t xml:space="preserve"> </w:t>
      </w:r>
      <w:proofErr w:type="spellStart"/>
      <w:r>
        <w:t>usia</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sebagai</w:t>
      </w:r>
      <w:proofErr w:type="spellEnd"/>
      <w:r>
        <w:t xml:space="preserve"> </w:t>
      </w:r>
      <w:proofErr w:type="spellStart"/>
      <w:r>
        <w:t>agen</w:t>
      </w:r>
      <w:proofErr w:type="spellEnd"/>
      <w:r>
        <w:t xml:space="preserve"> </w:t>
      </w:r>
      <w:proofErr w:type="spellStart"/>
      <w:r>
        <w:t>perubahan</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sampah</w:t>
      </w:r>
      <w:proofErr w:type="spellEnd"/>
      <w:r>
        <w:t xml:space="preserve"> di wilayah </w:t>
      </w:r>
      <w:proofErr w:type="spellStart"/>
      <w:r>
        <w:t>pedesaan</w:t>
      </w:r>
      <w:proofErr w:type="spellEnd"/>
      <w:r>
        <w:t xml:space="preserve"> </w:t>
      </w:r>
      <w:proofErr w:type="spellStart"/>
      <w:r>
        <w:t>berbasis</w:t>
      </w:r>
      <w:proofErr w:type="spellEnd"/>
      <w:r>
        <w:t xml:space="preserve"> </w:t>
      </w:r>
      <w:proofErr w:type="spellStart"/>
      <w:r>
        <w:t>pertanian</w:t>
      </w:r>
      <w:proofErr w:type="spellEnd"/>
      <w:r>
        <w:t xml:space="preserve">, </w:t>
      </w:r>
      <w:proofErr w:type="spellStart"/>
      <w:r>
        <w:t>dengan</w:t>
      </w:r>
      <w:proofErr w:type="spellEnd"/>
      <w:r>
        <w:t xml:space="preserve"> </w:t>
      </w:r>
      <w:proofErr w:type="spellStart"/>
      <w:r>
        <w:t>pendekatan</w:t>
      </w:r>
      <w:proofErr w:type="spellEnd"/>
      <w:r>
        <w:t xml:space="preserve"> Participatory Rural Appraisal (PRA) </w:t>
      </w:r>
      <w:proofErr w:type="spellStart"/>
      <w:r>
        <w:t>secara</w:t>
      </w:r>
      <w:proofErr w:type="spellEnd"/>
      <w:r>
        <w:t xml:space="preserve"> </w:t>
      </w:r>
      <w:proofErr w:type="spellStart"/>
      <w:r>
        <w:t>sistematis</w:t>
      </w:r>
      <w:proofErr w:type="spellEnd"/>
      <w:r>
        <w:t xml:space="preserve">, </w:t>
      </w:r>
      <w:proofErr w:type="spellStart"/>
      <w:r>
        <w:t>masih</w:t>
      </w:r>
      <w:proofErr w:type="spellEnd"/>
      <w:r>
        <w:t xml:space="preserve"> </w:t>
      </w:r>
      <w:proofErr w:type="spellStart"/>
      <w:r>
        <w:t>terbatas</w:t>
      </w:r>
      <w:proofErr w:type="spellEnd"/>
      <w:r>
        <w:t xml:space="preserve">. Artikel </w:t>
      </w:r>
      <w:proofErr w:type="spellStart"/>
      <w:r>
        <w:t>ini</w:t>
      </w:r>
      <w:proofErr w:type="spellEnd"/>
      <w:r>
        <w:t xml:space="preserve"> </w:t>
      </w:r>
      <w:proofErr w:type="spellStart"/>
      <w:r>
        <w:t>kemudian</w:t>
      </w:r>
      <w:proofErr w:type="spellEnd"/>
      <w:r>
        <w:t xml:space="preserve"> </w:t>
      </w:r>
      <w:proofErr w:type="spellStart"/>
      <w:r>
        <w:t>berupaya</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pendekatan</w:t>
      </w:r>
      <w:proofErr w:type="spellEnd"/>
      <w:r>
        <w:t xml:space="preserve"> community development </w:t>
      </w:r>
      <w:proofErr w:type="spellStart"/>
      <w:r>
        <w:t>dalam</w:t>
      </w:r>
      <w:proofErr w:type="spellEnd"/>
      <w:r>
        <w:t xml:space="preserve"> </w:t>
      </w:r>
      <w:proofErr w:type="spellStart"/>
      <w:r>
        <w:t>mengatasi</w:t>
      </w:r>
      <w:proofErr w:type="spellEnd"/>
      <w:r>
        <w:t xml:space="preserve"> </w:t>
      </w:r>
      <w:proofErr w:type="spellStart"/>
      <w:r>
        <w:t>permasalahan</w:t>
      </w:r>
      <w:proofErr w:type="spellEnd"/>
      <w:r>
        <w:t xml:space="preserve"> </w:t>
      </w:r>
      <w:proofErr w:type="spellStart"/>
      <w:r>
        <w:t>sampah</w:t>
      </w:r>
      <w:proofErr w:type="spellEnd"/>
      <w:r>
        <w:t xml:space="preserve"> di RW 08, </w:t>
      </w:r>
      <w:proofErr w:type="spellStart"/>
      <w:r>
        <w:t>Desa</w:t>
      </w:r>
      <w:proofErr w:type="spellEnd"/>
      <w:r>
        <w:t xml:space="preserve"> </w:t>
      </w:r>
      <w:proofErr w:type="spellStart"/>
      <w:r>
        <w:t>Bojong</w:t>
      </w:r>
      <w:proofErr w:type="spellEnd"/>
      <w:r>
        <w:t xml:space="preserve">, </w:t>
      </w:r>
      <w:proofErr w:type="spellStart"/>
      <w:r>
        <w:t>Kecamatan</w:t>
      </w:r>
      <w:proofErr w:type="spellEnd"/>
      <w:r>
        <w:t xml:space="preserve"> </w:t>
      </w:r>
      <w:proofErr w:type="spellStart"/>
      <w:r>
        <w:t>Majalaya</w:t>
      </w:r>
      <w:proofErr w:type="spellEnd"/>
      <w:r>
        <w:t xml:space="preserve">, </w:t>
      </w:r>
      <w:proofErr w:type="spellStart"/>
      <w:r>
        <w:t>Kabupaten</w:t>
      </w:r>
      <w:proofErr w:type="spellEnd"/>
      <w:r>
        <w:t xml:space="preserve"> Bandung, </w:t>
      </w:r>
      <w:proofErr w:type="spellStart"/>
      <w:r>
        <w:t>dengan</w:t>
      </w:r>
      <w:proofErr w:type="spellEnd"/>
      <w:r>
        <w:t xml:space="preserve"> </w:t>
      </w:r>
      <w:proofErr w:type="spellStart"/>
      <w:r>
        <w:t>pemberdayaan</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sebagai</w:t>
      </w:r>
      <w:proofErr w:type="spellEnd"/>
      <w:r>
        <w:t xml:space="preserve"> strategi </w:t>
      </w:r>
      <w:proofErr w:type="spellStart"/>
      <w:r>
        <w:t>utama</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pemahaman</w:t>
      </w:r>
      <w:proofErr w:type="spellEnd"/>
      <w:r>
        <w:t xml:space="preserve"> </w:t>
      </w:r>
      <w:proofErr w:type="spellStart"/>
      <w:r>
        <w:t>masyarakat</w:t>
      </w:r>
      <w:proofErr w:type="spellEnd"/>
      <w:r>
        <w:t xml:space="preserve"> </w:t>
      </w:r>
      <w:proofErr w:type="spellStart"/>
      <w:r>
        <w:t>mengenai</w:t>
      </w:r>
      <w:proofErr w:type="spellEnd"/>
      <w:r>
        <w:t xml:space="preserve"> </w:t>
      </w:r>
      <w:proofErr w:type="spellStart"/>
      <w:r>
        <w:t>urgensi</w:t>
      </w:r>
      <w:proofErr w:type="spellEnd"/>
      <w:r>
        <w:t xml:space="preserve"> </w:t>
      </w:r>
      <w:proofErr w:type="spellStart"/>
      <w:r>
        <w:t>pengelolaan</w:t>
      </w:r>
      <w:proofErr w:type="spellEnd"/>
      <w:r>
        <w:t xml:space="preserve"> </w:t>
      </w:r>
      <w:proofErr w:type="spellStart"/>
      <w:r>
        <w:t>sampah</w:t>
      </w:r>
      <w:proofErr w:type="spellEnd"/>
      <w:r>
        <w:t xml:space="preserve"> yang </w:t>
      </w:r>
      <w:proofErr w:type="spellStart"/>
      <w:r>
        <w:t>baik</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memperkaya</w:t>
      </w:r>
      <w:proofErr w:type="spellEnd"/>
      <w:r>
        <w:t xml:space="preserve"> </w:t>
      </w:r>
      <w:proofErr w:type="spellStart"/>
      <w:r>
        <w:t>penerapan</w:t>
      </w:r>
      <w:proofErr w:type="spellEnd"/>
      <w:r>
        <w:t xml:space="preserve"> </w:t>
      </w:r>
      <w:proofErr w:type="spellStart"/>
      <w:r>
        <w:t>konsep</w:t>
      </w:r>
      <w:proofErr w:type="spellEnd"/>
      <w:r>
        <w:t xml:space="preserve"> community development, </w:t>
      </w:r>
      <w:proofErr w:type="spellStart"/>
      <w:r>
        <w:t>khususnya</w:t>
      </w:r>
      <w:proofErr w:type="spellEnd"/>
      <w:r>
        <w:t xml:space="preserve"> yang </w:t>
      </w:r>
      <w:proofErr w:type="spellStart"/>
      <w:r>
        <w:t>menyasar</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masalah</w:t>
      </w:r>
      <w:proofErr w:type="spellEnd"/>
      <w:r>
        <w:t xml:space="preserve"> </w:t>
      </w:r>
      <w:proofErr w:type="spellStart"/>
      <w:r>
        <w:t>sampah</w:t>
      </w:r>
      <w:proofErr w:type="spellEnd"/>
      <w:r>
        <w:t xml:space="preserve"> di Indonesia.</w:t>
      </w:r>
    </w:p>
    <w:p w14:paraId="69268DD6" w14:textId="77777777" w:rsidR="008D55E6" w:rsidRDefault="008D55E6" w:rsidP="00B81EDD">
      <w:pPr>
        <w:spacing w:after="0" w:line="240" w:lineRule="auto"/>
        <w:jc w:val="both"/>
      </w:pPr>
    </w:p>
    <w:p w14:paraId="1C8350E9" w14:textId="77777777" w:rsidR="0054582D" w:rsidRDefault="00000000" w:rsidP="00B81EDD">
      <w:pPr>
        <w:spacing w:after="0" w:line="240" w:lineRule="auto"/>
      </w:pPr>
      <w:r>
        <w:rPr>
          <w:b/>
        </w:rPr>
        <w:t>METODE</w:t>
      </w:r>
    </w:p>
    <w:p w14:paraId="74C3C5CB" w14:textId="77777777" w:rsidR="0054582D" w:rsidRDefault="00000000" w:rsidP="00B81EDD">
      <w:pPr>
        <w:spacing w:after="0" w:line="240" w:lineRule="auto"/>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teknik</w:t>
      </w:r>
      <w:proofErr w:type="spellEnd"/>
      <w:r>
        <w:t xml:space="preserve"> Participatory Rural Appraisal (PRA), yang </w:t>
      </w:r>
      <w:proofErr w:type="spellStart"/>
      <w:r>
        <w:t>meliputi</w:t>
      </w:r>
      <w:proofErr w:type="spellEnd"/>
      <w:r>
        <w:t xml:space="preserve"> </w:t>
      </w:r>
      <w:proofErr w:type="spellStart"/>
      <w:r>
        <w:t>teknik</w:t>
      </w:r>
      <w:proofErr w:type="spellEnd"/>
      <w:r>
        <w:t xml:space="preserve"> </w:t>
      </w:r>
      <w:proofErr w:type="spellStart"/>
      <w:r>
        <w:t>pemetaan</w:t>
      </w:r>
      <w:proofErr w:type="spellEnd"/>
      <w:r>
        <w:t xml:space="preserve"> </w:t>
      </w:r>
      <w:proofErr w:type="spellStart"/>
      <w:r>
        <w:t>desa</w:t>
      </w:r>
      <w:proofErr w:type="spellEnd"/>
      <w:r>
        <w:t xml:space="preserve">, diagram Venn, diagram </w:t>
      </w:r>
      <w:proofErr w:type="spellStart"/>
      <w:r>
        <w:t>sehari</w:t>
      </w:r>
      <w:proofErr w:type="spellEnd"/>
      <w:r>
        <w:t xml:space="preserve">, diagram </w:t>
      </w:r>
      <w:proofErr w:type="spellStart"/>
      <w:r>
        <w:t>masalah</w:t>
      </w:r>
      <w:proofErr w:type="spellEnd"/>
      <w:r>
        <w:t xml:space="preserve"> dan </w:t>
      </w:r>
      <w:proofErr w:type="spellStart"/>
      <w:r>
        <w:t>potensi</w:t>
      </w:r>
      <w:proofErr w:type="spellEnd"/>
      <w:r>
        <w:t xml:space="preserve">, </w:t>
      </w:r>
      <w:proofErr w:type="spellStart"/>
      <w:r>
        <w:t>serta</w:t>
      </w:r>
      <w:proofErr w:type="spellEnd"/>
      <w:r>
        <w:t xml:space="preserve"> </w:t>
      </w:r>
      <w:proofErr w:type="spellStart"/>
      <w:r>
        <w:t>matriks</w:t>
      </w:r>
      <w:proofErr w:type="spellEnd"/>
      <w:r>
        <w:t xml:space="preserve"> ranking. </w:t>
      </w:r>
      <w:proofErr w:type="spellStart"/>
      <w:r>
        <w:t>Pengumpulan</w:t>
      </w:r>
      <w:proofErr w:type="spellEnd"/>
      <w:r>
        <w:t xml:space="preserve"> data </w:t>
      </w:r>
      <w:proofErr w:type="spellStart"/>
      <w:r>
        <w:t>dilakukan</w:t>
      </w:r>
      <w:proofErr w:type="spellEnd"/>
      <w:r>
        <w:t xml:space="preserve"> </w:t>
      </w:r>
      <w:proofErr w:type="spellStart"/>
      <w:r>
        <w:t>menggunakan</w:t>
      </w:r>
      <w:proofErr w:type="spellEnd"/>
      <w:r>
        <w:t xml:space="preserve"> </w:t>
      </w:r>
      <w:proofErr w:type="spellStart"/>
      <w:r>
        <w:t>teknik</w:t>
      </w:r>
      <w:proofErr w:type="spellEnd"/>
      <w:r>
        <w:t xml:space="preserve"> </w:t>
      </w:r>
      <w:proofErr w:type="spellStart"/>
      <w:r>
        <w:t>wawancara</w:t>
      </w:r>
      <w:proofErr w:type="spellEnd"/>
      <w:r>
        <w:t xml:space="preserve"> </w:t>
      </w:r>
      <w:proofErr w:type="spellStart"/>
      <w:r>
        <w:t>mendalam</w:t>
      </w:r>
      <w:proofErr w:type="spellEnd"/>
      <w:r>
        <w:t xml:space="preserve"> dan </w:t>
      </w:r>
      <w:proofErr w:type="spellStart"/>
      <w:r>
        <w:t>observasi</w:t>
      </w:r>
      <w:proofErr w:type="spellEnd"/>
      <w:r>
        <w:t xml:space="preserve">. Data yang </w:t>
      </w:r>
      <w:proofErr w:type="spellStart"/>
      <w:r>
        <w:t>diperoleh</w:t>
      </w:r>
      <w:proofErr w:type="spellEnd"/>
      <w:r>
        <w:t xml:space="preserve"> </w:t>
      </w:r>
      <w:proofErr w:type="spellStart"/>
      <w:r>
        <w:t>kemudian</w:t>
      </w:r>
      <w:proofErr w:type="spellEnd"/>
      <w:r>
        <w:t xml:space="preserve"> </w:t>
      </w:r>
      <w:proofErr w:type="spellStart"/>
      <w:r>
        <w:t>dianalisis</w:t>
      </w:r>
      <w:proofErr w:type="spellEnd"/>
      <w:r>
        <w:t xml:space="preserve"> </w:t>
      </w:r>
      <w:proofErr w:type="spellStart"/>
      <w:r>
        <w:t>secara</w:t>
      </w:r>
      <w:proofErr w:type="spellEnd"/>
      <w:r>
        <w:t xml:space="preserve"> </w:t>
      </w:r>
      <w:proofErr w:type="spellStart"/>
      <w:r>
        <w:t>kualitatif</w:t>
      </w:r>
      <w:proofErr w:type="spellEnd"/>
      <w:r>
        <w:t xml:space="preserve"> </w:t>
      </w:r>
      <w:proofErr w:type="spellStart"/>
      <w:r>
        <w:t>menggunakan</w:t>
      </w:r>
      <w:proofErr w:type="spellEnd"/>
      <w:r>
        <w:t xml:space="preserve"> </w:t>
      </w:r>
      <w:proofErr w:type="spellStart"/>
      <w:r>
        <w:t>teknik</w:t>
      </w:r>
      <w:proofErr w:type="spellEnd"/>
      <w:r>
        <w:t xml:space="preserve"> PRA </w:t>
      </w:r>
      <w:proofErr w:type="spellStart"/>
      <w:r>
        <w:t>tersebut</w:t>
      </w:r>
      <w:proofErr w:type="spellEnd"/>
      <w:r>
        <w:t xml:space="preserve">. </w:t>
      </w:r>
      <w:proofErr w:type="spellStart"/>
      <w:r>
        <w:t>Penelitian</w:t>
      </w:r>
      <w:proofErr w:type="spellEnd"/>
      <w:r>
        <w:t xml:space="preserve"> </w:t>
      </w:r>
      <w:proofErr w:type="spellStart"/>
      <w:r>
        <w:t>lapangan</w:t>
      </w:r>
      <w:proofErr w:type="spellEnd"/>
      <w:r>
        <w:t xml:space="preserve"> </w:t>
      </w:r>
      <w:proofErr w:type="spellStart"/>
      <w:r>
        <w:t>dilaksanakan</w:t>
      </w:r>
      <w:proofErr w:type="spellEnd"/>
      <w:r>
        <w:t xml:space="preserve"> pada </w:t>
      </w:r>
      <w:proofErr w:type="spellStart"/>
      <w:r>
        <w:t>tahun</w:t>
      </w:r>
      <w:proofErr w:type="spellEnd"/>
      <w:r>
        <w:t xml:space="preserve"> 2019, </w:t>
      </w:r>
      <w:proofErr w:type="spellStart"/>
      <w:r>
        <w:t>sehingga</w:t>
      </w:r>
      <w:proofErr w:type="spellEnd"/>
      <w:r>
        <w:t xml:space="preserve"> data dan </w:t>
      </w:r>
      <w:proofErr w:type="spellStart"/>
      <w:r>
        <w:t>kondisi</w:t>
      </w:r>
      <w:proofErr w:type="spellEnd"/>
      <w:r>
        <w:t xml:space="preserve"> yang </w:t>
      </w:r>
      <w:proofErr w:type="spellStart"/>
      <w:r>
        <w:t>dideskripsikan</w:t>
      </w:r>
      <w:proofErr w:type="spellEnd"/>
      <w:r>
        <w:t xml:space="preserve"> </w:t>
      </w:r>
      <w:proofErr w:type="spellStart"/>
      <w:r>
        <w:t>dalam</w:t>
      </w:r>
      <w:proofErr w:type="spellEnd"/>
      <w:r>
        <w:t xml:space="preserve"> </w:t>
      </w:r>
      <w:proofErr w:type="spellStart"/>
      <w:r>
        <w:t>artikel</w:t>
      </w:r>
      <w:proofErr w:type="spellEnd"/>
      <w:r>
        <w:t xml:space="preserve"> </w:t>
      </w:r>
      <w:proofErr w:type="spellStart"/>
      <w:r>
        <w:t>ini</w:t>
      </w:r>
      <w:proofErr w:type="spellEnd"/>
      <w:r>
        <w:t xml:space="preserve"> </w:t>
      </w:r>
      <w:proofErr w:type="spellStart"/>
      <w:r>
        <w:t>merepresentasikan</w:t>
      </w:r>
      <w:proofErr w:type="spellEnd"/>
      <w:r>
        <w:t xml:space="preserve"> </w:t>
      </w:r>
      <w:proofErr w:type="spellStart"/>
      <w:r>
        <w:t>kondisi</w:t>
      </w:r>
      <w:proofErr w:type="spellEnd"/>
      <w:r>
        <w:t xml:space="preserve"> RW 08 Kampung </w:t>
      </w:r>
      <w:proofErr w:type="spellStart"/>
      <w:r>
        <w:t>Kadatuan</w:t>
      </w:r>
      <w:proofErr w:type="spellEnd"/>
      <w:r>
        <w:t xml:space="preserve"> pada </w:t>
      </w:r>
      <w:proofErr w:type="spellStart"/>
      <w:r>
        <w:t>periode</w:t>
      </w:r>
      <w:proofErr w:type="spellEnd"/>
      <w:r>
        <w:t xml:space="preserve"> </w:t>
      </w:r>
      <w:proofErr w:type="spellStart"/>
      <w:r>
        <w:t>tersebut</w:t>
      </w:r>
      <w:proofErr w:type="spellEnd"/>
      <w:r>
        <w:t>.</w:t>
      </w:r>
    </w:p>
    <w:p w14:paraId="15880412" w14:textId="77777777" w:rsidR="0054582D" w:rsidRDefault="00000000" w:rsidP="00B81EDD">
      <w:pPr>
        <w:spacing w:after="0" w:line="240" w:lineRule="auto"/>
        <w:jc w:val="both"/>
      </w:pP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di </w:t>
      </w:r>
      <w:proofErr w:type="spellStart"/>
      <w:r>
        <w:t>Desa</w:t>
      </w:r>
      <w:proofErr w:type="spellEnd"/>
      <w:r>
        <w:t xml:space="preserve"> </w:t>
      </w:r>
      <w:proofErr w:type="spellStart"/>
      <w:r>
        <w:t>Bojong</w:t>
      </w:r>
      <w:proofErr w:type="spellEnd"/>
      <w:r>
        <w:t xml:space="preserve">, </w:t>
      </w:r>
      <w:proofErr w:type="spellStart"/>
      <w:r>
        <w:t>Kecamatan</w:t>
      </w:r>
      <w:proofErr w:type="spellEnd"/>
      <w:r>
        <w:t xml:space="preserve"> </w:t>
      </w:r>
      <w:proofErr w:type="spellStart"/>
      <w:r>
        <w:t>Majalaya</w:t>
      </w:r>
      <w:proofErr w:type="spellEnd"/>
      <w:r>
        <w:t xml:space="preserve">, </w:t>
      </w:r>
      <w:proofErr w:type="spellStart"/>
      <w:r>
        <w:t>Kabupaten</w:t>
      </w:r>
      <w:proofErr w:type="spellEnd"/>
      <w:r>
        <w:t xml:space="preserve"> Bandung, </w:t>
      </w:r>
      <w:proofErr w:type="spellStart"/>
      <w:r>
        <w:t>tepatnya</w:t>
      </w:r>
      <w:proofErr w:type="spellEnd"/>
      <w:r>
        <w:t xml:space="preserve"> di Kampung </w:t>
      </w:r>
      <w:proofErr w:type="spellStart"/>
      <w:r>
        <w:t>Kadatuan</w:t>
      </w:r>
      <w:proofErr w:type="spellEnd"/>
      <w:r>
        <w:t xml:space="preserve"> RW 08. RW 08 </w:t>
      </w:r>
      <w:proofErr w:type="spellStart"/>
      <w:r>
        <w:t>dipilih</w:t>
      </w:r>
      <w:proofErr w:type="spellEnd"/>
      <w:r>
        <w:t xml:space="preserve"> </w:t>
      </w:r>
      <w:proofErr w:type="spellStart"/>
      <w:r>
        <w:t>berdasarkan</w:t>
      </w:r>
      <w:proofErr w:type="spellEnd"/>
      <w:r>
        <w:t xml:space="preserve"> </w:t>
      </w:r>
      <w:proofErr w:type="spellStart"/>
      <w:r>
        <w:t>hasil</w:t>
      </w:r>
      <w:proofErr w:type="spellEnd"/>
      <w:r>
        <w:t xml:space="preserve"> assessment </w:t>
      </w:r>
      <w:proofErr w:type="spellStart"/>
      <w:r>
        <w:t>bersama</w:t>
      </w:r>
      <w:proofErr w:type="spellEnd"/>
      <w:r>
        <w:t xml:space="preserve"> </w:t>
      </w:r>
      <w:proofErr w:type="spellStart"/>
      <w:r>
        <w:t>pihak</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Bojong</w:t>
      </w:r>
      <w:proofErr w:type="spellEnd"/>
      <w:r>
        <w:t xml:space="preserve">, </w:t>
      </w:r>
      <w:proofErr w:type="spellStart"/>
      <w:r>
        <w:t>mengingat</w:t>
      </w:r>
      <w:proofErr w:type="spellEnd"/>
      <w:r>
        <w:t xml:space="preserve"> </w:t>
      </w:r>
      <w:proofErr w:type="spellStart"/>
      <w:r>
        <w:t>lokasi</w:t>
      </w:r>
      <w:proofErr w:type="spellEnd"/>
      <w:r>
        <w:t xml:space="preserve"> </w:t>
      </w:r>
      <w:proofErr w:type="spellStart"/>
      <w:r>
        <w:t>tersebut</w:t>
      </w:r>
      <w:proofErr w:type="spellEnd"/>
      <w:r>
        <w:t xml:space="preserve"> </w:t>
      </w:r>
      <w:proofErr w:type="spellStart"/>
      <w:r>
        <w:t>dinilai</w:t>
      </w:r>
      <w:proofErr w:type="spellEnd"/>
      <w:r>
        <w:t xml:space="preserve"> paling </w:t>
      </w:r>
      <w:proofErr w:type="spellStart"/>
      <w:r>
        <w:t>tepat</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pemahaman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mengenai</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Aspek</w:t>
      </w:r>
      <w:proofErr w:type="spellEnd"/>
      <w:r>
        <w:t xml:space="preserve"> </w:t>
      </w:r>
      <w:proofErr w:type="spellStart"/>
      <w:r>
        <w:t>etika</w:t>
      </w:r>
      <w:proofErr w:type="spellEnd"/>
      <w:r>
        <w:t xml:space="preserve"> </w:t>
      </w:r>
      <w:proofErr w:type="spellStart"/>
      <w:r>
        <w:t>penelitian</w:t>
      </w:r>
      <w:proofErr w:type="spellEnd"/>
      <w:r>
        <w:t xml:space="preserve"> </w:t>
      </w:r>
      <w:proofErr w:type="spellStart"/>
      <w:r>
        <w:t>diperhatikan</w:t>
      </w:r>
      <w:proofErr w:type="spellEnd"/>
      <w:r>
        <w:t xml:space="preserve"> </w:t>
      </w:r>
      <w:proofErr w:type="spellStart"/>
      <w:r>
        <w:t>melalui</w:t>
      </w:r>
      <w:proofErr w:type="spellEnd"/>
      <w:r>
        <w:t xml:space="preserve"> </w:t>
      </w:r>
      <w:proofErr w:type="spellStart"/>
      <w:r>
        <w:t>persetujuan</w:t>
      </w:r>
      <w:proofErr w:type="spellEnd"/>
      <w:r>
        <w:t xml:space="preserve"> </w:t>
      </w:r>
      <w:proofErr w:type="spellStart"/>
      <w:r>
        <w:t>pihak</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Bojong</w:t>
      </w:r>
      <w:proofErr w:type="spellEnd"/>
      <w:r>
        <w:t xml:space="preserve"> dan Badan </w:t>
      </w:r>
      <w:proofErr w:type="spellStart"/>
      <w:r>
        <w:t>Permusyawaratan</w:t>
      </w:r>
      <w:proofErr w:type="spellEnd"/>
      <w:r>
        <w:t xml:space="preserve"> </w:t>
      </w:r>
      <w:proofErr w:type="spellStart"/>
      <w:r>
        <w:t>Desa</w:t>
      </w:r>
      <w:proofErr w:type="spellEnd"/>
      <w:r>
        <w:t xml:space="preserve"> (BPD) </w:t>
      </w:r>
      <w:proofErr w:type="spellStart"/>
      <w:r>
        <w:t>sebelum</w:t>
      </w:r>
      <w:proofErr w:type="spellEnd"/>
      <w:r>
        <w:t xml:space="preserve"> </w:t>
      </w:r>
      <w:proofErr w:type="spellStart"/>
      <w:r>
        <w:t>penelitian</w:t>
      </w:r>
      <w:proofErr w:type="spellEnd"/>
      <w:r>
        <w:t xml:space="preserve"> </w:t>
      </w:r>
      <w:proofErr w:type="spellStart"/>
      <w:r>
        <w:t>dilaksanakan</w:t>
      </w:r>
      <w:proofErr w:type="spellEnd"/>
      <w:r>
        <w:t xml:space="preserve">, </w:t>
      </w:r>
      <w:proofErr w:type="spellStart"/>
      <w:r>
        <w:t>sebagaimana</w:t>
      </w:r>
      <w:proofErr w:type="spellEnd"/>
      <w:r>
        <w:t xml:space="preserve"> </w:t>
      </w:r>
      <w:proofErr w:type="spellStart"/>
      <w:r>
        <w:t>disampaikan</w:t>
      </w:r>
      <w:proofErr w:type="spellEnd"/>
      <w:r>
        <w:t xml:space="preserve"> pada </w:t>
      </w:r>
      <w:proofErr w:type="spellStart"/>
      <w:r>
        <w:t>bagian</w:t>
      </w:r>
      <w:proofErr w:type="spellEnd"/>
      <w:r>
        <w:t xml:space="preserve"> </w:t>
      </w:r>
      <w:proofErr w:type="spellStart"/>
      <w:r>
        <w:t>Ucapan</w:t>
      </w:r>
      <w:proofErr w:type="spellEnd"/>
      <w:r>
        <w:t xml:space="preserve"> </w:t>
      </w:r>
      <w:proofErr w:type="spellStart"/>
      <w:r>
        <w:t>Terima</w:t>
      </w:r>
      <w:proofErr w:type="spellEnd"/>
      <w:r>
        <w:t xml:space="preserve"> Kasih.</w:t>
      </w:r>
    </w:p>
    <w:p w14:paraId="5C9DD4F6" w14:textId="77777777" w:rsidR="008D55E6" w:rsidRDefault="008D55E6" w:rsidP="00B81EDD">
      <w:pPr>
        <w:spacing w:after="0" w:line="240" w:lineRule="auto"/>
        <w:jc w:val="both"/>
      </w:pPr>
    </w:p>
    <w:p w14:paraId="1E10DBD1" w14:textId="77777777" w:rsidR="0054582D" w:rsidRDefault="00000000" w:rsidP="00B81EDD">
      <w:pPr>
        <w:spacing w:after="0" w:line="240" w:lineRule="auto"/>
      </w:pPr>
      <w:r>
        <w:rPr>
          <w:b/>
        </w:rPr>
        <w:t>HASIL DAN PEMBAHASAN</w:t>
      </w:r>
    </w:p>
    <w:p w14:paraId="07CD9A06" w14:textId="77777777" w:rsidR="0054582D" w:rsidRDefault="00000000" w:rsidP="00B81EDD">
      <w:pPr>
        <w:spacing w:after="0" w:line="240" w:lineRule="auto"/>
      </w:pPr>
      <w:r>
        <w:rPr>
          <w:b/>
          <w:i/>
        </w:rPr>
        <w:t xml:space="preserve">Assessment </w:t>
      </w:r>
      <w:proofErr w:type="spellStart"/>
      <w:r>
        <w:rPr>
          <w:b/>
          <w:i/>
        </w:rPr>
        <w:t>terhadap</w:t>
      </w:r>
      <w:proofErr w:type="spellEnd"/>
      <w:r>
        <w:rPr>
          <w:b/>
          <w:i/>
        </w:rPr>
        <w:t xml:space="preserve"> </w:t>
      </w:r>
      <w:proofErr w:type="spellStart"/>
      <w:r>
        <w:rPr>
          <w:b/>
          <w:i/>
        </w:rPr>
        <w:t>Kondisi</w:t>
      </w:r>
      <w:proofErr w:type="spellEnd"/>
      <w:r>
        <w:rPr>
          <w:b/>
          <w:i/>
        </w:rPr>
        <w:t xml:space="preserve"> Masyarakat </w:t>
      </w:r>
      <w:proofErr w:type="spellStart"/>
      <w:r>
        <w:rPr>
          <w:b/>
          <w:i/>
        </w:rPr>
        <w:t>Desa</w:t>
      </w:r>
      <w:proofErr w:type="spellEnd"/>
      <w:r>
        <w:rPr>
          <w:b/>
          <w:i/>
        </w:rPr>
        <w:t xml:space="preserve"> </w:t>
      </w:r>
      <w:proofErr w:type="spellStart"/>
      <w:r>
        <w:rPr>
          <w:b/>
          <w:i/>
        </w:rPr>
        <w:t>Bojong</w:t>
      </w:r>
      <w:proofErr w:type="spellEnd"/>
    </w:p>
    <w:p w14:paraId="759A9B63" w14:textId="77777777" w:rsidR="0054582D" w:rsidRDefault="00000000" w:rsidP="00B81EDD">
      <w:pPr>
        <w:spacing w:after="0" w:line="240" w:lineRule="auto"/>
        <w:jc w:val="both"/>
      </w:pPr>
      <w:proofErr w:type="spellStart"/>
      <w:r>
        <w:t>Tahapan</w:t>
      </w:r>
      <w:proofErr w:type="spellEnd"/>
      <w:r>
        <w:t xml:space="preserve"> assessment </w:t>
      </w:r>
      <w:proofErr w:type="spellStart"/>
      <w:r>
        <w:t>menjadi</w:t>
      </w:r>
      <w:proofErr w:type="spellEnd"/>
      <w:r>
        <w:t xml:space="preserve"> </w:t>
      </w:r>
      <w:proofErr w:type="spellStart"/>
      <w:r>
        <w:t>langkah</w:t>
      </w:r>
      <w:proofErr w:type="spellEnd"/>
      <w:r>
        <w:t xml:space="preserve"> </w:t>
      </w:r>
      <w:proofErr w:type="spellStart"/>
      <w:r>
        <w:t>awal</w:t>
      </w:r>
      <w:proofErr w:type="spellEnd"/>
      <w:r>
        <w:t xml:space="preserve"> yang </w:t>
      </w:r>
      <w:proofErr w:type="spellStart"/>
      <w:r>
        <w:t>penting</w:t>
      </w:r>
      <w:proofErr w:type="spellEnd"/>
      <w:r>
        <w:t xml:space="preserve"> </w:t>
      </w:r>
      <w:proofErr w:type="spellStart"/>
      <w:r>
        <w:t>dilakukan</w:t>
      </w:r>
      <w:proofErr w:type="spellEnd"/>
      <w:r>
        <w:t xml:space="preserve"> </w:t>
      </w:r>
      <w:proofErr w:type="spellStart"/>
      <w:r>
        <w:t>dalam</w:t>
      </w:r>
      <w:proofErr w:type="spellEnd"/>
      <w:r>
        <w:t xml:space="preserve"> proses </w:t>
      </w:r>
      <w:proofErr w:type="spellStart"/>
      <w:r>
        <w:t>pemberdayaan</w:t>
      </w:r>
      <w:proofErr w:type="spellEnd"/>
      <w:r>
        <w:t xml:space="preserve"> </w:t>
      </w:r>
      <w:proofErr w:type="spellStart"/>
      <w:r>
        <w:t>masyarakat</w:t>
      </w:r>
      <w:proofErr w:type="spellEnd"/>
      <w:r>
        <w:t xml:space="preserve">. </w:t>
      </w:r>
      <w:proofErr w:type="spellStart"/>
      <w:r>
        <w:t>Asesmen</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analisis</w:t>
      </w:r>
      <w:proofErr w:type="spellEnd"/>
      <w:r>
        <w:t xml:space="preserve"> yang </w:t>
      </w:r>
      <w:proofErr w:type="spellStart"/>
      <w:r>
        <w:t>mencakup</w:t>
      </w:r>
      <w:proofErr w:type="spellEnd"/>
      <w:r>
        <w:t xml:space="preserve"> </w:t>
      </w:r>
      <w:proofErr w:type="spellStart"/>
      <w:r>
        <w:t>pengumpulan</w:t>
      </w:r>
      <w:proofErr w:type="spellEnd"/>
      <w:r>
        <w:t xml:space="preserve"> </w:t>
      </w:r>
      <w:proofErr w:type="spellStart"/>
      <w:r>
        <w:t>serta</w:t>
      </w:r>
      <w:proofErr w:type="spellEnd"/>
      <w:r>
        <w:t xml:space="preserve"> </w:t>
      </w:r>
      <w:proofErr w:type="spellStart"/>
      <w:r>
        <w:t>penyuntingan</w:t>
      </w:r>
      <w:proofErr w:type="spellEnd"/>
      <w:r>
        <w:t xml:space="preserve"> </w:t>
      </w:r>
      <w:proofErr w:type="spellStart"/>
      <w:r>
        <w:t>informasi</w:t>
      </w:r>
      <w:proofErr w:type="spellEnd"/>
      <w:r>
        <w:t xml:space="preserve"> dan </w:t>
      </w:r>
      <w:proofErr w:type="spellStart"/>
      <w:r>
        <w:t>identifikasi</w:t>
      </w:r>
      <w:proofErr w:type="spellEnd"/>
      <w:r>
        <w:t xml:space="preserve"> </w:t>
      </w:r>
      <w:proofErr w:type="spellStart"/>
      <w:r>
        <w:t>terhadap</w:t>
      </w:r>
      <w:proofErr w:type="spellEnd"/>
      <w:r>
        <w:t xml:space="preserve"> </w:t>
      </w:r>
      <w:proofErr w:type="spellStart"/>
      <w:r>
        <w:t>masalah-masalah</w:t>
      </w:r>
      <w:proofErr w:type="spellEnd"/>
      <w:r>
        <w:t xml:space="preserve"> </w:t>
      </w:r>
      <w:proofErr w:type="spellStart"/>
      <w:r>
        <w:t>potensial</w:t>
      </w:r>
      <w:proofErr w:type="spellEnd"/>
      <w:r>
        <w:t xml:space="preserve"> yang </w:t>
      </w:r>
      <w:proofErr w:type="spellStart"/>
      <w:r>
        <w:t>dapat</w:t>
      </w:r>
      <w:proofErr w:type="spellEnd"/>
      <w:r>
        <w:t xml:space="preserve"> </w:t>
      </w:r>
      <w:proofErr w:type="spellStart"/>
      <w:r>
        <w:t>ditangani</w:t>
      </w:r>
      <w:proofErr w:type="spellEnd"/>
      <w:r>
        <w:t xml:space="preserve"> (</w:t>
      </w:r>
      <w:proofErr w:type="spellStart"/>
      <w:r>
        <w:t>Raharjo</w:t>
      </w:r>
      <w:proofErr w:type="spellEnd"/>
      <w:r>
        <w:t xml:space="preserve">, 2017). </w:t>
      </w:r>
      <w:proofErr w:type="spellStart"/>
      <w:r>
        <w:t>Berdasarkan</w:t>
      </w:r>
      <w:proofErr w:type="spellEnd"/>
      <w:r>
        <w:t xml:space="preserve"> </w:t>
      </w:r>
      <w:proofErr w:type="spellStart"/>
      <w:r>
        <w:t>hasil</w:t>
      </w:r>
      <w:proofErr w:type="spellEnd"/>
      <w:r>
        <w:t xml:space="preserve"> </w:t>
      </w:r>
      <w:proofErr w:type="spellStart"/>
      <w:r>
        <w:t>asesmen</w:t>
      </w:r>
      <w:proofErr w:type="spellEnd"/>
      <w:r>
        <w:t xml:space="preserve">, </w:t>
      </w:r>
      <w:proofErr w:type="spellStart"/>
      <w:r>
        <w:t>ditemukan</w:t>
      </w:r>
      <w:proofErr w:type="spellEnd"/>
      <w:r>
        <w:t xml:space="preserve"> </w:t>
      </w:r>
      <w:proofErr w:type="spellStart"/>
      <w:r>
        <w:t>bahwa</w:t>
      </w:r>
      <w:proofErr w:type="spellEnd"/>
      <w:r>
        <w:t xml:space="preserve"> </w:t>
      </w:r>
      <w:proofErr w:type="spellStart"/>
      <w:r>
        <w:t>mayoritas</w:t>
      </w:r>
      <w:proofErr w:type="spellEnd"/>
      <w:r>
        <w:t xml:space="preserve"> </w:t>
      </w:r>
      <w:proofErr w:type="spellStart"/>
      <w:r>
        <w:t>masyarakat</w:t>
      </w:r>
      <w:proofErr w:type="spellEnd"/>
      <w:r>
        <w:t xml:space="preserve"> yang </w:t>
      </w:r>
      <w:proofErr w:type="spellStart"/>
      <w:r>
        <w:t>berada</w:t>
      </w:r>
      <w:proofErr w:type="spellEnd"/>
      <w:r>
        <w:t xml:space="preserve"> di RW 08 </w:t>
      </w:r>
      <w:proofErr w:type="spellStart"/>
      <w:r>
        <w:t>bermata</w:t>
      </w:r>
      <w:proofErr w:type="spellEnd"/>
      <w:r>
        <w:t xml:space="preserve"> </w:t>
      </w:r>
      <w:proofErr w:type="spellStart"/>
      <w:r>
        <w:t>pencaharian</w:t>
      </w:r>
      <w:proofErr w:type="spellEnd"/>
      <w:r>
        <w:t xml:space="preserve"> </w:t>
      </w:r>
      <w:proofErr w:type="spellStart"/>
      <w:r>
        <w:t>sebagai</w:t>
      </w:r>
      <w:proofErr w:type="spellEnd"/>
      <w:r>
        <w:t xml:space="preserve"> </w:t>
      </w:r>
      <w:proofErr w:type="spellStart"/>
      <w:r>
        <w:t>buruh</w:t>
      </w:r>
      <w:proofErr w:type="spellEnd"/>
      <w:r>
        <w:t xml:space="preserve"> </w:t>
      </w:r>
      <w:proofErr w:type="spellStart"/>
      <w:r>
        <w:t>tani</w:t>
      </w:r>
      <w:proofErr w:type="spellEnd"/>
      <w:r>
        <w:t xml:space="preserve">. </w:t>
      </w:r>
      <w:proofErr w:type="spellStart"/>
      <w:r>
        <w:t>Meskipun</w:t>
      </w:r>
      <w:proofErr w:type="spellEnd"/>
      <w:r>
        <w:t xml:space="preserve"> wilayah RW 08 </w:t>
      </w:r>
      <w:proofErr w:type="spellStart"/>
      <w:r>
        <w:t>didominasi</w:t>
      </w:r>
      <w:proofErr w:type="spellEnd"/>
      <w:r>
        <w:t xml:space="preserve"> oleh area </w:t>
      </w:r>
      <w:proofErr w:type="spellStart"/>
      <w:r>
        <w:t>persawahan</w:t>
      </w:r>
      <w:proofErr w:type="spellEnd"/>
      <w:r>
        <w:t xml:space="preserve">, </w:t>
      </w:r>
      <w:proofErr w:type="spellStart"/>
      <w:r>
        <w:t>pemilik</w:t>
      </w:r>
      <w:proofErr w:type="spellEnd"/>
      <w:r>
        <w:t xml:space="preserve"> sawah </w:t>
      </w:r>
      <w:proofErr w:type="spellStart"/>
      <w:r>
        <w:t>tersebut</w:t>
      </w:r>
      <w:proofErr w:type="spellEnd"/>
      <w:r>
        <w:t xml:space="preserve"> </w:t>
      </w:r>
      <w:proofErr w:type="spellStart"/>
      <w:r>
        <w:t>umumnya</w:t>
      </w:r>
      <w:proofErr w:type="spellEnd"/>
      <w:r>
        <w:t xml:space="preserve"> </w:t>
      </w:r>
      <w:proofErr w:type="spellStart"/>
      <w:r>
        <w:t>bukan</w:t>
      </w:r>
      <w:proofErr w:type="spellEnd"/>
      <w:r>
        <w:t xml:space="preserve"> </w:t>
      </w:r>
      <w:proofErr w:type="spellStart"/>
      <w:r>
        <w:t>warga</w:t>
      </w:r>
      <w:proofErr w:type="spellEnd"/>
      <w:r>
        <w:t xml:space="preserve"> RW 08. </w:t>
      </w:r>
      <w:proofErr w:type="spellStart"/>
      <w:r>
        <w:t>Warga</w:t>
      </w:r>
      <w:proofErr w:type="spellEnd"/>
      <w:r>
        <w:t xml:space="preserve"> RW 08 </w:t>
      </w:r>
      <w:proofErr w:type="spellStart"/>
      <w:r>
        <w:t>hanya</w:t>
      </w:r>
      <w:proofErr w:type="spellEnd"/>
      <w:r>
        <w:t xml:space="preserve"> </w:t>
      </w:r>
      <w:proofErr w:type="spellStart"/>
      <w:r>
        <w:t>bekerja</w:t>
      </w:r>
      <w:proofErr w:type="spellEnd"/>
      <w:r>
        <w:t xml:space="preserve"> </w:t>
      </w:r>
      <w:proofErr w:type="spellStart"/>
      <w:r>
        <w:t>sebagai</w:t>
      </w:r>
      <w:proofErr w:type="spellEnd"/>
      <w:r>
        <w:t xml:space="preserve"> </w:t>
      </w:r>
      <w:proofErr w:type="spellStart"/>
      <w:r>
        <w:t>buruh</w:t>
      </w:r>
      <w:proofErr w:type="spellEnd"/>
      <w:r>
        <w:t xml:space="preserve"> </w:t>
      </w:r>
      <w:proofErr w:type="spellStart"/>
      <w:r>
        <w:t>tani</w:t>
      </w:r>
      <w:proofErr w:type="spellEnd"/>
      <w:r>
        <w:t xml:space="preserve"> pada </w:t>
      </w:r>
      <w:proofErr w:type="spellStart"/>
      <w:r>
        <w:t>saat</w:t>
      </w:r>
      <w:proofErr w:type="spellEnd"/>
      <w:r>
        <w:t xml:space="preserve"> </w:t>
      </w:r>
      <w:proofErr w:type="spellStart"/>
      <w:r>
        <w:t>musim</w:t>
      </w:r>
      <w:proofErr w:type="spellEnd"/>
      <w:r>
        <w:t xml:space="preserve"> </w:t>
      </w:r>
      <w:proofErr w:type="spellStart"/>
      <w:r>
        <w:t>tanam</w:t>
      </w:r>
      <w:proofErr w:type="spellEnd"/>
      <w:r>
        <w:t xml:space="preserve"> dan </w:t>
      </w:r>
      <w:proofErr w:type="spellStart"/>
      <w:r>
        <w:t>musim</w:t>
      </w:r>
      <w:proofErr w:type="spellEnd"/>
      <w:r>
        <w:t xml:space="preserve"> </w:t>
      </w:r>
      <w:proofErr w:type="spellStart"/>
      <w:r>
        <w:t>panen</w:t>
      </w:r>
      <w:proofErr w:type="spellEnd"/>
      <w:r>
        <w:t xml:space="preserve">; pada masa </w:t>
      </w:r>
      <w:proofErr w:type="spellStart"/>
      <w:r>
        <w:t>menunggu</w:t>
      </w:r>
      <w:proofErr w:type="spellEnd"/>
      <w:r>
        <w:t xml:space="preserve"> </w:t>
      </w:r>
      <w:proofErr w:type="spellStart"/>
      <w:r>
        <w:t>panen</w:t>
      </w:r>
      <w:proofErr w:type="spellEnd"/>
      <w:r>
        <w:t xml:space="preserve">, </w:t>
      </w:r>
      <w:proofErr w:type="spellStart"/>
      <w:r>
        <w:t>mayoritas</w:t>
      </w:r>
      <w:proofErr w:type="spellEnd"/>
      <w:r>
        <w:t xml:space="preserve"> </w:t>
      </w:r>
      <w:proofErr w:type="spellStart"/>
      <w:r>
        <w:t>buruh</w:t>
      </w:r>
      <w:proofErr w:type="spellEnd"/>
      <w:r>
        <w:t xml:space="preserve"> </w:t>
      </w:r>
      <w:proofErr w:type="spellStart"/>
      <w:r>
        <w:t>tani</w:t>
      </w:r>
      <w:proofErr w:type="spellEnd"/>
      <w:r>
        <w:t xml:space="preserve"> </w:t>
      </w:r>
      <w:proofErr w:type="spellStart"/>
      <w:r>
        <w:t>tidak</w:t>
      </w:r>
      <w:proofErr w:type="spellEnd"/>
      <w:r>
        <w:t xml:space="preserve"> </w:t>
      </w:r>
      <w:proofErr w:type="spellStart"/>
      <w:r>
        <w:t>bekerja</w:t>
      </w:r>
      <w:proofErr w:type="spellEnd"/>
      <w:r>
        <w:t>.</w:t>
      </w:r>
    </w:p>
    <w:p w14:paraId="4748228B" w14:textId="77777777" w:rsidR="0054582D" w:rsidRDefault="00000000" w:rsidP="00B81EDD">
      <w:pPr>
        <w:spacing w:after="0" w:line="240" w:lineRule="auto"/>
        <w:jc w:val="both"/>
      </w:pPr>
      <w:r>
        <w:t xml:space="preserve">Pada </w:t>
      </w:r>
      <w:proofErr w:type="spellStart"/>
      <w:r>
        <w:t>mulanya</w:t>
      </w:r>
      <w:proofErr w:type="spellEnd"/>
      <w:r>
        <w:t xml:space="preserve">, </w:t>
      </w:r>
      <w:proofErr w:type="spellStart"/>
      <w:r>
        <w:t>masyarakat</w:t>
      </w:r>
      <w:proofErr w:type="spellEnd"/>
      <w:r>
        <w:t xml:space="preserve"> yang </w:t>
      </w:r>
      <w:proofErr w:type="spellStart"/>
      <w:r>
        <w:t>tidak</w:t>
      </w:r>
      <w:proofErr w:type="spellEnd"/>
      <w:r>
        <w:t xml:space="preserve"> </w:t>
      </w:r>
      <w:proofErr w:type="spellStart"/>
      <w:r>
        <w:t>bekerja</w:t>
      </w:r>
      <w:proofErr w:type="spellEnd"/>
      <w:r>
        <w:t xml:space="preserve"> </w:t>
      </w:r>
      <w:proofErr w:type="spellStart"/>
      <w:r>
        <w:t>ditugaskan</w:t>
      </w:r>
      <w:proofErr w:type="spellEnd"/>
      <w:r>
        <w:t xml:space="preserve"> </w:t>
      </w:r>
      <w:proofErr w:type="spellStart"/>
      <w:r>
        <w:t>untuk</w:t>
      </w:r>
      <w:proofErr w:type="spellEnd"/>
      <w:r>
        <w:t xml:space="preserve"> </w:t>
      </w:r>
      <w:proofErr w:type="spellStart"/>
      <w:r>
        <w:t>mengambil</w:t>
      </w:r>
      <w:proofErr w:type="spellEnd"/>
      <w:r>
        <w:t xml:space="preserve"> </w:t>
      </w:r>
      <w:proofErr w:type="spellStart"/>
      <w:r>
        <w:t>sampah</w:t>
      </w:r>
      <w:proofErr w:type="spellEnd"/>
      <w:r>
        <w:t xml:space="preserve"> </w:t>
      </w:r>
      <w:proofErr w:type="spellStart"/>
      <w:r>
        <w:t>warga</w:t>
      </w:r>
      <w:proofErr w:type="spellEnd"/>
      <w:r>
        <w:t xml:space="preserve"> RW 08 </w:t>
      </w:r>
      <w:proofErr w:type="spellStart"/>
      <w:r>
        <w:t>setiap</w:t>
      </w:r>
      <w:proofErr w:type="spellEnd"/>
      <w:r>
        <w:t xml:space="preserve"> </w:t>
      </w:r>
      <w:proofErr w:type="spellStart"/>
      <w:r>
        <w:t>harinya</w:t>
      </w:r>
      <w:proofErr w:type="spellEnd"/>
      <w:r>
        <w:t xml:space="preserve"> </w:t>
      </w:r>
      <w:proofErr w:type="spellStart"/>
      <w:r>
        <w:t>dengan</w:t>
      </w:r>
      <w:proofErr w:type="spellEnd"/>
      <w:r>
        <w:t xml:space="preserve"> </w:t>
      </w:r>
      <w:proofErr w:type="spellStart"/>
      <w:r>
        <w:t>imbalan</w:t>
      </w:r>
      <w:proofErr w:type="spellEnd"/>
      <w:r>
        <w:t xml:space="preserve"> </w:t>
      </w:r>
      <w:proofErr w:type="spellStart"/>
      <w:r>
        <w:t>iuran</w:t>
      </w:r>
      <w:proofErr w:type="spellEnd"/>
      <w:r>
        <w:t xml:space="preserve"> </w:t>
      </w:r>
      <w:proofErr w:type="spellStart"/>
      <w:r>
        <w:t>pemungutan</w:t>
      </w:r>
      <w:proofErr w:type="spellEnd"/>
      <w:r>
        <w:t xml:space="preserve"> </w:t>
      </w:r>
      <w:proofErr w:type="spellStart"/>
      <w:r>
        <w:t>sampah</w:t>
      </w:r>
      <w:proofErr w:type="spellEnd"/>
      <w:r>
        <w:t xml:space="preserve"> yang </w:t>
      </w:r>
      <w:proofErr w:type="spellStart"/>
      <w:r>
        <w:t>dibayarkan</w:t>
      </w:r>
      <w:proofErr w:type="spellEnd"/>
      <w:r>
        <w:t xml:space="preserve"> </w:t>
      </w:r>
      <w:proofErr w:type="spellStart"/>
      <w:r>
        <w:t>warga</w:t>
      </w:r>
      <w:proofErr w:type="spellEnd"/>
      <w:r>
        <w:t xml:space="preserve">. </w:t>
      </w:r>
      <w:proofErr w:type="spellStart"/>
      <w:r>
        <w:t>Sebelumnya</w:t>
      </w:r>
      <w:proofErr w:type="spellEnd"/>
      <w:r>
        <w:t xml:space="preserve"> pun </w:t>
      </w:r>
      <w:proofErr w:type="spellStart"/>
      <w:r>
        <w:t>terdapat</w:t>
      </w:r>
      <w:proofErr w:type="spellEnd"/>
      <w:r>
        <w:t xml:space="preserve"> </w:t>
      </w:r>
      <w:proofErr w:type="spellStart"/>
      <w:r>
        <w:t>petugas</w:t>
      </w:r>
      <w:proofErr w:type="spellEnd"/>
      <w:r>
        <w:t xml:space="preserve"> </w:t>
      </w:r>
      <w:proofErr w:type="spellStart"/>
      <w:r>
        <w:t>sampah</w:t>
      </w:r>
      <w:proofErr w:type="spellEnd"/>
      <w:r>
        <w:t xml:space="preserve"> </w:t>
      </w:r>
      <w:proofErr w:type="spellStart"/>
      <w:r>
        <w:t>keliling</w:t>
      </w:r>
      <w:proofErr w:type="spellEnd"/>
      <w:r>
        <w:t xml:space="preserve">. Akan </w:t>
      </w:r>
      <w:proofErr w:type="spellStart"/>
      <w:r>
        <w:t>tetapi</w:t>
      </w:r>
      <w:proofErr w:type="spellEnd"/>
      <w:r>
        <w:t xml:space="preserve">, </w:t>
      </w:r>
      <w:proofErr w:type="spellStart"/>
      <w:r>
        <w:t>kedua</w:t>
      </w:r>
      <w:proofErr w:type="spellEnd"/>
      <w:r>
        <w:t xml:space="preserve"> </w:t>
      </w:r>
      <w:proofErr w:type="spellStart"/>
      <w:r>
        <w:t>mekanisme</w:t>
      </w:r>
      <w:proofErr w:type="spellEnd"/>
      <w:r>
        <w:t xml:space="preserve"> </w:t>
      </w:r>
      <w:proofErr w:type="spellStart"/>
      <w:r>
        <w:t>tersebut</w:t>
      </w:r>
      <w:proofErr w:type="spellEnd"/>
      <w:r>
        <w:t xml:space="preserve"> </w:t>
      </w:r>
      <w:proofErr w:type="spellStart"/>
      <w:r>
        <w:t>tidak</w:t>
      </w:r>
      <w:proofErr w:type="spellEnd"/>
      <w:r>
        <w:t xml:space="preserve"> </w:t>
      </w:r>
      <w:proofErr w:type="spellStart"/>
      <w:r>
        <w:t>lagi</w:t>
      </w:r>
      <w:proofErr w:type="spellEnd"/>
      <w:r>
        <w:t xml:space="preserve"> </w:t>
      </w:r>
      <w:proofErr w:type="spellStart"/>
      <w:r>
        <w:t>berlaku</w:t>
      </w:r>
      <w:proofErr w:type="spellEnd"/>
      <w:r>
        <w:t xml:space="preserve"> </w:t>
      </w:r>
      <w:proofErr w:type="spellStart"/>
      <w:r>
        <w:t>saat</w:t>
      </w:r>
      <w:proofErr w:type="spellEnd"/>
      <w:r>
        <w:t xml:space="preserve"> </w:t>
      </w:r>
      <w:proofErr w:type="spellStart"/>
      <w:r>
        <w:t>ini</w:t>
      </w:r>
      <w:proofErr w:type="spellEnd"/>
      <w:r>
        <w:t xml:space="preserve">, </w:t>
      </w:r>
      <w:proofErr w:type="spellStart"/>
      <w:r>
        <w:t>karena</w:t>
      </w:r>
      <w:proofErr w:type="spellEnd"/>
      <w:r>
        <w:t xml:space="preserve"> </w:t>
      </w:r>
      <w:proofErr w:type="spellStart"/>
      <w:r>
        <w:t>masyarakat</w:t>
      </w:r>
      <w:proofErr w:type="spellEnd"/>
      <w:r>
        <w:t xml:space="preserve"> RW 08 </w:t>
      </w:r>
      <w:proofErr w:type="spellStart"/>
      <w:r>
        <w:t>keberatan</w:t>
      </w:r>
      <w:proofErr w:type="spellEnd"/>
      <w:r>
        <w:t xml:space="preserve"> </w:t>
      </w:r>
      <w:proofErr w:type="spellStart"/>
      <w:r>
        <w:t>membayar</w:t>
      </w:r>
      <w:proofErr w:type="spellEnd"/>
      <w:r>
        <w:t xml:space="preserve"> </w:t>
      </w:r>
      <w:proofErr w:type="spellStart"/>
      <w:r>
        <w:t>iuran</w:t>
      </w:r>
      <w:proofErr w:type="spellEnd"/>
      <w:r>
        <w:t xml:space="preserve">, </w:t>
      </w:r>
      <w:proofErr w:type="spellStart"/>
      <w:r>
        <w:t>sehingga</w:t>
      </w:r>
      <w:proofErr w:type="spellEnd"/>
      <w:r>
        <w:t xml:space="preserve"> </w:t>
      </w:r>
      <w:proofErr w:type="spellStart"/>
      <w:r>
        <w:t>warga</w:t>
      </w:r>
      <w:proofErr w:type="spellEnd"/>
      <w:r>
        <w:t xml:space="preserve"> yang </w:t>
      </w:r>
      <w:proofErr w:type="spellStart"/>
      <w:r>
        <w:t>semula</w:t>
      </w:r>
      <w:proofErr w:type="spellEnd"/>
      <w:r>
        <w:t xml:space="preserve"> </w:t>
      </w:r>
      <w:proofErr w:type="spellStart"/>
      <w:r>
        <w:t>ditugaskan</w:t>
      </w:r>
      <w:proofErr w:type="spellEnd"/>
      <w:r>
        <w:t xml:space="preserve"> </w:t>
      </w:r>
      <w:proofErr w:type="spellStart"/>
      <w:r>
        <w:t>mengambil</w:t>
      </w:r>
      <w:proofErr w:type="spellEnd"/>
      <w:r>
        <w:t xml:space="preserve"> </w:t>
      </w:r>
      <w:proofErr w:type="spellStart"/>
      <w:r>
        <w:t>sampah</w:t>
      </w:r>
      <w:proofErr w:type="spellEnd"/>
      <w:r>
        <w:t xml:space="preserve"> </w:t>
      </w:r>
      <w:proofErr w:type="spellStart"/>
      <w:r>
        <w:t>tidak</w:t>
      </w:r>
      <w:proofErr w:type="spellEnd"/>
      <w:r>
        <w:t xml:space="preserve"> </w:t>
      </w:r>
      <w:proofErr w:type="spellStart"/>
      <w:r>
        <w:t>mau</w:t>
      </w:r>
      <w:proofErr w:type="spellEnd"/>
      <w:r>
        <w:t xml:space="preserve"> </w:t>
      </w:r>
      <w:proofErr w:type="spellStart"/>
      <w:r>
        <w:t>lagi</w:t>
      </w:r>
      <w:proofErr w:type="spellEnd"/>
      <w:r>
        <w:t xml:space="preserve"> </w:t>
      </w:r>
      <w:proofErr w:type="spellStart"/>
      <w:r>
        <w:t>bekerja</w:t>
      </w:r>
      <w:proofErr w:type="spellEnd"/>
      <w:r>
        <w:t xml:space="preserve"> </w:t>
      </w:r>
      <w:proofErr w:type="spellStart"/>
      <w:r>
        <w:t>tanpa</w:t>
      </w:r>
      <w:proofErr w:type="spellEnd"/>
      <w:r>
        <w:t xml:space="preserve"> </w:t>
      </w:r>
      <w:proofErr w:type="spellStart"/>
      <w:r>
        <w:t>remunerasi</w:t>
      </w:r>
      <w:proofErr w:type="spellEnd"/>
      <w:r>
        <w:t>.</w:t>
      </w:r>
    </w:p>
    <w:p w14:paraId="356218D2" w14:textId="77777777" w:rsidR="0054582D" w:rsidRDefault="00000000" w:rsidP="00B81EDD">
      <w:pPr>
        <w:spacing w:after="0" w:line="240" w:lineRule="auto"/>
        <w:jc w:val="both"/>
      </w:pPr>
      <w:proofErr w:type="spellStart"/>
      <w:r>
        <w:t>Kondisi</w:t>
      </w:r>
      <w:proofErr w:type="spellEnd"/>
      <w:r>
        <w:t xml:space="preserve"> </w:t>
      </w:r>
      <w:proofErr w:type="spellStart"/>
      <w:r>
        <w:t>tersebut</w:t>
      </w:r>
      <w:proofErr w:type="spellEnd"/>
      <w:r>
        <w:t xml:space="preserve"> </w:t>
      </w:r>
      <w:proofErr w:type="spellStart"/>
      <w:r>
        <w:t>mengakibatkan</w:t>
      </w:r>
      <w:proofErr w:type="spellEnd"/>
      <w:r>
        <w:t xml:space="preserve"> </w:t>
      </w:r>
      <w:proofErr w:type="spellStart"/>
      <w:r>
        <w:t>kebiasaan</w:t>
      </w:r>
      <w:proofErr w:type="spellEnd"/>
      <w:r>
        <w:t xml:space="preserve"> </w:t>
      </w:r>
      <w:proofErr w:type="spellStart"/>
      <w:r>
        <w:t>masyarakat</w:t>
      </w:r>
      <w:proofErr w:type="spellEnd"/>
      <w:r>
        <w:t xml:space="preserve"> RW 08 </w:t>
      </w:r>
      <w:proofErr w:type="spellStart"/>
      <w:r>
        <w:t>membuang</w:t>
      </w:r>
      <w:proofErr w:type="spellEnd"/>
      <w:r>
        <w:t xml:space="preserve"> </w:t>
      </w:r>
      <w:proofErr w:type="spellStart"/>
      <w:r>
        <w:t>sampah</w:t>
      </w:r>
      <w:proofErr w:type="spellEnd"/>
      <w:r>
        <w:t xml:space="preserve"> </w:t>
      </w:r>
      <w:proofErr w:type="spellStart"/>
      <w:r>
        <w:t>sembarangan</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diperburuk</w:t>
      </w:r>
      <w:proofErr w:type="spellEnd"/>
      <w:r>
        <w:t xml:space="preserve"> oleh </w:t>
      </w:r>
      <w:proofErr w:type="spellStart"/>
      <w:r>
        <w:t>letak</w:t>
      </w:r>
      <w:proofErr w:type="spellEnd"/>
      <w:r>
        <w:t xml:space="preserve"> </w:t>
      </w:r>
      <w:proofErr w:type="spellStart"/>
      <w:r>
        <w:t>antar</w:t>
      </w:r>
      <w:proofErr w:type="spellEnd"/>
      <w:r>
        <w:t xml:space="preserve">-RT yang </w:t>
      </w:r>
      <w:proofErr w:type="spellStart"/>
      <w:r>
        <w:t>berjauhan</w:t>
      </w:r>
      <w:proofErr w:type="spellEnd"/>
      <w:r>
        <w:t xml:space="preserve">, yang </w:t>
      </w:r>
      <w:proofErr w:type="spellStart"/>
      <w:r>
        <w:t>mengakibatkan</w:t>
      </w:r>
      <w:proofErr w:type="spellEnd"/>
      <w:r>
        <w:t xml:space="preserve"> </w:t>
      </w:r>
      <w:proofErr w:type="spellStart"/>
      <w:r>
        <w:t>banyaknya</w:t>
      </w:r>
      <w:proofErr w:type="spellEnd"/>
      <w:r>
        <w:t xml:space="preserve"> </w:t>
      </w:r>
      <w:proofErr w:type="spellStart"/>
      <w:r>
        <w:t>lahan</w:t>
      </w:r>
      <w:proofErr w:type="spellEnd"/>
      <w:r>
        <w:t xml:space="preserve"> </w:t>
      </w:r>
      <w:proofErr w:type="spellStart"/>
      <w:r>
        <w:t>kosong</w:t>
      </w:r>
      <w:proofErr w:type="spellEnd"/>
      <w:r>
        <w:t xml:space="preserve"> </w:t>
      </w:r>
      <w:proofErr w:type="spellStart"/>
      <w:r>
        <w:t>tidak</w:t>
      </w:r>
      <w:proofErr w:type="spellEnd"/>
      <w:r>
        <w:t xml:space="preserve"> </w:t>
      </w:r>
      <w:proofErr w:type="spellStart"/>
      <w:r>
        <w:t>dimanfaatkan</w:t>
      </w:r>
      <w:proofErr w:type="spellEnd"/>
      <w:r>
        <w:t xml:space="preserve"> </w:t>
      </w:r>
      <w:proofErr w:type="spellStart"/>
      <w:r>
        <w:t>atau</w:t>
      </w:r>
      <w:proofErr w:type="spellEnd"/>
      <w:r>
        <w:t xml:space="preserve"> </w:t>
      </w:r>
      <w:proofErr w:type="spellStart"/>
      <w:r>
        <w:t>tidak</w:t>
      </w:r>
      <w:proofErr w:type="spellEnd"/>
      <w:r>
        <w:t xml:space="preserve"> </w:t>
      </w:r>
      <w:proofErr w:type="spellStart"/>
      <w:r>
        <w:t>dihuni</w:t>
      </w:r>
      <w:proofErr w:type="spellEnd"/>
      <w:r>
        <w:t xml:space="preserve"> </w:t>
      </w:r>
      <w:proofErr w:type="spellStart"/>
      <w:r>
        <w:t>warga</w:t>
      </w:r>
      <w:proofErr w:type="spellEnd"/>
      <w:r>
        <w:t xml:space="preserve">, yang </w:t>
      </w:r>
      <w:proofErr w:type="spellStart"/>
      <w:r>
        <w:t>kemudian</w:t>
      </w:r>
      <w:proofErr w:type="spellEnd"/>
      <w:r>
        <w:t xml:space="preserve"> </w:t>
      </w:r>
      <w:proofErr w:type="spellStart"/>
      <w:r>
        <w:t>mendorong</w:t>
      </w:r>
      <w:proofErr w:type="spellEnd"/>
      <w:r>
        <w:t xml:space="preserve"> </w:t>
      </w:r>
      <w:proofErr w:type="spellStart"/>
      <w:r>
        <w:t>kebiasaan</w:t>
      </w:r>
      <w:proofErr w:type="spellEnd"/>
      <w:r>
        <w:t xml:space="preserve"> </w:t>
      </w:r>
      <w:proofErr w:type="spellStart"/>
      <w:r>
        <w:t>masyarakat</w:t>
      </w:r>
      <w:proofErr w:type="spellEnd"/>
      <w:r>
        <w:t xml:space="preserve"> RW 08 </w:t>
      </w:r>
      <w:proofErr w:type="spellStart"/>
      <w:r>
        <w:t>membuang</w:t>
      </w:r>
      <w:proofErr w:type="spellEnd"/>
      <w:r>
        <w:t xml:space="preserve"> </w:t>
      </w:r>
      <w:proofErr w:type="spellStart"/>
      <w:r>
        <w:t>sampah</w:t>
      </w:r>
      <w:proofErr w:type="spellEnd"/>
      <w:r>
        <w:t xml:space="preserve"> di </w:t>
      </w:r>
      <w:proofErr w:type="spellStart"/>
      <w:r>
        <w:t>lokasi-lokasi</w:t>
      </w:r>
      <w:proofErr w:type="spellEnd"/>
      <w:r>
        <w:t xml:space="preserve"> </w:t>
      </w:r>
      <w:proofErr w:type="spellStart"/>
      <w:r>
        <w:t>tersebut</w:t>
      </w:r>
      <w:proofErr w:type="spellEnd"/>
      <w:r>
        <w:t xml:space="preserve">. Salah </w:t>
      </w:r>
      <w:proofErr w:type="spellStart"/>
      <w:r>
        <w:t>satu</w:t>
      </w:r>
      <w:proofErr w:type="spellEnd"/>
      <w:r>
        <w:t xml:space="preserve"> </w:t>
      </w:r>
      <w:proofErr w:type="spellStart"/>
      <w:r>
        <w:t>warga</w:t>
      </w:r>
      <w:proofErr w:type="spellEnd"/>
      <w:r>
        <w:t xml:space="preserve"> Kampung </w:t>
      </w:r>
      <w:proofErr w:type="spellStart"/>
      <w:r>
        <w:t>Kadatuan</w:t>
      </w:r>
      <w:proofErr w:type="spellEnd"/>
      <w:r>
        <w:t xml:space="preserve"> </w:t>
      </w:r>
      <w:proofErr w:type="spellStart"/>
      <w:r>
        <w:t>telah</w:t>
      </w:r>
      <w:proofErr w:type="spellEnd"/>
      <w:r>
        <w:t xml:space="preserve"> </w:t>
      </w:r>
      <w:proofErr w:type="spellStart"/>
      <w:r>
        <w:t>berinisiatif</w:t>
      </w:r>
      <w:proofErr w:type="spellEnd"/>
      <w:r>
        <w:t xml:space="preserve"> </w:t>
      </w:r>
      <w:proofErr w:type="spellStart"/>
      <w:r>
        <w:t>menyediakan</w:t>
      </w:r>
      <w:proofErr w:type="spellEnd"/>
      <w:r>
        <w:t xml:space="preserve"> </w:t>
      </w:r>
      <w:proofErr w:type="spellStart"/>
      <w:r>
        <w:t>tempat</w:t>
      </w:r>
      <w:proofErr w:type="spellEnd"/>
      <w:r>
        <w:t xml:space="preserve"> </w:t>
      </w:r>
      <w:proofErr w:type="spellStart"/>
      <w:r>
        <w:t>pembakaran</w:t>
      </w:r>
      <w:proofErr w:type="spellEnd"/>
      <w:r>
        <w:t xml:space="preserve"> </w:t>
      </w:r>
      <w:proofErr w:type="spellStart"/>
      <w:r>
        <w:t>sampah</w:t>
      </w:r>
      <w:proofErr w:type="spellEnd"/>
      <w:r>
        <w:t xml:space="preserve">, </w:t>
      </w:r>
      <w:proofErr w:type="spellStart"/>
      <w:r>
        <w:t>tetapi</w:t>
      </w:r>
      <w:proofErr w:type="spellEnd"/>
      <w:r>
        <w:t xml:space="preserve"> </w:t>
      </w:r>
      <w:proofErr w:type="spellStart"/>
      <w:r>
        <w:t>fasilitas</w:t>
      </w:r>
      <w:proofErr w:type="spellEnd"/>
      <w:r>
        <w:t xml:space="preserve"> </w:t>
      </w:r>
      <w:proofErr w:type="spellStart"/>
      <w:r>
        <w:t>ini</w:t>
      </w:r>
      <w:proofErr w:type="spellEnd"/>
      <w:r>
        <w:t xml:space="preserve"> </w:t>
      </w:r>
      <w:proofErr w:type="spellStart"/>
      <w:r>
        <w:t>belum</w:t>
      </w:r>
      <w:proofErr w:type="spellEnd"/>
      <w:r>
        <w:t xml:space="preserve"> </w:t>
      </w:r>
      <w:proofErr w:type="spellStart"/>
      <w:r>
        <w:t>dapat</w:t>
      </w:r>
      <w:proofErr w:type="spellEnd"/>
      <w:r>
        <w:t xml:space="preserve"> </w:t>
      </w:r>
      <w:proofErr w:type="spellStart"/>
      <w:r>
        <w:t>berfungsi</w:t>
      </w:r>
      <w:proofErr w:type="spellEnd"/>
      <w:r>
        <w:t xml:space="preserve"> </w:t>
      </w:r>
      <w:proofErr w:type="spellStart"/>
      <w:r>
        <w:t>secara</w:t>
      </w:r>
      <w:proofErr w:type="spellEnd"/>
      <w:r>
        <w:t xml:space="preserve"> optimal </w:t>
      </w:r>
      <w:proofErr w:type="spellStart"/>
      <w:r>
        <w:t>karena</w:t>
      </w:r>
      <w:proofErr w:type="spellEnd"/>
      <w:r>
        <w:t xml:space="preserve"> </w:t>
      </w:r>
      <w:proofErr w:type="spellStart"/>
      <w:r>
        <w:t>kurangnya</w:t>
      </w:r>
      <w:proofErr w:type="spellEnd"/>
      <w:r>
        <w:t xml:space="preserve"> </w:t>
      </w:r>
      <w:proofErr w:type="spellStart"/>
      <w:r>
        <w:t>kesadaran</w:t>
      </w:r>
      <w:proofErr w:type="spellEnd"/>
      <w:r>
        <w:t xml:space="preserve"> </w:t>
      </w:r>
      <w:proofErr w:type="spellStart"/>
      <w:r>
        <w:t>masyarakat</w:t>
      </w:r>
      <w:proofErr w:type="spellEnd"/>
      <w:r>
        <w:t xml:space="preserve"> </w:t>
      </w:r>
      <w:proofErr w:type="spellStart"/>
      <w:r>
        <w:t>mengenai</w:t>
      </w:r>
      <w:proofErr w:type="spellEnd"/>
      <w:r>
        <w:t xml:space="preserve"> </w:t>
      </w:r>
      <w:proofErr w:type="spellStart"/>
      <w:r>
        <w:t>pentingnya</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Akibatnya</w:t>
      </w:r>
      <w:proofErr w:type="spellEnd"/>
      <w:r>
        <w:t xml:space="preserve">, </w:t>
      </w:r>
      <w:proofErr w:type="spellStart"/>
      <w:r>
        <w:t>banyak</w:t>
      </w:r>
      <w:proofErr w:type="spellEnd"/>
      <w:r>
        <w:t xml:space="preserve"> </w:t>
      </w:r>
      <w:proofErr w:type="spellStart"/>
      <w:r>
        <w:t>masyarakat</w:t>
      </w:r>
      <w:proofErr w:type="spellEnd"/>
      <w:r>
        <w:t xml:space="preserve"> yang </w:t>
      </w:r>
      <w:proofErr w:type="spellStart"/>
      <w:r>
        <w:t>masih</w:t>
      </w:r>
      <w:proofErr w:type="spellEnd"/>
      <w:r>
        <w:t xml:space="preserve"> </w:t>
      </w:r>
      <w:proofErr w:type="spellStart"/>
      <w:r>
        <w:t>membuang</w:t>
      </w:r>
      <w:proofErr w:type="spellEnd"/>
      <w:r>
        <w:t xml:space="preserve"> </w:t>
      </w:r>
      <w:proofErr w:type="spellStart"/>
      <w:r>
        <w:t>sampah</w:t>
      </w:r>
      <w:proofErr w:type="spellEnd"/>
      <w:r>
        <w:t xml:space="preserve"> </w:t>
      </w:r>
      <w:proofErr w:type="spellStart"/>
      <w:r>
        <w:t>ke</w:t>
      </w:r>
      <w:proofErr w:type="spellEnd"/>
      <w:r>
        <w:t xml:space="preserve"> </w:t>
      </w:r>
      <w:proofErr w:type="spellStart"/>
      <w:r>
        <w:t>sungai</w:t>
      </w:r>
      <w:proofErr w:type="spellEnd"/>
      <w:r>
        <w:t xml:space="preserve"> </w:t>
      </w:r>
      <w:proofErr w:type="spellStart"/>
      <w:r>
        <w:t>atau</w:t>
      </w:r>
      <w:proofErr w:type="spellEnd"/>
      <w:r>
        <w:t xml:space="preserve"> </w:t>
      </w:r>
      <w:proofErr w:type="spellStart"/>
      <w:r>
        <w:t>lahan</w:t>
      </w:r>
      <w:proofErr w:type="spellEnd"/>
      <w:r>
        <w:t xml:space="preserve"> </w:t>
      </w:r>
      <w:proofErr w:type="spellStart"/>
      <w:r>
        <w:t>kosong</w:t>
      </w:r>
      <w:proofErr w:type="spellEnd"/>
      <w:r>
        <w:t xml:space="preserve"> di </w:t>
      </w:r>
      <w:proofErr w:type="spellStart"/>
      <w:r>
        <w:t>sekitar</w:t>
      </w:r>
      <w:proofErr w:type="spellEnd"/>
      <w:r>
        <w:t xml:space="preserve"> RW 08, </w:t>
      </w:r>
      <w:proofErr w:type="spellStart"/>
      <w:r>
        <w:t>sehingga</w:t>
      </w:r>
      <w:proofErr w:type="spellEnd"/>
      <w:r>
        <w:t xml:space="preserve"> </w:t>
      </w:r>
      <w:proofErr w:type="spellStart"/>
      <w:r>
        <w:t>memperparah</w:t>
      </w:r>
      <w:proofErr w:type="spellEnd"/>
      <w:r>
        <w:t xml:space="preserve"> </w:t>
      </w:r>
      <w:proofErr w:type="spellStart"/>
      <w:r>
        <w:t>masalah</w:t>
      </w:r>
      <w:proofErr w:type="spellEnd"/>
      <w:r>
        <w:t xml:space="preserve"> </w:t>
      </w:r>
      <w:proofErr w:type="spellStart"/>
      <w:r>
        <w:t>lingkungan</w:t>
      </w:r>
      <w:proofErr w:type="spellEnd"/>
      <w:r>
        <w:t xml:space="preserve"> di wilayah </w:t>
      </w:r>
      <w:proofErr w:type="spellStart"/>
      <w:r>
        <w:t>tersebut</w:t>
      </w:r>
      <w:proofErr w:type="spellEnd"/>
      <w:r>
        <w:t>.</w:t>
      </w:r>
    </w:p>
    <w:p w14:paraId="2C1DFCEE" w14:textId="77777777" w:rsidR="008D55E6" w:rsidRDefault="008D55E6" w:rsidP="00B81EDD">
      <w:pPr>
        <w:spacing w:after="0" w:line="240" w:lineRule="auto"/>
        <w:jc w:val="both"/>
      </w:pPr>
    </w:p>
    <w:p w14:paraId="0F5F0077" w14:textId="77777777" w:rsidR="0054582D" w:rsidRDefault="00000000" w:rsidP="00B81EDD">
      <w:pPr>
        <w:spacing w:after="0" w:line="240" w:lineRule="auto"/>
      </w:pPr>
      <w:proofErr w:type="spellStart"/>
      <w:r>
        <w:rPr>
          <w:b/>
          <w:i/>
        </w:rPr>
        <w:lastRenderedPageBreak/>
        <w:t>Pendekatan</w:t>
      </w:r>
      <w:proofErr w:type="spellEnd"/>
      <w:r>
        <w:rPr>
          <w:b/>
          <w:i/>
        </w:rPr>
        <w:t xml:space="preserve"> Participatory Rural Appraisal (PRA)</w:t>
      </w:r>
    </w:p>
    <w:p w14:paraId="4AA19658" w14:textId="77777777" w:rsidR="0054582D" w:rsidRDefault="00000000" w:rsidP="00B81EDD">
      <w:pPr>
        <w:spacing w:after="0" w:line="240" w:lineRule="auto"/>
        <w:jc w:val="both"/>
      </w:pPr>
      <w:proofErr w:type="spellStart"/>
      <w:r>
        <w:t>Pendekatan</w:t>
      </w:r>
      <w:proofErr w:type="spellEnd"/>
      <w:r>
        <w:t xml:space="preserve"> Participatory Rural Appraisal (PRA) </w:t>
      </w:r>
      <w:proofErr w:type="spellStart"/>
      <w:r>
        <w:t>merupakan</w:t>
      </w:r>
      <w:proofErr w:type="spellEnd"/>
      <w:r>
        <w:t xml:space="preserve"> </w:t>
      </w:r>
      <w:proofErr w:type="spellStart"/>
      <w:r>
        <w:t>pendekatan</w:t>
      </w:r>
      <w:proofErr w:type="spellEnd"/>
      <w:r>
        <w:t xml:space="preserve">, </w:t>
      </w:r>
      <w:proofErr w:type="spellStart"/>
      <w:r>
        <w:t>metode</w:t>
      </w:r>
      <w:proofErr w:type="spellEnd"/>
      <w:r>
        <w:t xml:space="preserve">, </w:t>
      </w:r>
      <w:proofErr w:type="spellStart"/>
      <w:r>
        <w:t>sekaligus</w:t>
      </w:r>
      <w:proofErr w:type="spellEnd"/>
      <w:r>
        <w:t xml:space="preserve"> </w:t>
      </w:r>
      <w:proofErr w:type="spellStart"/>
      <w:r>
        <w:t>teknik</w:t>
      </w:r>
      <w:proofErr w:type="spellEnd"/>
      <w:r>
        <w:t xml:space="preserve"> yang </w:t>
      </w:r>
      <w:proofErr w:type="spellStart"/>
      <w:r>
        <w:t>dirancang</w:t>
      </w:r>
      <w:proofErr w:type="spellEnd"/>
      <w:r>
        <w:t xml:space="preserve"> </w:t>
      </w:r>
      <w:proofErr w:type="spellStart"/>
      <w:r>
        <w:t>untuk</w:t>
      </w:r>
      <w:proofErr w:type="spellEnd"/>
      <w:r>
        <w:t xml:space="preserve"> </w:t>
      </w:r>
      <w:proofErr w:type="spellStart"/>
      <w:r>
        <w:t>melibatkan</w:t>
      </w:r>
      <w:proofErr w:type="spellEnd"/>
      <w:r>
        <w:t xml:space="preserve"> </w:t>
      </w:r>
      <w:proofErr w:type="spellStart"/>
      <w:r>
        <w:t>masyarakat</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dalam</w:t>
      </w:r>
      <w:proofErr w:type="spellEnd"/>
      <w:r>
        <w:t xml:space="preserve"> proses </w:t>
      </w:r>
      <w:proofErr w:type="spellStart"/>
      <w:r>
        <w:t>identifikasi</w:t>
      </w:r>
      <w:proofErr w:type="spellEnd"/>
      <w:r>
        <w:t xml:space="preserve">, </w:t>
      </w:r>
      <w:proofErr w:type="spellStart"/>
      <w:r>
        <w:t>analisis</w:t>
      </w:r>
      <w:proofErr w:type="spellEnd"/>
      <w:r>
        <w:t xml:space="preserve">, </w:t>
      </w:r>
      <w:proofErr w:type="spellStart"/>
      <w:r>
        <w:t>perencanaan</w:t>
      </w:r>
      <w:proofErr w:type="spellEnd"/>
      <w:r>
        <w:t xml:space="preserve">, dan </w:t>
      </w:r>
      <w:proofErr w:type="spellStart"/>
      <w:r>
        <w:t>tindakan</w:t>
      </w:r>
      <w:proofErr w:type="spellEnd"/>
      <w:r>
        <w:t xml:space="preserve"> </w:t>
      </w:r>
      <w:proofErr w:type="spellStart"/>
      <w:r>
        <w:t>terkait</w:t>
      </w:r>
      <w:proofErr w:type="spellEnd"/>
      <w:r>
        <w:t xml:space="preserve"> </w:t>
      </w:r>
      <w:proofErr w:type="spellStart"/>
      <w:r>
        <w:t>masalah</w:t>
      </w:r>
      <w:proofErr w:type="spellEnd"/>
      <w:r>
        <w:t xml:space="preserve"> yang </w:t>
      </w:r>
      <w:proofErr w:type="spellStart"/>
      <w:r>
        <w:t>dihadapi</w:t>
      </w:r>
      <w:proofErr w:type="spellEnd"/>
      <w:r>
        <w:t xml:space="preserve"> di </w:t>
      </w:r>
      <w:proofErr w:type="spellStart"/>
      <w:r>
        <w:t>tingkat</w:t>
      </w:r>
      <w:proofErr w:type="spellEnd"/>
      <w:r>
        <w:t xml:space="preserve"> </w:t>
      </w:r>
      <w:proofErr w:type="spellStart"/>
      <w:r>
        <w:t>lokal</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mendorong</w:t>
      </w:r>
      <w:proofErr w:type="spellEnd"/>
      <w:r>
        <w:t xml:space="preserve"> </w:t>
      </w:r>
      <w:proofErr w:type="spellStart"/>
      <w:r>
        <w:t>partisipasi</w:t>
      </w:r>
      <w:proofErr w:type="spellEnd"/>
      <w:r>
        <w:t xml:space="preserve"> </w:t>
      </w:r>
      <w:proofErr w:type="spellStart"/>
      <w:r>
        <w:t>masyarakat</w:t>
      </w:r>
      <w:proofErr w:type="spellEnd"/>
      <w:r>
        <w:t xml:space="preserve">, </w:t>
      </w:r>
      <w:proofErr w:type="spellStart"/>
      <w:r>
        <w:t>tetapi</w:t>
      </w:r>
      <w:proofErr w:type="spellEnd"/>
      <w:r>
        <w:t xml:space="preserve"> juga </w:t>
      </w:r>
      <w:proofErr w:type="spellStart"/>
      <w:r>
        <w:t>menghargai</w:t>
      </w:r>
      <w:proofErr w:type="spellEnd"/>
      <w:r>
        <w:t xml:space="preserve"> dan </w:t>
      </w:r>
      <w:proofErr w:type="spellStart"/>
      <w:r>
        <w:t>memanfaatkan</w:t>
      </w:r>
      <w:proofErr w:type="spellEnd"/>
      <w:r>
        <w:t xml:space="preserve"> </w:t>
      </w:r>
      <w:proofErr w:type="spellStart"/>
      <w:r>
        <w:t>pengetahuan</w:t>
      </w:r>
      <w:proofErr w:type="spellEnd"/>
      <w:r>
        <w:t xml:space="preserve"> </w:t>
      </w:r>
      <w:proofErr w:type="spellStart"/>
      <w:r>
        <w:t>lokal</w:t>
      </w:r>
      <w:proofErr w:type="spellEnd"/>
      <w:r>
        <w:t xml:space="preserve"> </w:t>
      </w:r>
      <w:proofErr w:type="spellStart"/>
      <w:r>
        <w:t>sebagai</w:t>
      </w:r>
      <w:proofErr w:type="spellEnd"/>
      <w:r>
        <w:t xml:space="preserve"> </w:t>
      </w:r>
      <w:proofErr w:type="spellStart"/>
      <w:r>
        <w:t>dasar</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Seperti</w:t>
      </w:r>
      <w:proofErr w:type="spellEnd"/>
      <w:r>
        <w:t xml:space="preserve"> </w:t>
      </w:r>
      <w:proofErr w:type="spellStart"/>
      <w:r>
        <w:t>diungkapkan</w:t>
      </w:r>
      <w:proofErr w:type="spellEnd"/>
      <w:r>
        <w:t xml:space="preserve"> oleh </w:t>
      </w:r>
      <w:proofErr w:type="spellStart"/>
      <w:r>
        <w:t>Supriatna</w:t>
      </w:r>
      <w:proofErr w:type="spellEnd"/>
      <w:r>
        <w:t xml:space="preserve"> (2014), PRA </w:t>
      </w:r>
      <w:proofErr w:type="spellStart"/>
      <w:r>
        <w:t>mencakup</w:t>
      </w:r>
      <w:proofErr w:type="spellEnd"/>
      <w:r>
        <w:t xml:space="preserve"> </w:t>
      </w:r>
      <w:proofErr w:type="spellStart"/>
      <w:r>
        <w:t>berbagai</w:t>
      </w:r>
      <w:proofErr w:type="spellEnd"/>
      <w:r>
        <w:t xml:space="preserve"> </w:t>
      </w:r>
      <w:proofErr w:type="spellStart"/>
      <w:r>
        <w:t>teknik</w:t>
      </w:r>
      <w:proofErr w:type="spellEnd"/>
      <w:r>
        <w:t xml:space="preserve"> </w:t>
      </w:r>
      <w:proofErr w:type="spellStart"/>
      <w:r>
        <w:t>identifikasi</w:t>
      </w:r>
      <w:proofErr w:type="spellEnd"/>
      <w:r>
        <w:t xml:space="preserve">, </w:t>
      </w:r>
      <w:proofErr w:type="spellStart"/>
      <w:r>
        <w:t>pengukuran</w:t>
      </w:r>
      <w:proofErr w:type="spellEnd"/>
      <w:r>
        <w:t xml:space="preserve">, dan </w:t>
      </w:r>
      <w:proofErr w:type="spellStart"/>
      <w:r>
        <w:t>pelibatan</w:t>
      </w:r>
      <w:proofErr w:type="spellEnd"/>
      <w:r>
        <w:t xml:space="preserve"> </w:t>
      </w:r>
      <w:proofErr w:type="spellStart"/>
      <w:r>
        <w:t>masyarakat</w:t>
      </w:r>
      <w:proofErr w:type="spellEnd"/>
      <w:r>
        <w:t xml:space="preserve"> </w:t>
      </w:r>
      <w:proofErr w:type="spellStart"/>
      <w:r>
        <w:t>secara</w:t>
      </w:r>
      <w:proofErr w:type="spellEnd"/>
      <w:r>
        <w:t xml:space="preserve"> </w:t>
      </w:r>
      <w:proofErr w:type="spellStart"/>
      <w:r>
        <w:t>partisipatif</w:t>
      </w:r>
      <w:proofErr w:type="spellEnd"/>
      <w:r>
        <w:t>.</w:t>
      </w:r>
    </w:p>
    <w:p w14:paraId="341181E4" w14:textId="77777777" w:rsidR="0054582D" w:rsidRDefault="00000000" w:rsidP="00B81EDD">
      <w:pPr>
        <w:spacing w:after="0" w:line="240" w:lineRule="auto"/>
        <w:jc w:val="both"/>
      </w:pPr>
      <w:r>
        <w:t xml:space="preserve">Chambers (1994, </w:t>
      </w:r>
      <w:proofErr w:type="spellStart"/>
      <w:r>
        <w:t>dalam</w:t>
      </w:r>
      <w:proofErr w:type="spellEnd"/>
      <w:r>
        <w:t xml:space="preserve"> </w:t>
      </w:r>
      <w:proofErr w:type="spellStart"/>
      <w:r>
        <w:t>Wirawan</w:t>
      </w:r>
      <w:proofErr w:type="spellEnd"/>
      <w:r>
        <w:t xml:space="preserve"> </w:t>
      </w:r>
      <w:proofErr w:type="spellStart"/>
      <w:r>
        <w:t>dkk</w:t>
      </w:r>
      <w:proofErr w:type="spellEnd"/>
      <w:r>
        <w:t xml:space="preserve">., 2021) </w:t>
      </w:r>
      <w:proofErr w:type="spellStart"/>
      <w:r>
        <w:t>menjelaskan</w:t>
      </w:r>
      <w:proofErr w:type="spellEnd"/>
      <w:r>
        <w:t xml:space="preserve"> </w:t>
      </w:r>
      <w:proofErr w:type="spellStart"/>
      <w:r>
        <w:t>bahwa</w:t>
      </w:r>
      <w:proofErr w:type="spellEnd"/>
      <w:r>
        <w:t xml:space="preserve"> PRA </w:t>
      </w:r>
      <w:proofErr w:type="spellStart"/>
      <w:r>
        <w:t>merupakan</w:t>
      </w:r>
      <w:proofErr w:type="spellEnd"/>
      <w:r>
        <w:t xml:space="preserve"> </w:t>
      </w:r>
      <w:proofErr w:type="spellStart"/>
      <w:r>
        <w:t>serangkaian</w:t>
      </w:r>
      <w:proofErr w:type="spellEnd"/>
      <w:r>
        <w:t xml:space="preserve"> </w:t>
      </w:r>
      <w:proofErr w:type="spellStart"/>
      <w:r>
        <w:t>pendekatan</w:t>
      </w:r>
      <w:proofErr w:type="spellEnd"/>
      <w:r>
        <w:t xml:space="preserve"> dan </w:t>
      </w:r>
      <w:proofErr w:type="spellStart"/>
      <w:r>
        <w:t>metode</w:t>
      </w:r>
      <w:proofErr w:type="spellEnd"/>
      <w:r>
        <w:t xml:space="preserve"> yang </w:t>
      </w:r>
      <w:proofErr w:type="spellStart"/>
      <w:r>
        <w:t>memberi</w:t>
      </w:r>
      <w:proofErr w:type="spellEnd"/>
      <w:r>
        <w:t xml:space="preserve"> </w:t>
      </w:r>
      <w:proofErr w:type="spellStart"/>
      <w:r>
        <w:t>kesempatan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desa</w:t>
      </w:r>
      <w:proofErr w:type="spellEnd"/>
      <w:r>
        <w:t xml:space="preserve"> </w:t>
      </w:r>
      <w:proofErr w:type="spellStart"/>
      <w:r>
        <w:t>untuk</w:t>
      </w:r>
      <w:proofErr w:type="spellEnd"/>
      <w:r>
        <w:t xml:space="preserve"> </w:t>
      </w:r>
      <w:proofErr w:type="spellStart"/>
      <w:r>
        <w:t>saling</w:t>
      </w:r>
      <w:proofErr w:type="spellEnd"/>
      <w:r>
        <w:t xml:space="preserve"> </w:t>
      </w:r>
      <w:proofErr w:type="spellStart"/>
      <w:r>
        <w:t>berbagi</w:t>
      </w:r>
      <w:proofErr w:type="spellEnd"/>
      <w:r>
        <w:t xml:space="preserve">, </w:t>
      </w:r>
      <w:proofErr w:type="spellStart"/>
      <w:r>
        <w:t>menggali</w:t>
      </w:r>
      <w:proofErr w:type="spellEnd"/>
      <w:r>
        <w:t xml:space="preserve">, </w:t>
      </w:r>
      <w:proofErr w:type="spellStart"/>
      <w:r>
        <w:t>serta</w:t>
      </w:r>
      <w:proofErr w:type="spellEnd"/>
      <w:r>
        <w:t xml:space="preserve"> </w:t>
      </w:r>
      <w:proofErr w:type="spellStart"/>
      <w:r>
        <w:t>memahami</w:t>
      </w:r>
      <w:proofErr w:type="spellEnd"/>
      <w:r>
        <w:t xml:space="preserve"> </w:t>
      </w:r>
      <w:proofErr w:type="spellStart"/>
      <w:r>
        <w:t>pengetahuan</w:t>
      </w:r>
      <w:proofErr w:type="spellEnd"/>
      <w:r>
        <w:t xml:space="preserve"> </w:t>
      </w:r>
      <w:proofErr w:type="spellStart"/>
      <w:r>
        <w:t>mereka</w:t>
      </w:r>
      <w:proofErr w:type="spellEnd"/>
      <w:r>
        <w:t xml:space="preserve"> </w:t>
      </w:r>
      <w:proofErr w:type="spellStart"/>
      <w:r>
        <w:t>tentang</w:t>
      </w:r>
      <w:proofErr w:type="spellEnd"/>
      <w:r>
        <w:t xml:space="preserve"> </w:t>
      </w:r>
      <w:proofErr w:type="spellStart"/>
      <w:r>
        <w:t>kehidupan</w:t>
      </w:r>
      <w:proofErr w:type="spellEnd"/>
      <w:r>
        <w:t xml:space="preserve"> dan </w:t>
      </w:r>
      <w:proofErr w:type="spellStart"/>
      <w:r>
        <w:t>kondisi</w:t>
      </w:r>
      <w:proofErr w:type="spellEnd"/>
      <w:r>
        <w:t xml:space="preserve"> yang </w:t>
      </w:r>
      <w:proofErr w:type="spellStart"/>
      <w:r>
        <w:t>mereka</w:t>
      </w:r>
      <w:proofErr w:type="spellEnd"/>
      <w:r>
        <w:t xml:space="preserve"> </w:t>
      </w:r>
      <w:proofErr w:type="spellStart"/>
      <w:r>
        <w:t>alami</w:t>
      </w:r>
      <w:proofErr w:type="spellEnd"/>
      <w:r>
        <w:t xml:space="preserve">, yang </w:t>
      </w:r>
      <w:proofErr w:type="spellStart"/>
      <w:r>
        <w:t>kemudian</w:t>
      </w:r>
      <w:proofErr w:type="spellEnd"/>
      <w:r>
        <w:t xml:space="preserve"> </w:t>
      </w:r>
      <w:proofErr w:type="spellStart"/>
      <w:r>
        <w:t>menjadi</w:t>
      </w:r>
      <w:proofErr w:type="spellEnd"/>
      <w:r>
        <w:t xml:space="preserve"> </w:t>
      </w:r>
      <w:proofErr w:type="spellStart"/>
      <w:r>
        <w:t>landasan</w:t>
      </w:r>
      <w:proofErr w:type="spellEnd"/>
      <w:r>
        <w:t xml:space="preserve"> </w:t>
      </w:r>
      <w:proofErr w:type="spellStart"/>
      <w:r>
        <w:t>bagi</w:t>
      </w:r>
      <w:proofErr w:type="spellEnd"/>
      <w:r>
        <w:t xml:space="preserve"> proses </w:t>
      </w:r>
      <w:proofErr w:type="spellStart"/>
      <w:r>
        <w:t>perencanaan</w:t>
      </w:r>
      <w:proofErr w:type="spellEnd"/>
      <w:r>
        <w:t xml:space="preserve"> dan </w:t>
      </w:r>
      <w:proofErr w:type="spellStart"/>
      <w:r>
        <w:t>pelaksanaan</w:t>
      </w:r>
      <w:proofErr w:type="spellEnd"/>
      <w:r>
        <w:t xml:space="preserve"> </w:t>
      </w:r>
      <w:proofErr w:type="spellStart"/>
      <w:r>
        <w:t>tindakan</w:t>
      </w:r>
      <w:proofErr w:type="spellEnd"/>
      <w:r>
        <w:t xml:space="preserve">. </w:t>
      </w:r>
      <w:proofErr w:type="spellStart"/>
      <w:r>
        <w:t>Melalui</w:t>
      </w:r>
      <w:proofErr w:type="spellEnd"/>
      <w:r>
        <w:t xml:space="preserve"> proses </w:t>
      </w:r>
      <w:proofErr w:type="spellStart"/>
      <w:r>
        <w:t>ini</w:t>
      </w:r>
      <w:proofErr w:type="spellEnd"/>
      <w:r>
        <w:t xml:space="preserve">, </w:t>
      </w:r>
      <w:proofErr w:type="spellStart"/>
      <w:r>
        <w:t>masyarakat</w:t>
      </w:r>
      <w:proofErr w:type="spellEnd"/>
      <w:r>
        <w:t xml:space="preserve"> </w:t>
      </w:r>
      <w:proofErr w:type="spellStart"/>
      <w:r>
        <w:t>dilibatkan</w:t>
      </w:r>
      <w:proofErr w:type="spellEnd"/>
      <w:r>
        <w:t xml:space="preserve"> </w:t>
      </w:r>
      <w:proofErr w:type="spellStart"/>
      <w:r>
        <w:t>sebagai</w:t>
      </w:r>
      <w:proofErr w:type="spellEnd"/>
      <w:r>
        <w:t xml:space="preserve"> </w:t>
      </w:r>
      <w:proofErr w:type="spellStart"/>
      <w:r>
        <w:t>aktor</w:t>
      </w:r>
      <w:proofErr w:type="spellEnd"/>
      <w:r>
        <w:t xml:space="preserve"> </w:t>
      </w:r>
      <w:proofErr w:type="spellStart"/>
      <w:r>
        <w:t>utama</w:t>
      </w:r>
      <w:proofErr w:type="spellEnd"/>
      <w:r>
        <w:t xml:space="preserve"> yang </w:t>
      </w:r>
      <w:proofErr w:type="spellStart"/>
      <w:r>
        <w:t>aktif</w:t>
      </w:r>
      <w:proofErr w:type="spellEnd"/>
      <w:r>
        <w:t xml:space="preserve"> </w:t>
      </w:r>
      <w:proofErr w:type="spellStart"/>
      <w:r>
        <w:t>dalam</w:t>
      </w:r>
      <w:proofErr w:type="spellEnd"/>
      <w:r>
        <w:t xml:space="preserve"> </w:t>
      </w:r>
      <w:proofErr w:type="spellStart"/>
      <w:r>
        <w:t>memahami</w:t>
      </w:r>
      <w:proofErr w:type="spellEnd"/>
      <w:r>
        <w:t xml:space="preserve"> </w:t>
      </w:r>
      <w:proofErr w:type="spellStart"/>
      <w:r>
        <w:t>masalah</w:t>
      </w:r>
      <w:proofErr w:type="spellEnd"/>
      <w:r>
        <w:t xml:space="preserve"> </w:t>
      </w:r>
      <w:proofErr w:type="spellStart"/>
      <w:r>
        <w:t>mereka</w:t>
      </w:r>
      <w:proofErr w:type="spellEnd"/>
      <w:r>
        <w:t xml:space="preserve">, </w:t>
      </w:r>
      <w:proofErr w:type="spellStart"/>
      <w:r>
        <w:t>mencari</w:t>
      </w:r>
      <w:proofErr w:type="spellEnd"/>
      <w:r>
        <w:t xml:space="preserve"> </w:t>
      </w:r>
      <w:proofErr w:type="spellStart"/>
      <w:r>
        <w:t>solusi</w:t>
      </w:r>
      <w:proofErr w:type="spellEnd"/>
      <w:r>
        <w:t xml:space="preserve">, dan </w:t>
      </w:r>
      <w:proofErr w:type="spellStart"/>
      <w:r>
        <w:t>mengambil</w:t>
      </w:r>
      <w:proofErr w:type="spellEnd"/>
      <w:r>
        <w:t xml:space="preserve"> </w:t>
      </w:r>
      <w:proofErr w:type="spellStart"/>
      <w:r>
        <w:t>keputusan</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lokal</w:t>
      </w:r>
      <w:proofErr w:type="spellEnd"/>
      <w:r>
        <w:t>.</w:t>
      </w:r>
    </w:p>
    <w:p w14:paraId="1EB0CC17" w14:textId="77777777" w:rsidR="0054582D" w:rsidRDefault="00000000" w:rsidP="00B81EDD">
      <w:pPr>
        <w:spacing w:after="0" w:line="240" w:lineRule="auto"/>
        <w:jc w:val="both"/>
      </w:pPr>
      <w:proofErr w:type="spellStart"/>
      <w:r>
        <w:t>Keunggulan</w:t>
      </w:r>
      <w:proofErr w:type="spellEnd"/>
      <w:r>
        <w:t xml:space="preserve"> PRA </w:t>
      </w:r>
      <w:proofErr w:type="spellStart"/>
      <w:r>
        <w:t>terletak</w:t>
      </w:r>
      <w:proofErr w:type="spellEnd"/>
      <w:r>
        <w:t xml:space="preserve"> pada </w:t>
      </w:r>
      <w:proofErr w:type="spellStart"/>
      <w:r>
        <w:t>pendekatannya</w:t>
      </w:r>
      <w:proofErr w:type="spellEnd"/>
      <w:r>
        <w:t xml:space="preserve"> yang </w:t>
      </w:r>
      <w:proofErr w:type="spellStart"/>
      <w:r>
        <w:t>menghormati</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serta</w:t>
      </w:r>
      <w:proofErr w:type="spellEnd"/>
      <w:r>
        <w:t xml:space="preserve"> </w:t>
      </w:r>
      <w:proofErr w:type="spellStart"/>
      <w:r>
        <w:t>bersifat</w:t>
      </w:r>
      <w:proofErr w:type="spellEnd"/>
      <w:r>
        <w:t xml:space="preserve"> </w:t>
      </w:r>
      <w:proofErr w:type="spellStart"/>
      <w:r>
        <w:t>inklusif</w:t>
      </w:r>
      <w:proofErr w:type="spellEnd"/>
      <w:r>
        <w:t xml:space="preserve"> dan </w:t>
      </w:r>
      <w:proofErr w:type="spellStart"/>
      <w:r>
        <w:t>partisipatif</w:t>
      </w:r>
      <w:proofErr w:type="spellEnd"/>
      <w:r>
        <w:t>. Teknik-</w:t>
      </w:r>
      <w:proofErr w:type="spellStart"/>
      <w:r>
        <w:t>teknik</w:t>
      </w:r>
      <w:proofErr w:type="spellEnd"/>
      <w:r>
        <w:t xml:space="preserve"> </w:t>
      </w:r>
      <w:proofErr w:type="spellStart"/>
      <w:r>
        <w:t>dalam</w:t>
      </w:r>
      <w:proofErr w:type="spellEnd"/>
      <w:r>
        <w:t xml:space="preserve"> PRA, </w:t>
      </w:r>
      <w:proofErr w:type="spellStart"/>
      <w:r>
        <w:t>seperti</w:t>
      </w:r>
      <w:proofErr w:type="spellEnd"/>
      <w:r>
        <w:t xml:space="preserve"> </w:t>
      </w:r>
      <w:proofErr w:type="spellStart"/>
      <w:r>
        <w:t>pemetaan</w:t>
      </w:r>
      <w:proofErr w:type="spellEnd"/>
      <w:r>
        <w:t xml:space="preserve"> </w:t>
      </w:r>
      <w:proofErr w:type="spellStart"/>
      <w:r>
        <w:t>partisipatif</w:t>
      </w:r>
      <w:proofErr w:type="spellEnd"/>
      <w:r>
        <w:t xml:space="preserve">, diagram </w:t>
      </w:r>
      <w:proofErr w:type="spellStart"/>
      <w:r>
        <w:t>hubungan</w:t>
      </w:r>
      <w:proofErr w:type="spellEnd"/>
      <w:r>
        <w:t xml:space="preserve"> </w:t>
      </w:r>
      <w:proofErr w:type="spellStart"/>
      <w:r>
        <w:t>sosial</w:t>
      </w:r>
      <w:proofErr w:type="spellEnd"/>
      <w:r>
        <w:t xml:space="preserve"> (Venn diagram), dan </w:t>
      </w:r>
      <w:proofErr w:type="spellStart"/>
      <w:r>
        <w:t>matriks</w:t>
      </w:r>
      <w:proofErr w:type="spellEnd"/>
      <w:r>
        <w:t xml:space="preserve"> </w:t>
      </w:r>
      <w:proofErr w:type="spellStart"/>
      <w:r>
        <w:t>prioritas</w:t>
      </w:r>
      <w:proofErr w:type="spellEnd"/>
      <w:r>
        <w:t xml:space="preserve">, </w:t>
      </w:r>
      <w:proofErr w:type="spellStart"/>
      <w:r>
        <w:t>dirancang</w:t>
      </w:r>
      <w:proofErr w:type="spellEnd"/>
      <w:r>
        <w:t xml:space="preserve"> </w:t>
      </w:r>
      <w:proofErr w:type="spellStart"/>
      <w:r>
        <w:t>untuk</w:t>
      </w:r>
      <w:proofErr w:type="spellEnd"/>
      <w:r>
        <w:t xml:space="preserve"> </w:t>
      </w:r>
      <w:proofErr w:type="spellStart"/>
      <w:r>
        <w:t>mempermudah</w:t>
      </w:r>
      <w:proofErr w:type="spellEnd"/>
      <w:r>
        <w:t xml:space="preserve"> </w:t>
      </w:r>
      <w:proofErr w:type="spellStart"/>
      <w:r>
        <w:t>masyarakat</w:t>
      </w:r>
      <w:proofErr w:type="spellEnd"/>
      <w:r>
        <w:t xml:space="preserve"> </w:t>
      </w:r>
      <w:proofErr w:type="spellStart"/>
      <w:r>
        <w:t>mengidentifikasi</w:t>
      </w:r>
      <w:proofErr w:type="spellEnd"/>
      <w:r>
        <w:t xml:space="preserve"> </w:t>
      </w:r>
      <w:proofErr w:type="spellStart"/>
      <w:r>
        <w:t>masalah</w:t>
      </w:r>
      <w:proofErr w:type="spellEnd"/>
      <w:r>
        <w:t xml:space="preserve">, </w:t>
      </w:r>
      <w:proofErr w:type="spellStart"/>
      <w:r>
        <w:t>menganalisis</w:t>
      </w:r>
      <w:proofErr w:type="spellEnd"/>
      <w:r>
        <w:t xml:space="preserve"> </w:t>
      </w:r>
      <w:proofErr w:type="spellStart"/>
      <w:r>
        <w:t>potensi</w:t>
      </w:r>
      <w:proofErr w:type="spellEnd"/>
      <w:r>
        <w:t xml:space="preserve">, </w:t>
      </w:r>
      <w:proofErr w:type="spellStart"/>
      <w:r>
        <w:t>serta</w:t>
      </w:r>
      <w:proofErr w:type="spellEnd"/>
      <w:r>
        <w:t xml:space="preserve"> </w:t>
      </w:r>
      <w:proofErr w:type="spellStart"/>
      <w:r>
        <w:t>merancang</w:t>
      </w:r>
      <w:proofErr w:type="spellEnd"/>
      <w:r>
        <w:t xml:space="preserve"> </w:t>
      </w:r>
      <w:proofErr w:type="spellStart"/>
      <w:r>
        <w:t>rencana</w:t>
      </w:r>
      <w:proofErr w:type="spellEnd"/>
      <w:r>
        <w:t xml:space="preserve"> </w:t>
      </w:r>
      <w:proofErr w:type="spellStart"/>
      <w:r>
        <w:t>aksi</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lokal</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ruang</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untuk</w:t>
      </w:r>
      <w:proofErr w:type="spellEnd"/>
      <w:r>
        <w:t xml:space="preserve"> </w:t>
      </w:r>
      <w:proofErr w:type="spellStart"/>
      <w:r>
        <w:t>merasa</w:t>
      </w:r>
      <w:proofErr w:type="spellEnd"/>
      <w:r>
        <w:t xml:space="preserve"> </w:t>
      </w:r>
      <w:proofErr w:type="spellStart"/>
      <w:r>
        <w:t>memiliki</w:t>
      </w:r>
      <w:proofErr w:type="spellEnd"/>
      <w:r>
        <w:t xml:space="preserve"> dan </w:t>
      </w:r>
      <w:proofErr w:type="spellStart"/>
      <w:r>
        <w:t>bertanggung</w:t>
      </w:r>
      <w:proofErr w:type="spellEnd"/>
      <w:r>
        <w:t xml:space="preserve"> </w:t>
      </w:r>
      <w:proofErr w:type="spellStart"/>
      <w:r>
        <w:t>jawab</w:t>
      </w:r>
      <w:proofErr w:type="spellEnd"/>
      <w:r>
        <w:t xml:space="preserve"> </w:t>
      </w:r>
      <w:proofErr w:type="spellStart"/>
      <w:r>
        <w:t>terhadap</w:t>
      </w:r>
      <w:proofErr w:type="spellEnd"/>
      <w:r>
        <w:t xml:space="preserve"> </w:t>
      </w:r>
      <w:proofErr w:type="spellStart"/>
      <w:r>
        <w:t>solusi</w:t>
      </w:r>
      <w:proofErr w:type="spellEnd"/>
      <w:r>
        <w:t xml:space="preserve"> yang </w:t>
      </w:r>
      <w:proofErr w:type="spellStart"/>
      <w:r>
        <w:t>dihasilkan</w:t>
      </w:r>
      <w:proofErr w:type="spellEnd"/>
      <w:r>
        <w:t xml:space="preserve">, </w:t>
      </w:r>
      <w:proofErr w:type="spellStart"/>
      <w:r>
        <w:t>sehingga</w:t>
      </w:r>
      <w:proofErr w:type="spellEnd"/>
      <w:r>
        <w:t xml:space="preserve"> </w:t>
      </w:r>
      <w:proofErr w:type="spellStart"/>
      <w:r>
        <w:t>mendorong</w:t>
      </w:r>
      <w:proofErr w:type="spellEnd"/>
      <w:r>
        <w:t xml:space="preserve"> </w:t>
      </w:r>
      <w:proofErr w:type="spellStart"/>
      <w:r>
        <w:t>keberlanjutan</w:t>
      </w:r>
      <w:proofErr w:type="spellEnd"/>
      <w:r>
        <w:t xml:space="preserve"> </w:t>
      </w:r>
      <w:proofErr w:type="spellStart"/>
      <w:r>
        <w:t>dalam</w:t>
      </w:r>
      <w:proofErr w:type="spellEnd"/>
      <w:r>
        <w:t xml:space="preserve"> </w:t>
      </w:r>
      <w:proofErr w:type="spellStart"/>
      <w:r>
        <w:t>implementasi</w:t>
      </w:r>
      <w:proofErr w:type="spellEnd"/>
      <w:r>
        <w:t xml:space="preserve"> program.</w:t>
      </w:r>
    </w:p>
    <w:p w14:paraId="5674431F" w14:textId="77777777" w:rsidR="008D55E6" w:rsidRDefault="008D55E6" w:rsidP="008D55E6">
      <w:pPr>
        <w:spacing w:after="0" w:line="240" w:lineRule="auto"/>
        <w:rPr>
          <w:b/>
          <w:i/>
        </w:rPr>
      </w:pPr>
    </w:p>
    <w:p w14:paraId="7F925409" w14:textId="7FAE22A6" w:rsidR="0054582D" w:rsidRDefault="00000000" w:rsidP="008D55E6">
      <w:pPr>
        <w:spacing w:after="0" w:line="240" w:lineRule="auto"/>
        <w:rPr>
          <w:b/>
          <w:i/>
        </w:rPr>
      </w:pPr>
      <w:proofErr w:type="spellStart"/>
      <w:r>
        <w:rPr>
          <w:b/>
          <w:i/>
        </w:rPr>
        <w:t>Pemetaan</w:t>
      </w:r>
      <w:proofErr w:type="spellEnd"/>
      <w:r>
        <w:rPr>
          <w:b/>
          <w:i/>
        </w:rPr>
        <w:t xml:space="preserve"> </w:t>
      </w:r>
      <w:proofErr w:type="spellStart"/>
      <w:r>
        <w:rPr>
          <w:b/>
          <w:i/>
        </w:rPr>
        <w:t>Desa</w:t>
      </w:r>
      <w:proofErr w:type="spellEnd"/>
    </w:p>
    <w:p w14:paraId="7E2071C2" w14:textId="3DB9102B" w:rsidR="008D55E6" w:rsidRDefault="008D55E6" w:rsidP="008D55E6">
      <w:pPr>
        <w:spacing w:after="0" w:line="240" w:lineRule="auto"/>
      </w:pPr>
      <w:r>
        <w:rPr>
          <w:b/>
          <w:sz w:val="20"/>
        </w:rPr>
        <w:t xml:space="preserve">Gambar 1. Peta </w:t>
      </w:r>
      <w:proofErr w:type="spellStart"/>
      <w:r>
        <w:rPr>
          <w:b/>
          <w:sz w:val="20"/>
        </w:rPr>
        <w:t>Desa</w:t>
      </w:r>
      <w:proofErr w:type="spellEnd"/>
      <w:r>
        <w:rPr>
          <w:b/>
          <w:sz w:val="20"/>
        </w:rPr>
        <w:t xml:space="preserve"> </w:t>
      </w:r>
      <w:proofErr w:type="spellStart"/>
      <w:r>
        <w:rPr>
          <w:b/>
          <w:sz w:val="20"/>
        </w:rPr>
        <w:t>Bojong</w:t>
      </w:r>
      <w:proofErr w:type="spellEnd"/>
      <w:r>
        <w:rPr>
          <w:b/>
          <w:sz w:val="20"/>
        </w:rPr>
        <w:t>, Dusun 02 RW 08</w:t>
      </w:r>
    </w:p>
    <w:p w14:paraId="2BAEDAA0" w14:textId="77777777" w:rsidR="0054582D" w:rsidRDefault="00000000" w:rsidP="00240711">
      <w:pPr>
        <w:spacing w:after="0" w:line="240" w:lineRule="auto"/>
        <w:jc w:val="both"/>
      </w:pPr>
      <w:r>
        <w:rPr>
          <w:noProof/>
        </w:rPr>
        <w:drawing>
          <wp:inline distT="0" distB="0" distL="0" distR="0" wp14:anchorId="44A0C83B" wp14:editId="672E6004">
            <wp:extent cx="2743200" cy="205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stretch>
                      <a:fillRect/>
                    </a:stretch>
                  </pic:blipFill>
                  <pic:spPr>
                    <a:xfrm>
                      <a:off x="0" y="0"/>
                      <a:ext cx="2743200" cy="2057400"/>
                    </a:xfrm>
                    <a:prstGeom prst="rect">
                      <a:avLst/>
                    </a:prstGeom>
                  </pic:spPr>
                </pic:pic>
              </a:graphicData>
            </a:graphic>
          </wp:inline>
        </w:drawing>
      </w:r>
    </w:p>
    <w:p w14:paraId="7778EDE6" w14:textId="40EDC81D" w:rsidR="0054582D" w:rsidRDefault="00000000" w:rsidP="008D55E6">
      <w:pPr>
        <w:spacing w:after="0" w:line="240" w:lineRule="auto"/>
        <w:rPr>
          <w:i/>
          <w:sz w:val="20"/>
        </w:rPr>
      </w:pPr>
      <w:proofErr w:type="spellStart"/>
      <w:r>
        <w:rPr>
          <w:i/>
          <w:sz w:val="20"/>
        </w:rPr>
        <w:t>Sumber</w:t>
      </w:r>
      <w:proofErr w:type="spellEnd"/>
      <w:r>
        <w:rPr>
          <w:i/>
          <w:sz w:val="20"/>
        </w:rPr>
        <w:t xml:space="preserve">: </w:t>
      </w:r>
      <w:proofErr w:type="spellStart"/>
      <w:r>
        <w:rPr>
          <w:i/>
          <w:sz w:val="20"/>
        </w:rPr>
        <w:t>Penelitian</w:t>
      </w:r>
      <w:proofErr w:type="spellEnd"/>
      <w:r>
        <w:rPr>
          <w:i/>
          <w:sz w:val="20"/>
        </w:rPr>
        <w:t>, 2019</w:t>
      </w:r>
    </w:p>
    <w:p w14:paraId="3ADBC0AC" w14:textId="77777777" w:rsidR="008D55E6" w:rsidRDefault="008D55E6" w:rsidP="008D55E6">
      <w:pPr>
        <w:spacing w:after="0" w:line="240" w:lineRule="auto"/>
      </w:pPr>
    </w:p>
    <w:p w14:paraId="754B9925" w14:textId="77777777" w:rsidR="0054582D" w:rsidRDefault="00000000" w:rsidP="00B81EDD">
      <w:pPr>
        <w:spacing w:after="0" w:line="240" w:lineRule="auto"/>
        <w:jc w:val="both"/>
      </w:pPr>
      <w:r>
        <w:t xml:space="preserve">Hasil </w:t>
      </w:r>
      <w:proofErr w:type="spellStart"/>
      <w:r>
        <w:t>pemetaan</w:t>
      </w:r>
      <w:proofErr w:type="spellEnd"/>
      <w:r>
        <w:t xml:space="preserve"> </w:t>
      </w:r>
      <w:proofErr w:type="spellStart"/>
      <w:r>
        <w:t>menunjukkan</w:t>
      </w:r>
      <w:proofErr w:type="spellEnd"/>
      <w:r>
        <w:t xml:space="preserve"> </w:t>
      </w:r>
      <w:proofErr w:type="spellStart"/>
      <w:r>
        <w:t>bahwa</w:t>
      </w:r>
      <w:proofErr w:type="spellEnd"/>
      <w:r>
        <w:t xml:space="preserve"> wilayah RW 08 di </w:t>
      </w:r>
      <w:proofErr w:type="spellStart"/>
      <w:r>
        <w:t>Desa</w:t>
      </w:r>
      <w:proofErr w:type="spellEnd"/>
      <w:r>
        <w:t xml:space="preserve"> </w:t>
      </w:r>
      <w:proofErr w:type="spellStart"/>
      <w:r>
        <w:t>Bojong</w:t>
      </w:r>
      <w:proofErr w:type="spellEnd"/>
      <w:r>
        <w:t xml:space="preserve"> </w:t>
      </w:r>
      <w:proofErr w:type="spellStart"/>
      <w:r>
        <w:t>didominasi</w:t>
      </w:r>
      <w:proofErr w:type="spellEnd"/>
      <w:r>
        <w:t xml:space="preserve"> oleh area </w:t>
      </w:r>
      <w:proofErr w:type="spellStart"/>
      <w:r>
        <w:t>persawahan</w:t>
      </w:r>
      <w:proofErr w:type="spellEnd"/>
      <w:r>
        <w:t xml:space="preserve"> yang </w:t>
      </w:r>
      <w:proofErr w:type="spellStart"/>
      <w:r>
        <w:t>luas</w:t>
      </w:r>
      <w:proofErr w:type="spellEnd"/>
      <w:r>
        <w:t xml:space="preserve">. </w:t>
      </w:r>
      <w:proofErr w:type="spellStart"/>
      <w:r>
        <w:t>Namun</w:t>
      </w:r>
      <w:proofErr w:type="spellEnd"/>
      <w:r>
        <w:t xml:space="preserve">, </w:t>
      </w:r>
      <w:proofErr w:type="spellStart"/>
      <w:r>
        <w:t>lahan</w:t>
      </w:r>
      <w:proofErr w:type="spellEnd"/>
      <w:r>
        <w:t xml:space="preserve"> sawah </w:t>
      </w:r>
      <w:proofErr w:type="spellStart"/>
      <w:r>
        <w:t>tersebut</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dimiliki</w:t>
      </w:r>
      <w:proofErr w:type="spellEnd"/>
      <w:r>
        <w:t xml:space="preserve"> oleh </w:t>
      </w:r>
      <w:proofErr w:type="spellStart"/>
      <w:r>
        <w:t>warga</w:t>
      </w:r>
      <w:proofErr w:type="spellEnd"/>
      <w:r>
        <w:t xml:space="preserve"> </w:t>
      </w:r>
      <w:proofErr w:type="spellStart"/>
      <w:r>
        <w:t>dari</w:t>
      </w:r>
      <w:proofErr w:type="spellEnd"/>
      <w:r>
        <w:t xml:space="preserve"> </w:t>
      </w:r>
      <w:proofErr w:type="spellStart"/>
      <w:r>
        <w:t>luar</w:t>
      </w:r>
      <w:proofErr w:type="spellEnd"/>
      <w:r>
        <w:t xml:space="preserve"> RW 08. Sebagian </w:t>
      </w:r>
      <w:proofErr w:type="spellStart"/>
      <w:r>
        <w:t>besar</w:t>
      </w:r>
      <w:proofErr w:type="spellEnd"/>
      <w:r>
        <w:t xml:space="preserve"> </w:t>
      </w:r>
      <w:proofErr w:type="spellStart"/>
      <w:r>
        <w:t>warga</w:t>
      </w:r>
      <w:proofErr w:type="spellEnd"/>
      <w:r>
        <w:t xml:space="preserve"> RW 08 </w:t>
      </w:r>
      <w:proofErr w:type="spellStart"/>
      <w:r>
        <w:t>hanya</w:t>
      </w:r>
      <w:proofErr w:type="spellEnd"/>
      <w:r>
        <w:t xml:space="preserve"> </w:t>
      </w:r>
      <w:proofErr w:type="spellStart"/>
      <w:r>
        <w:t>berperan</w:t>
      </w:r>
      <w:proofErr w:type="spellEnd"/>
      <w:r>
        <w:t xml:space="preserve"> </w:t>
      </w:r>
      <w:proofErr w:type="spellStart"/>
      <w:r>
        <w:t>sebagai</w:t>
      </w:r>
      <w:proofErr w:type="spellEnd"/>
      <w:r>
        <w:t xml:space="preserve"> </w:t>
      </w:r>
      <w:proofErr w:type="spellStart"/>
      <w:r>
        <w:t>buruh</w:t>
      </w:r>
      <w:proofErr w:type="spellEnd"/>
      <w:r>
        <w:t xml:space="preserve"> </w:t>
      </w:r>
      <w:proofErr w:type="spellStart"/>
      <w:r>
        <w:t>tani</w:t>
      </w:r>
      <w:proofErr w:type="spellEnd"/>
      <w:r>
        <w:t xml:space="preserve"> yang </w:t>
      </w:r>
      <w:proofErr w:type="spellStart"/>
      <w:r>
        <w:t>bekerja</w:t>
      </w:r>
      <w:proofErr w:type="spellEnd"/>
      <w:r>
        <w:t xml:space="preserve"> </w:t>
      </w:r>
      <w:proofErr w:type="spellStart"/>
      <w:r>
        <w:t>secara</w:t>
      </w:r>
      <w:proofErr w:type="spellEnd"/>
      <w:r>
        <w:t xml:space="preserve"> </w:t>
      </w:r>
      <w:proofErr w:type="spellStart"/>
      <w:r>
        <w:t>musiman</w:t>
      </w:r>
      <w:proofErr w:type="spellEnd"/>
      <w:r>
        <w:t xml:space="preserve">, </w:t>
      </w:r>
      <w:proofErr w:type="spellStart"/>
      <w:r>
        <w:t>yaitu</w:t>
      </w:r>
      <w:proofErr w:type="spellEnd"/>
      <w:r>
        <w:t xml:space="preserve"> pada masa </w:t>
      </w:r>
      <w:proofErr w:type="spellStart"/>
      <w:r>
        <w:t>tanam</w:t>
      </w:r>
      <w:proofErr w:type="spellEnd"/>
      <w:r>
        <w:t xml:space="preserve"> dan </w:t>
      </w:r>
      <w:proofErr w:type="spellStart"/>
      <w:r>
        <w:t>panen</w:t>
      </w:r>
      <w:proofErr w:type="spellEnd"/>
      <w:r>
        <w:t xml:space="preserve">. Di </w:t>
      </w:r>
      <w:proofErr w:type="spellStart"/>
      <w:r>
        <w:t>luar</w:t>
      </w:r>
      <w:proofErr w:type="spellEnd"/>
      <w:r>
        <w:t xml:space="preserve"> </w:t>
      </w:r>
      <w:proofErr w:type="spellStart"/>
      <w:r>
        <w:t>musim</w:t>
      </w:r>
      <w:proofErr w:type="spellEnd"/>
      <w:r>
        <w:t xml:space="preserve"> </w:t>
      </w:r>
      <w:proofErr w:type="spellStart"/>
      <w:r>
        <w:t>tersebut</w:t>
      </w:r>
      <w:proofErr w:type="spellEnd"/>
      <w:r>
        <w:t xml:space="preserve">, </w:t>
      </w:r>
      <w:proofErr w:type="spellStart"/>
      <w:r>
        <w:t>banyak</w:t>
      </w:r>
      <w:proofErr w:type="spellEnd"/>
      <w:r>
        <w:t xml:space="preserve"> </w:t>
      </w:r>
      <w:proofErr w:type="spellStart"/>
      <w:r>
        <w:t>buruh</w:t>
      </w:r>
      <w:proofErr w:type="spellEnd"/>
      <w:r>
        <w:t xml:space="preserve"> </w:t>
      </w:r>
      <w:proofErr w:type="spellStart"/>
      <w:r>
        <w:t>tani</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pekerjaan</w:t>
      </w:r>
      <w:proofErr w:type="spellEnd"/>
      <w:r>
        <w:t xml:space="preserve"> </w:t>
      </w:r>
      <w:proofErr w:type="spellStart"/>
      <w:r>
        <w:t>tetap</w:t>
      </w:r>
      <w:proofErr w:type="spellEnd"/>
      <w:r>
        <w:t xml:space="preserve">, </w:t>
      </w:r>
      <w:proofErr w:type="spellStart"/>
      <w:r>
        <w:t>sehingga</w:t>
      </w:r>
      <w:proofErr w:type="spellEnd"/>
      <w:r>
        <w:t xml:space="preserve"> </w:t>
      </w:r>
      <w:proofErr w:type="spellStart"/>
      <w:r>
        <w:t>waktu</w:t>
      </w:r>
      <w:proofErr w:type="spellEnd"/>
      <w:r>
        <w:t xml:space="preserve"> </w:t>
      </w:r>
      <w:proofErr w:type="spellStart"/>
      <w:r>
        <w:t>luang</w:t>
      </w:r>
      <w:proofErr w:type="spellEnd"/>
      <w:r>
        <w:t xml:space="preserve"> </w:t>
      </w:r>
      <w:proofErr w:type="spellStart"/>
      <w:r>
        <w:t>mereka</w:t>
      </w:r>
      <w:proofErr w:type="spellEnd"/>
      <w:r>
        <w:t xml:space="preserve"> </w:t>
      </w:r>
      <w:proofErr w:type="spellStart"/>
      <w:r>
        <w:t>cukup</w:t>
      </w:r>
      <w:proofErr w:type="spellEnd"/>
      <w:r>
        <w:t xml:space="preserve"> </w:t>
      </w:r>
      <w:proofErr w:type="spellStart"/>
      <w:r>
        <w:t>banyak</w:t>
      </w:r>
      <w:proofErr w:type="spellEnd"/>
      <w:r>
        <w:t xml:space="preserve">. </w:t>
      </w:r>
      <w:proofErr w:type="spellStart"/>
      <w:r>
        <w:t>Sebelumnya</w:t>
      </w:r>
      <w:proofErr w:type="spellEnd"/>
      <w:r>
        <w:t xml:space="preserve">, </w:t>
      </w:r>
      <w:proofErr w:type="spellStart"/>
      <w:r>
        <w:t>terdapat</w:t>
      </w:r>
      <w:proofErr w:type="spellEnd"/>
      <w:r>
        <w:t xml:space="preserve"> </w:t>
      </w:r>
      <w:proofErr w:type="spellStart"/>
      <w:r>
        <w:t>inisiatif</w:t>
      </w:r>
      <w:proofErr w:type="spellEnd"/>
      <w:r>
        <w:t xml:space="preserve"> </w:t>
      </w:r>
      <w:proofErr w:type="spellStart"/>
      <w:r>
        <w:t>mempekerjakan</w:t>
      </w:r>
      <w:proofErr w:type="spellEnd"/>
      <w:r>
        <w:t xml:space="preserve"> </w:t>
      </w:r>
      <w:proofErr w:type="spellStart"/>
      <w:r>
        <w:t>warga</w:t>
      </w:r>
      <w:proofErr w:type="spellEnd"/>
      <w:r>
        <w:t xml:space="preserve"> yang </w:t>
      </w:r>
      <w:proofErr w:type="spellStart"/>
      <w:r>
        <w:t>menganggur</w:t>
      </w:r>
      <w:proofErr w:type="spellEnd"/>
      <w:r>
        <w:t xml:space="preserve"> </w:t>
      </w:r>
      <w:proofErr w:type="spellStart"/>
      <w:r>
        <w:t>sebagai</w:t>
      </w:r>
      <w:proofErr w:type="spellEnd"/>
      <w:r>
        <w:t xml:space="preserve"> </w:t>
      </w:r>
      <w:proofErr w:type="spellStart"/>
      <w:r>
        <w:t>petugas</w:t>
      </w:r>
      <w:proofErr w:type="spellEnd"/>
      <w:r>
        <w:t xml:space="preserve"> </w:t>
      </w:r>
      <w:proofErr w:type="spellStart"/>
      <w:r>
        <w:t>pengangkut</w:t>
      </w:r>
      <w:proofErr w:type="spellEnd"/>
      <w:r>
        <w:t xml:space="preserve"> </w:t>
      </w:r>
      <w:proofErr w:type="spellStart"/>
      <w:r>
        <w:t>sampah</w:t>
      </w:r>
      <w:proofErr w:type="spellEnd"/>
      <w:r>
        <w:t xml:space="preserve"> </w:t>
      </w:r>
      <w:proofErr w:type="spellStart"/>
      <w:r>
        <w:t>dengan</w:t>
      </w:r>
      <w:proofErr w:type="spellEnd"/>
      <w:r>
        <w:t xml:space="preserve"> </w:t>
      </w:r>
      <w:proofErr w:type="spellStart"/>
      <w:r>
        <w:t>imbalan</w:t>
      </w:r>
      <w:proofErr w:type="spellEnd"/>
      <w:r>
        <w:t xml:space="preserve"> </w:t>
      </w:r>
      <w:proofErr w:type="spellStart"/>
      <w:r>
        <w:t>iuran</w:t>
      </w:r>
      <w:proofErr w:type="spellEnd"/>
      <w:r>
        <w:t xml:space="preserve"> </w:t>
      </w:r>
      <w:proofErr w:type="spellStart"/>
      <w:r>
        <w:t>kebersihan</w:t>
      </w:r>
      <w:proofErr w:type="spellEnd"/>
      <w:r>
        <w:t xml:space="preserve">, </w:t>
      </w:r>
      <w:proofErr w:type="spellStart"/>
      <w:r>
        <w:t>namun</w:t>
      </w:r>
      <w:proofErr w:type="spellEnd"/>
      <w:r>
        <w:t xml:space="preserve"> program </w:t>
      </w:r>
      <w:proofErr w:type="spellStart"/>
      <w:r>
        <w:t>ini</w:t>
      </w:r>
      <w:proofErr w:type="spellEnd"/>
      <w:r>
        <w:t xml:space="preserve"> </w:t>
      </w:r>
      <w:proofErr w:type="spellStart"/>
      <w:r>
        <w:t>dihentikan</w:t>
      </w:r>
      <w:proofErr w:type="spellEnd"/>
      <w:r>
        <w:t xml:space="preserve"> </w:t>
      </w:r>
      <w:proofErr w:type="spellStart"/>
      <w:r>
        <w:t>karena</w:t>
      </w:r>
      <w:proofErr w:type="spellEnd"/>
      <w:r>
        <w:t xml:space="preserve"> </w:t>
      </w:r>
      <w:proofErr w:type="spellStart"/>
      <w:r>
        <w:t>keberatan</w:t>
      </w:r>
      <w:proofErr w:type="spellEnd"/>
      <w:r>
        <w:t xml:space="preserve"> </w:t>
      </w:r>
      <w:proofErr w:type="spellStart"/>
      <w:r>
        <w:t>sebagian</w:t>
      </w:r>
      <w:proofErr w:type="spellEnd"/>
      <w:r>
        <w:t xml:space="preserve"> </w:t>
      </w:r>
      <w:proofErr w:type="spellStart"/>
      <w:r>
        <w:t>warga</w:t>
      </w:r>
      <w:proofErr w:type="spellEnd"/>
      <w:r>
        <w:t xml:space="preserve"> </w:t>
      </w:r>
      <w:proofErr w:type="spellStart"/>
      <w:r>
        <w:t>membayar</w:t>
      </w:r>
      <w:proofErr w:type="spellEnd"/>
      <w:r>
        <w:t xml:space="preserve"> </w:t>
      </w:r>
      <w:proofErr w:type="spellStart"/>
      <w:r>
        <w:t>iuran</w:t>
      </w:r>
      <w:proofErr w:type="spellEnd"/>
      <w:r>
        <w:t xml:space="preserve">. </w:t>
      </w:r>
      <w:proofErr w:type="spellStart"/>
      <w:r>
        <w:t>Kondisi</w:t>
      </w:r>
      <w:proofErr w:type="spellEnd"/>
      <w:r>
        <w:t xml:space="preserve"> </w:t>
      </w:r>
      <w:proofErr w:type="spellStart"/>
      <w:r>
        <w:t>geografis</w:t>
      </w:r>
      <w:proofErr w:type="spellEnd"/>
      <w:r>
        <w:t xml:space="preserve"> RW 08 yang </w:t>
      </w:r>
      <w:proofErr w:type="spellStart"/>
      <w:r>
        <w:t>berjarak</w:t>
      </w:r>
      <w:proofErr w:type="spellEnd"/>
      <w:r>
        <w:t xml:space="preserve"> </w:t>
      </w:r>
      <w:proofErr w:type="spellStart"/>
      <w:r>
        <w:t>cukup</w:t>
      </w:r>
      <w:proofErr w:type="spellEnd"/>
      <w:r>
        <w:t xml:space="preserve"> </w:t>
      </w:r>
      <w:proofErr w:type="spellStart"/>
      <w:r>
        <w:t>jauh</w:t>
      </w:r>
      <w:proofErr w:type="spellEnd"/>
      <w:r>
        <w:t xml:space="preserve"> </w:t>
      </w:r>
      <w:proofErr w:type="spellStart"/>
      <w:r>
        <w:t>antar</w:t>
      </w:r>
      <w:proofErr w:type="spellEnd"/>
      <w:r>
        <w:t xml:space="preserve">-RT, </w:t>
      </w:r>
      <w:proofErr w:type="spellStart"/>
      <w:r>
        <w:t>dipisahkan</w:t>
      </w:r>
      <w:proofErr w:type="spellEnd"/>
      <w:r>
        <w:t xml:space="preserve"> oleh </w:t>
      </w:r>
      <w:proofErr w:type="spellStart"/>
      <w:r>
        <w:t>lahan</w:t>
      </w:r>
      <w:proofErr w:type="spellEnd"/>
      <w:r>
        <w:t xml:space="preserve"> sawah yang </w:t>
      </w:r>
      <w:proofErr w:type="spellStart"/>
      <w:r>
        <w:t>luas</w:t>
      </w:r>
      <w:proofErr w:type="spellEnd"/>
      <w:r>
        <w:t xml:space="preserve">, </w:t>
      </w:r>
      <w:proofErr w:type="spellStart"/>
      <w:r>
        <w:t>turut</w:t>
      </w:r>
      <w:proofErr w:type="spellEnd"/>
      <w:r>
        <w:t xml:space="preserve"> </w:t>
      </w:r>
      <w:proofErr w:type="spellStart"/>
      <w:r>
        <w:t>menciptakan</w:t>
      </w:r>
      <w:proofErr w:type="spellEnd"/>
      <w:r>
        <w:t xml:space="preserve"> </w:t>
      </w:r>
      <w:proofErr w:type="spellStart"/>
      <w:r>
        <w:t>banyak</w:t>
      </w:r>
      <w:proofErr w:type="spellEnd"/>
      <w:r>
        <w:t xml:space="preserve"> area </w:t>
      </w:r>
      <w:proofErr w:type="spellStart"/>
      <w:r>
        <w:t>kosong</w:t>
      </w:r>
      <w:proofErr w:type="spellEnd"/>
      <w:r>
        <w:t xml:space="preserve"> yang </w:t>
      </w:r>
      <w:proofErr w:type="spellStart"/>
      <w:r>
        <w:t>sering</w:t>
      </w:r>
      <w:proofErr w:type="spellEnd"/>
      <w:r>
        <w:t xml:space="preserve"> </w:t>
      </w:r>
      <w:proofErr w:type="spellStart"/>
      <w:r>
        <w:t>dijadikan</w:t>
      </w:r>
      <w:proofErr w:type="spellEnd"/>
      <w:r>
        <w:t xml:space="preserve"> </w:t>
      </w:r>
      <w:proofErr w:type="spellStart"/>
      <w:r>
        <w:t>tempat</w:t>
      </w:r>
      <w:proofErr w:type="spellEnd"/>
      <w:r>
        <w:t xml:space="preserve"> </w:t>
      </w:r>
      <w:proofErr w:type="spellStart"/>
      <w:r>
        <w:t>pembuangan</w:t>
      </w:r>
      <w:proofErr w:type="spellEnd"/>
      <w:r>
        <w:t xml:space="preserve"> </w:t>
      </w:r>
      <w:proofErr w:type="spellStart"/>
      <w:r>
        <w:t>sampah</w:t>
      </w:r>
      <w:proofErr w:type="spellEnd"/>
      <w:r>
        <w:t>.</w:t>
      </w:r>
    </w:p>
    <w:p w14:paraId="5B4CA782" w14:textId="77777777" w:rsidR="008D55E6" w:rsidRDefault="008D55E6" w:rsidP="008D55E6">
      <w:pPr>
        <w:spacing w:after="0" w:line="240" w:lineRule="auto"/>
        <w:rPr>
          <w:b/>
          <w:i/>
        </w:rPr>
      </w:pPr>
    </w:p>
    <w:p w14:paraId="703F25BC" w14:textId="34D144E4" w:rsidR="0054582D" w:rsidRDefault="00000000" w:rsidP="008D55E6">
      <w:pPr>
        <w:spacing w:after="0" w:line="240" w:lineRule="auto"/>
        <w:rPr>
          <w:b/>
          <w:i/>
        </w:rPr>
      </w:pPr>
      <w:r>
        <w:rPr>
          <w:b/>
          <w:i/>
        </w:rPr>
        <w:t>Diagram Venn</w:t>
      </w:r>
    </w:p>
    <w:p w14:paraId="2300112D" w14:textId="549FB081" w:rsidR="008D55E6" w:rsidRDefault="008D55E6" w:rsidP="008D55E6">
      <w:pPr>
        <w:spacing w:after="0" w:line="240" w:lineRule="auto"/>
      </w:pPr>
      <w:r>
        <w:rPr>
          <w:b/>
          <w:sz w:val="20"/>
        </w:rPr>
        <w:t xml:space="preserve">Gambar 2. Diagram Venn </w:t>
      </w:r>
      <w:proofErr w:type="spellStart"/>
      <w:r>
        <w:rPr>
          <w:b/>
          <w:sz w:val="20"/>
        </w:rPr>
        <w:t>Kelembagaan</w:t>
      </w:r>
      <w:proofErr w:type="spellEnd"/>
      <w:r>
        <w:rPr>
          <w:b/>
          <w:sz w:val="20"/>
        </w:rPr>
        <w:t xml:space="preserve"> </w:t>
      </w:r>
      <w:proofErr w:type="spellStart"/>
      <w:r>
        <w:rPr>
          <w:b/>
          <w:sz w:val="20"/>
        </w:rPr>
        <w:t>Desa</w:t>
      </w:r>
      <w:proofErr w:type="spellEnd"/>
      <w:r>
        <w:rPr>
          <w:b/>
          <w:sz w:val="20"/>
        </w:rPr>
        <w:t xml:space="preserve"> </w:t>
      </w:r>
      <w:proofErr w:type="spellStart"/>
      <w:r>
        <w:rPr>
          <w:b/>
          <w:sz w:val="20"/>
        </w:rPr>
        <w:t>Bojong</w:t>
      </w:r>
      <w:proofErr w:type="spellEnd"/>
      <w:r>
        <w:rPr>
          <w:b/>
          <w:sz w:val="20"/>
        </w:rPr>
        <w:t>, Dusun 02 RW 08</w:t>
      </w:r>
    </w:p>
    <w:p w14:paraId="4197A2E5" w14:textId="77777777" w:rsidR="0054582D" w:rsidRDefault="00000000" w:rsidP="00240711">
      <w:pPr>
        <w:spacing w:after="0" w:line="240" w:lineRule="auto"/>
      </w:pPr>
      <w:r>
        <w:rPr>
          <w:noProof/>
        </w:rPr>
        <w:drawing>
          <wp:inline distT="0" distB="0" distL="0" distR="0" wp14:anchorId="79265876" wp14:editId="4F1C8CFE">
            <wp:extent cx="2926080" cy="2194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12"/>
                    <a:stretch>
                      <a:fillRect/>
                    </a:stretch>
                  </pic:blipFill>
                  <pic:spPr>
                    <a:xfrm>
                      <a:off x="0" y="0"/>
                      <a:ext cx="2926080" cy="2194560"/>
                    </a:xfrm>
                    <a:prstGeom prst="rect">
                      <a:avLst/>
                    </a:prstGeom>
                  </pic:spPr>
                </pic:pic>
              </a:graphicData>
            </a:graphic>
          </wp:inline>
        </w:drawing>
      </w:r>
    </w:p>
    <w:p w14:paraId="4B775E5F" w14:textId="77777777" w:rsidR="0054582D" w:rsidRDefault="00000000" w:rsidP="008D55E6">
      <w:pPr>
        <w:spacing w:after="0" w:line="240" w:lineRule="auto"/>
        <w:rPr>
          <w:i/>
          <w:sz w:val="20"/>
        </w:rPr>
      </w:pPr>
      <w:proofErr w:type="spellStart"/>
      <w:r>
        <w:rPr>
          <w:i/>
          <w:sz w:val="20"/>
        </w:rPr>
        <w:t>Sumber</w:t>
      </w:r>
      <w:proofErr w:type="spellEnd"/>
      <w:r>
        <w:rPr>
          <w:i/>
          <w:sz w:val="20"/>
        </w:rPr>
        <w:t xml:space="preserve">: </w:t>
      </w:r>
      <w:proofErr w:type="spellStart"/>
      <w:r>
        <w:rPr>
          <w:i/>
          <w:sz w:val="20"/>
        </w:rPr>
        <w:t>Penelitian</w:t>
      </w:r>
      <w:proofErr w:type="spellEnd"/>
      <w:r>
        <w:rPr>
          <w:i/>
          <w:sz w:val="20"/>
        </w:rPr>
        <w:t>, 2019</w:t>
      </w:r>
    </w:p>
    <w:p w14:paraId="0B28BC6C" w14:textId="77777777" w:rsidR="008D55E6" w:rsidRDefault="008D55E6" w:rsidP="008D55E6">
      <w:pPr>
        <w:spacing w:after="0" w:line="240" w:lineRule="auto"/>
      </w:pPr>
    </w:p>
    <w:p w14:paraId="3D6C47BE" w14:textId="77777777" w:rsidR="0054582D" w:rsidRDefault="00000000" w:rsidP="00B81EDD">
      <w:pPr>
        <w:spacing w:after="0" w:line="240" w:lineRule="auto"/>
        <w:jc w:val="both"/>
      </w:pPr>
      <w:r>
        <w:t xml:space="preserve">Diagram Venn </w:t>
      </w:r>
      <w:proofErr w:type="spellStart"/>
      <w:r>
        <w:t>menggambarkan</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lembaga-lembaga</w:t>
      </w:r>
      <w:proofErr w:type="spellEnd"/>
      <w:r>
        <w:t xml:space="preserve"> di </w:t>
      </w:r>
      <w:proofErr w:type="spellStart"/>
      <w:r>
        <w:t>Desa</w:t>
      </w:r>
      <w:proofErr w:type="spellEnd"/>
      <w:r>
        <w:t xml:space="preserve"> </w:t>
      </w:r>
      <w:proofErr w:type="spellStart"/>
      <w:r>
        <w:t>Bojong</w:t>
      </w:r>
      <w:proofErr w:type="spellEnd"/>
      <w:r>
        <w:t xml:space="preserve"> yang </w:t>
      </w:r>
      <w:proofErr w:type="spellStart"/>
      <w:r>
        <w:t>memiliki</w:t>
      </w:r>
      <w:proofErr w:type="spellEnd"/>
      <w:r>
        <w:t xml:space="preserve"> </w:t>
      </w:r>
      <w:proofErr w:type="spellStart"/>
      <w:r>
        <w:t>pengaruh</w:t>
      </w:r>
      <w:proofErr w:type="spellEnd"/>
      <w:r>
        <w:t xml:space="preserve"> </w:t>
      </w:r>
      <w:proofErr w:type="spellStart"/>
      <w:r>
        <w:t>terhadap</w:t>
      </w:r>
      <w:proofErr w:type="spellEnd"/>
      <w:r>
        <w:t xml:space="preserve"> </w:t>
      </w:r>
      <w:proofErr w:type="spellStart"/>
      <w:r>
        <w:t>masyarakat</w:t>
      </w:r>
      <w:proofErr w:type="spellEnd"/>
      <w:r>
        <w:t xml:space="preserve"> RW 08. </w:t>
      </w:r>
      <w:proofErr w:type="spellStart"/>
      <w:r>
        <w:t>Beberapa</w:t>
      </w:r>
      <w:proofErr w:type="spellEnd"/>
      <w:r>
        <w:t xml:space="preserve"> </w:t>
      </w:r>
      <w:proofErr w:type="spellStart"/>
      <w:r>
        <w:t>lembaga</w:t>
      </w:r>
      <w:proofErr w:type="spellEnd"/>
      <w:r>
        <w:t xml:space="preserve"> </w:t>
      </w:r>
      <w:proofErr w:type="spellStart"/>
      <w:r>
        <w:t>tersebut</w:t>
      </w:r>
      <w:proofErr w:type="spellEnd"/>
      <w:r>
        <w:t xml:space="preserve"> </w:t>
      </w:r>
      <w:proofErr w:type="spellStart"/>
      <w:r>
        <w:t>sebenarnya</w:t>
      </w:r>
      <w:proofErr w:type="spellEnd"/>
      <w:r>
        <w:t xml:space="preserve"> </w:t>
      </w:r>
      <w:proofErr w:type="spellStart"/>
      <w:r>
        <w:t>memiliki</w:t>
      </w:r>
      <w:proofErr w:type="spellEnd"/>
      <w:r>
        <w:t xml:space="preserve"> </w:t>
      </w:r>
      <w:proofErr w:type="spellStart"/>
      <w:r>
        <w:t>potensi</w:t>
      </w:r>
      <w:proofErr w:type="spellEnd"/>
      <w:r>
        <w:t xml:space="preserve"> </w:t>
      </w:r>
      <w:proofErr w:type="spellStart"/>
      <w:r>
        <w:t>besar</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namun</w:t>
      </w:r>
      <w:proofErr w:type="spellEnd"/>
      <w:r>
        <w:t xml:space="preserve"> </w:t>
      </w:r>
      <w:proofErr w:type="spellStart"/>
      <w:r>
        <w:t>belum</w:t>
      </w:r>
      <w:proofErr w:type="spellEnd"/>
      <w:r>
        <w:t xml:space="preserve"> </w:t>
      </w:r>
      <w:proofErr w:type="spellStart"/>
      <w:r>
        <w:t>dimanfaatkan</w:t>
      </w:r>
      <w:proofErr w:type="spellEnd"/>
      <w:r>
        <w:t xml:space="preserve"> </w:t>
      </w:r>
      <w:proofErr w:type="spellStart"/>
      <w:r>
        <w:t>secara</w:t>
      </w:r>
      <w:proofErr w:type="spellEnd"/>
      <w:r>
        <w:t xml:space="preserve"> </w:t>
      </w:r>
      <w:proofErr w:type="spellStart"/>
      <w:r>
        <w:t>maksimal</w:t>
      </w:r>
      <w:proofErr w:type="spellEnd"/>
      <w:r>
        <w:t xml:space="preserve"> </w:t>
      </w:r>
      <w:proofErr w:type="spellStart"/>
      <w:r>
        <w:t>karena</w:t>
      </w:r>
      <w:proofErr w:type="spellEnd"/>
      <w:r>
        <w:t xml:space="preserve"> </w:t>
      </w:r>
      <w:proofErr w:type="spellStart"/>
      <w:r>
        <w:t>kurangnya</w:t>
      </w:r>
      <w:proofErr w:type="spellEnd"/>
      <w:r>
        <w:t xml:space="preserve"> </w:t>
      </w:r>
      <w:proofErr w:type="spellStart"/>
      <w:r>
        <w:t>komunikasi</w:t>
      </w:r>
      <w:proofErr w:type="spellEnd"/>
      <w:r>
        <w:t xml:space="preserve"> </w:t>
      </w:r>
      <w:proofErr w:type="spellStart"/>
      <w:r>
        <w:t>atau</w:t>
      </w:r>
      <w:proofErr w:type="spellEnd"/>
      <w:r>
        <w:t xml:space="preserve"> </w:t>
      </w:r>
      <w:proofErr w:type="spellStart"/>
      <w:r>
        <w:t>keterbatasan</w:t>
      </w:r>
      <w:proofErr w:type="spellEnd"/>
      <w:r>
        <w:t xml:space="preserve"> </w:t>
      </w:r>
      <w:proofErr w:type="spellStart"/>
      <w:r>
        <w:t>fasilitas</w:t>
      </w:r>
      <w:proofErr w:type="spellEnd"/>
      <w:r>
        <w:t xml:space="preserve">. Salah </w:t>
      </w:r>
      <w:proofErr w:type="spellStart"/>
      <w:r>
        <w:t>satu</w:t>
      </w:r>
      <w:proofErr w:type="spellEnd"/>
      <w:r>
        <w:t xml:space="preserve"> </w:t>
      </w:r>
      <w:proofErr w:type="spellStart"/>
      <w:r>
        <w:t>contoh</w:t>
      </w:r>
      <w:proofErr w:type="spellEnd"/>
      <w:r>
        <w:t xml:space="preserve"> </w:t>
      </w:r>
      <w:proofErr w:type="spellStart"/>
      <w:r>
        <w:t>adalah</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masyarakat</w:t>
      </w:r>
      <w:proofErr w:type="spellEnd"/>
      <w:r>
        <w:t xml:space="preserve"> RW 08 dan </w:t>
      </w:r>
      <w:proofErr w:type="spellStart"/>
      <w:r>
        <w:t>Pemerintahan</w:t>
      </w:r>
      <w:proofErr w:type="spellEnd"/>
      <w:r>
        <w:t xml:space="preserve"> </w:t>
      </w:r>
      <w:proofErr w:type="spellStart"/>
      <w:r>
        <w:t>Desa</w:t>
      </w:r>
      <w:proofErr w:type="spellEnd"/>
      <w:r>
        <w:t xml:space="preserve"> (</w:t>
      </w:r>
      <w:proofErr w:type="spellStart"/>
      <w:r>
        <w:t>Pemdes</w:t>
      </w:r>
      <w:proofErr w:type="spellEnd"/>
      <w:r>
        <w:t xml:space="preserve">), yang </w:t>
      </w:r>
      <w:proofErr w:type="spellStart"/>
      <w:r>
        <w:t>terbilang</w:t>
      </w:r>
      <w:proofErr w:type="spellEnd"/>
      <w:r>
        <w:t xml:space="preserve"> </w:t>
      </w:r>
      <w:proofErr w:type="spellStart"/>
      <w:r>
        <w:t>kurang</w:t>
      </w:r>
      <w:proofErr w:type="spellEnd"/>
      <w:r>
        <w:t xml:space="preserve"> </w:t>
      </w:r>
      <w:proofErr w:type="spellStart"/>
      <w:r>
        <w:t>erat</w:t>
      </w:r>
      <w:proofErr w:type="spellEnd"/>
      <w:r>
        <w:t xml:space="preserve"> dan </w:t>
      </w:r>
      <w:proofErr w:type="spellStart"/>
      <w:r>
        <w:t>menjadi</w:t>
      </w:r>
      <w:proofErr w:type="spellEnd"/>
      <w:r>
        <w:t xml:space="preserve"> salah </w:t>
      </w:r>
      <w:proofErr w:type="spellStart"/>
      <w:r>
        <w:t>satu</w:t>
      </w:r>
      <w:proofErr w:type="spellEnd"/>
      <w:r>
        <w:t xml:space="preserve"> </w:t>
      </w:r>
      <w:proofErr w:type="spellStart"/>
      <w:r>
        <w:t>penghambat</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penyelesaian</w:t>
      </w:r>
      <w:proofErr w:type="spellEnd"/>
      <w:r>
        <w:t xml:space="preserve"> </w:t>
      </w:r>
      <w:proofErr w:type="spellStart"/>
      <w:r>
        <w:t>masalah</w:t>
      </w:r>
      <w:proofErr w:type="spellEnd"/>
      <w:r>
        <w:t xml:space="preserve"> </w:t>
      </w:r>
      <w:proofErr w:type="spellStart"/>
      <w:r>
        <w:t>sampah</w:t>
      </w:r>
      <w:proofErr w:type="spellEnd"/>
      <w:r>
        <w:t xml:space="preserve">. </w:t>
      </w:r>
      <w:proofErr w:type="spellStart"/>
      <w:r>
        <w:t>Warga</w:t>
      </w:r>
      <w:proofErr w:type="spellEnd"/>
      <w:r>
        <w:t xml:space="preserve"> RW 08 </w:t>
      </w:r>
      <w:proofErr w:type="spellStart"/>
      <w:r>
        <w:t>belum</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secara</w:t>
      </w:r>
      <w:proofErr w:type="spellEnd"/>
      <w:r>
        <w:t xml:space="preserve"> optimal </w:t>
      </w:r>
      <w:proofErr w:type="spellStart"/>
      <w:r>
        <w:t>dengan</w:t>
      </w:r>
      <w:proofErr w:type="spellEnd"/>
      <w:r>
        <w:t xml:space="preserve"> </w:t>
      </w:r>
      <w:proofErr w:type="spellStart"/>
      <w:r>
        <w:t>Pemdes</w:t>
      </w:r>
      <w:proofErr w:type="spellEnd"/>
      <w:r>
        <w:t xml:space="preserve"> </w:t>
      </w:r>
      <w:proofErr w:type="spellStart"/>
      <w:r>
        <w:t>untuk</w:t>
      </w:r>
      <w:proofErr w:type="spellEnd"/>
      <w:r>
        <w:t xml:space="preserve"> </w:t>
      </w:r>
      <w:proofErr w:type="spellStart"/>
      <w:r>
        <w:t>mengusulkan</w:t>
      </w:r>
      <w:proofErr w:type="spellEnd"/>
      <w:r>
        <w:t xml:space="preserve"> </w:t>
      </w:r>
      <w:proofErr w:type="spellStart"/>
      <w:r>
        <w:t>solusi</w:t>
      </w:r>
      <w:proofErr w:type="spellEnd"/>
      <w:r>
        <w:t xml:space="preserve"> </w:t>
      </w:r>
      <w:proofErr w:type="spellStart"/>
      <w:r>
        <w:t>konkret</w:t>
      </w:r>
      <w:proofErr w:type="spellEnd"/>
      <w:r>
        <w:t xml:space="preserve">, </w:t>
      </w:r>
      <w:proofErr w:type="spellStart"/>
      <w:r>
        <w:t>seperti</w:t>
      </w:r>
      <w:proofErr w:type="spellEnd"/>
      <w:r>
        <w:t xml:space="preserve"> </w:t>
      </w:r>
      <w:proofErr w:type="spellStart"/>
      <w:r>
        <w:t>penyediaan</w:t>
      </w:r>
      <w:proofErr w:type="spellEnd"/>
      <w:r>
        <w:t xml:space="preserve"> </w:t>
      </w:r>
      <w:proofErr w:type="spellStart"/>
      <w:r>
        <w:t>petugas</w:t>
      </w:r>
      <w:proofErr w:type="spellEnd"/>
      <w:r>
        <w:t xml:space="preserve"> </w:t>
      </w:r>
      <w:proofErr w:type="spellStart"/>
      <w:r>
        <w:t>pengangkut</w:t>
      </w:r>
      <w:proofErr w:type="spellEnd"/>
      <w:r>
        <w:t xml:space="preserve"> </w:t>
      </w:r>
      <w:proofErr w:type="spellStart"/>
      <w:r>
        <w:t>sampah</w:t>
      </w:r>
      <w:proofErr w:type="spellEnd"/>
      <w:r>
        <w:t xml:space="preserve"> </w:t>
      </w:r>
      <w:proofErr w:type="spellStart"/>
      <w:r>
        <w:t>dari</w:t>
      </w:r>
      <w:proofErr w:type="spellEnd"/>
      <w:r>
        <w:t xml:space="preserve"> </w:t>
      </w:r>
      <w:proofErr w:type="spellStart"/>
      <w:r>
        <w:t>dinas</w:t>
      </w:r>
      <w:proofErr w:type="spellEnd"/>
      <w:r>
        <w:t xml:space="preserve"> </w:t>
      </w:r>
      <w:proofErr w:type="spellStart"/>
      <w:r>
        <w:t>terkait</w:t>
      </w:r>
      <w:proofErr w:type="spellEnd"/>
      <w:r>
        <w:t xml:space="preserve">, </w:t>
      </w:r>
      <w:proofErr w:type="spellStart"/>
      <w:r>
        <w:t>sehingga</w:t>
      </w:r>
      <w:proofErr w:type="spellEnd"/>
      <w:r>
        <w:t xml:space="preserve"> </w:t>
      </w:r>
      <w:proofErr w:type="spellStart"/>
      <w:r>
        <w:t>diperlukan</w:t>
      </w:r>
      <w:proofErr w:type="spellEnd"/>
      <w:r>
        <w:t xml:space="preserve"> </w:t>
      </w:r>
      <w:proofErr w:type="spellStart"/>
      <w:r>
        <w:t>peningkatan</w:t>
      </w:r>
      <w:proofErr w:type="spellEnd"/>
      <w:r>
        <w:t xml:space="preserve"> </w:t>
      </w:r>
      <w:proofErr w:type="spellStart"/>
      <w:r>
        <w:t>sinergi</w:t>
      </w:r>
      <w:proofErr w:type="spellEnd"/>
      <w:r>
        <w:t xml:space="preserve"> </w:t>
      </w:r>
      <w:proofErr w:type="spellStart"/>
      <w:r>
        <w:t>antara</w:t>
      </w:r>
      <w:proofErr w:type="spellEnd"/>
      <w:r>
        <w:t xml:space="preserve"> </w:t>
      </w:r>
      <w:proofErr w:type="spellStart"/>
      <w:r>
        <w:t>masyarakat</w:t>
      </w:r>
      <w:proofErr w:type="spellEnd"/>
      <w:r>
        <w:t xml:space="preserve"> dan </w:t>
      </w:r>
      <w:proofErr w:type="spellStart"/>
      <w:r>
        <w:t>pemerintah</w:t>
      </w:r>
      <w:proofErr w:type="spellEnd"/>
      <w:r>
        <w:t xml:space="preserve"> </w:t>
      </w:r>
      <w:proofErr w:type="spellStart"/>
      <w:r>
        <w:t>desa</w:t>
      </w:r>
      <w:proofErr w:type="spellEnd"/>
      <w:r>
        <w:t xml:space="preserve"> agar </w:t>
      </w:r>
      <w:proofErr w:type="spellStart"/>
      <w:r>
        <w:t>pengelolaan</w:t>
      </w:r>
      <w:proofErr w:type="spellEnd"/>
      <w:r>
        <w:t xml:space="preserve"> </w:t>
      </w:r>
      <w:proofErr w:type="spellStart"/>
      <w:r>
        <w:t>sampah</w:t>
      </w:r>
      <w:proofErr w:type="spellEnd"/>
      <w:r>
        <w:t xml:space="preserve"> </w:t>
      </w:r>
      <w:proofErr w:type="spellStart"/>
      <w:r>
        <w:t>dapat</w:t>
      </w:r>
      <w:proofErr w:type="spellEnd"/>
      <w:r>
        <w:t xml:space="preserve"> </w:t>
      </w:r>
      <w:proofErr w:type="spellStart"/>
      <w:r>
        <w:t>ditangani</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terorganisir</w:t>
      </w:r>
      <w:proofErr w:type="spellEnd"/>
      <w:r>
        <w:t>.</w:t>
      </w:r>
    </w:p>
    <w:p w14:paraId="5B7EA5B3" w14:textId="77777777" w:rsidR="008D55E6" w:rsidRDefault="008D55E6" w:rsidP="008D55E6">
      <w:pPr>
        <w:spacing w:after="0" w:line="240" w:lineRule="auto"/>
        <w:rPr>
          <w:b/>
          <w:i/>
        </w:rPr>
      </w:pPr>
    </w:p>
    <w:p w14:paraId="7E0906B5" w14:textId="414DA9FA" w:rsidR="0054582D" w:rsidRDefault="00000000" w:rsidP="008D55E6">
      <w:pPr>
        <w:spacing w:after="0" w:line="240" w:lineRule="auto"/>
        <w:rPr>
          <w:b/>
          <w:i/>
        </w:rPr>
      </w:pPr>
      <w:r>
        <w:rPr>
          <w:b/>
          <w:i/>
        </w:rPr>
        <w:t xml:space="preserve">Diagram </w:t>
      </w:r>
      <w:proofErr w:type="spellStart"/>
      <w:r>
        <w:rPr>
          <w:b/>
          <w:i/>
        </w:rPr>
        <w:t>Sehari</w:t>
      </w:r>
      <w:proofErr w:type="spellEnd"/>
    </w:p>
    <w:p w14:paraId="29E7EAA6" w14:textId="77777777" w:rsidR="008D55E6" w:rsidRDefault="008D55E6" w:rsidP="008D55E6">
      <w:pPr>
        <w:spacing w:after="0" w:line="240" w:lineRule="auto"/>
        <w:rPr>
          <w:b/>
          <w:i/>
        </w:rPr>
      </w:pPr>
    </w:p>
    <w:p w14:paraId="73FEBB90" w14:textId="0E6E876A" w:rsidR="008D55E6" w:rsidRDefault="008D55E6" w:rsidP="008D55E6">
      <w:pPr>
        <w:spacing w:after="0" w:line="240" w:lineRule="auto"/>
      </w:pPr>
      <w:r>
        <w:rPr>
          <w:b/>
          <w:sz w:val="20"/>
        </w:rPr>
        <w:t xml:space="preserve">Gambar 3. Diagram </w:t>
      </w:r>
      <w:proofErr w:type="spellStart"/>
      <w:r>
        <w:rPr>
          <w:b/>
          <w:sz w:val="20"/>
        </w:rPr>
        <w:t>Sehari</w:t>
      </w:r>
      <w:proofErr w:type="spellEnd"/>
      <w:r>
        <w:rPr>
          <w:b/>
          <w:sz w:val="20"/>
        </w:rPr>
        <w:t xml:space="preserve"> </w:t>
      </w:r>
      <w:proofErr w:type="spellStart"/>
      <w:r>
        <w:rPr>
          <w:b/>
          <w:sz w:val="20"/>
        </w:rPr>
        <w:t>Warga</w:t>
      </w:r>
      <w:proofErr w:type="spellEnd"/>
      <w:r>
        <w:rPr>
          <w:b/>
          <w:sz w:val="20"/>
        </w:rPr>
        <w:t xml:space="preserve"> RW 08 </w:t>
      </w:r>
      <w:proofErr w:type="spellStart"/>
      <w:r>
        <w:rPr>
          <w:b/>
          <w:sz w:val="20"/>
        </w:rPr>
        <w:t>Desa</w:t>
      </w:r>
      <w:proofErr w:type="spellEnd"/>
      <w:r>
        <w:rPr>
          <w:b/>
          <w:sz w:val="20"/>
        </w:rPr>
        <w:t xml:space="preserve"> </w:t>
      </w:r>
      <w:proofErr w:type="spellStart"/>
      <w:r>
        <w:rPr>
          <w:b/>
          <w:sz w:val="20"/>
        </w:rPr>
        <w:t>Bojong</w:t>
      </w:r>
      <w:proofErr w:type="spellEnd"/>
    </w:p>
    <w:p w14:paraId="3B5340EB" w14:textId="77777777" w:rsidR="0054582D" w:rsidRDefault="00000000" w:rsidP="00240711">
      <w:pPr>
        <w:spacing w:after="0" w:line="240" w:lineRule="auto"/>
      </w:pPr>
      <w:r>
        <w:rPr>
          <w:noProof/>
        </w:rPr>
        <w:drawing>
          <wp:inline distT="0" distB="0" distL="0" distR="0" wp14:anchorId="1559DC4B" wp14:editId="3364F1ED">
            <wp:extent cx="2560320" cy="24518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pic:nvPicPr>
                  <pic:blipFill>
                    <a:blip r:embed="rId13"/>
                    <a:stretch>
                      <a:fillRect/>
                    </a:stretch>
                  </pic:blipFill>
                  <pic:spPr>
                    <a:xfrm>
                      <a:off x="0" y="0"/>
                      <a:ext cx="2560320" cy="2451832"/>
                    </a:xfrm>
                    <a:prstGeom prst="rect">
                      <a:avLst/>
                    </a:prstGeom>
                  </pic:spPr>
                </pic:pic>
              </a:graphicData>
            </a:graphic>
          </wp:inline>
        </w:drawing>
      </w:r>
    </w:p>
    <w:p w14:paraId="69BC8A21" w14:textId="77777777" w:rsidR="0054582D" w:rsidRDefault="00000000" w:rsidP="008D55E6">
      <w:pPr>
        <w:spacing w:after="0" w:line="240" w:lineRule="auto"/>
      </w:pPr>
      <w:proofErr w:type="spellStart"/>
      <w:r>
        <w:rPr>
          <w:i/>
          <w:sz w:val="20"/>
        </w:rPr>
        <w:t>Sumber</w:t>
      </w:r>
      <w:proofErr w:type="spellEnd"/>
      <w:r>
        <w:rPr>
          <w:i/>
          <w:sz w:val="20"/>
        </w:rPr>
        <w:t xml:space="preserve">: </w:t>
      </w:r>
      <w:proofErr w:type="spellStart"/>
      <w:r>
        <w:rPr>
          <w:i/>
          <w:sz w:val="20"/>
        </w:rPr>
        <w:t>Penelitian</w:t>
      </w:r>
      <w:proofErr w:type="spellEnd"/>
      <w:r>
        <w:rPr>
          <w:i/>
          <w:sz w:val="20"/>
        </w:rPr>
        <w:t>, 2019</w:t>
      </w:r>
    </w:p>
    <w:p w14:paraId="3274A044" w14:textId="77777777" w:rsidR="008D55E6" w:rsidRDefault="008D55E6" w:rsidP="00B81EDD">
      <w:pPr>
        <w:spacing w:after="0" w:line="240" w:lineRule="auto"/>
        <w:jc w:val="both"/>
      </w:pPr>
    </w:p>
    <w:p w14:paraId="010C1000" w14:textId="17B2690C" w:rsidR="0054582D" w:rsidRDefault="00000000" w:rsidP="00B81EDD">
      <w:pPr>
        <w:spacing w:after="0" w:line="240" w:lineRule="auto"/>
        <w:jc w:val="both"/>
      </w:pPr>
      <w:r>
        <w:t xml:space="preserve">Diagram </w:t>
      </w:r>
      <w:proofErr w:type="spellStart"/>
      <w:r>
        <w:t>sehari</w:t>
      </w:r>
      <w:proofErr w:type="spellEnd"/>
      <w:r>
        <w:t xml:space="preserve"> </w:t>
      </w:r>
      <w:proofErr w:type="spellStart"/>
      <w:r>
        <w:t>dibuat</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pola</w:t>
      </w:r>
      <w:proofErr w:type="spellEnd"/>
      <w:r>
        <w:t xml:space="preserve"> </w:t>
      </w:r>
      <w:proofErr w:type="spellStart"/>
      <w:r>
        <w:t>aktivitas</w:t>
      </w:r>
      <w:proofErr w:type="spellEnd"/>
      <w:r>
        <w:t xml:space="preserve"> </w:t>
      </w:r>
      <w:proofErr w:type="spellStart"/>
      <w:r>
        <w:t>harian</w:t>
      </w:r>
      <w:proofErr w:type="spellEnd"/>
      <w:r>
        <w:t xml:space="preserve"> </w:t>
      </w:r>
      <w:proofErr w:type="spellStart"/>
      <w:r>
        <w:t>masyarakat</w:t>
      </w:r>
      <w:proofErr w:type="spellEnd"/>
      <w:r>
        <w:t xml:space="preserve"> RW 08, yang </w:t>
      </w:r>
      <w:proofErr w:type="spellStart"/>
      <w:r>
        <w:t>dikelompokkan</w:t>
      </w:r>
      <w:proofErr w:type="spellEnd"/>
      <w:r>
        <w:t xml:space="preserve"> </w:t>
      </w:r>
      <w:proofErr w:type="spellStart"/>
      <w:r>
        <w:t>menjadi</w:t>
      </w:r>
      <w:proofErr w:type="spellEnd"/>
      <w:r>
        <w:t xml:space="preserve"> </w:t>
      </w:r>
      <w:proofErr w:type="spellStart"/>
      <w:r>
        <w:t>tiga</w:t>
      </w:r>
      <w:proofErr w:type="spellEnd"/>
      <w:r>
        <w:t xml:space="preserve"> </w:t>
      </w:r>
      <w:proofErr w:type="spellStart"/>
      <w:r>
        <w:t>kategori</w:t>
      </w:r>
      <w:proofErr w:type="spellEnd"/>
      <w:r>
        <w:t xml:space="preserve">: </w:t>
      </w:r>
      <w:proofErr w:type="spellStart"/>
      <w:r>
        <w:t>bapak-bapak</w:t>
      </w:r>
      <w:proofErr w:type="spellEnd"/>
      <w:r>
        <w:t xml:space="preserve">, </w:t>
      </w:r>
      <w:proofErr w:type="spellStart"/>
      <w:r>
        <w:t>ibu-ibu</w:t>
      </w:r>
      <w:proofErr w:type="spellEnd"/>
      <w:r>
        <w:t xml:space="preserve">, dan </w:t>
      </w:r>
      <w:proofErr w:type="spellStart"/>
      <w:r>
        <w:t>anak-anak</w:t>
      </w:r>
      <w:proofErr w:type="spellEnd"/>
      <w:r>
        <w:t xml:space="preserve">. Hasil </w:t>
      </w:r>
      <w:proofErr w:type="spellStart"/>
      <w:r>
        <w:t>analisis</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bapak-bapak</w:t>
      </w:r>
      <w:proofErr w:type="spellEnd"/>
      <w:r>
        <w:t xml:space="preserve"> </w:t>
      </w:r>
      <w:proofErr w:type="spellStart"/>
      <w:r>
        <w:t>memiliki</w:t>
      </w:r>
      <w:proofErr w:type="spellEnd"/>
      <w:r>
        <w:t xml:space="preserve"> </w:t>
      </w:r>
      <w:proofErr w:type="spellStart"/>
      <w:r>
        <w:t>waktu</w:t>
      </w:r>
      <w:proofErr w:type="spellEnd"/>
      <w:r>
        <w:t xml:space="preserve"> </w:t>
      </w:r>
      <w:proofErr w:type="spellStart"/>
      <w:r>
        <w:t>luang</w:t>
      </w:r>
      <w:proofErr w:type="spellEnd"/>
      <w:r>
        <w:t xml:space="preserve"> </w:t>
      </w:r>
      <w:proofErr w:type="spellStart"/>
      <w:r>
        <w:t>lebih</w:t>
      </w:r>
      <w:proofErr w:type="spellEnd"/>
      <w:r>
        <w:t xml:space="preserve"> </w:t>
      </w:r>
      <w:proofErr w:type="spellStart"/>
      <w:r>
        <w:t>banyak</w:t>
      </w:r>
      <w:proofErr w:type="spellEnd"/>
      <w:r>
        <w:t xml:space="preserve"> pada </w:t>
      </w:r>
      <w:proofErr w:type="spellStart"/>
      <w:r>
        <w:t>malam</w:t>
      </w:r>
      <w:proofErr w:type="spellEnd"/>
      <w:r>
        <w:t xml:space="preserve"> </w:t>
      </w:r>
      <w:proofErr w:type="spellStart"/>
      <w:r>
        <w:t>hari</w:t>
      </w:r>
      <w:proofErr w:type="spellEnd"/>
      <w:r>
        <w:t xml:space="preserve">, </w:t>
      </w:r>
      <w:proofErr w:type="spellStart"/>
      <w:r>
        <w:t>sedangkan</w:t>
      </w:r>
      <w:proofErr w:type="spellEnd"/>
      <w:r>
        <w:t xml:space="preserve"> </w:t>
      </w:r>
      <w:proofErr w:type="spellStart"/>
      <w:r>
        <w:t>ibu-ibu</w:t>
      </w:r>
      <w:proofErr w:type="spellEnd"/>
      <w:r>
        <w:t xml:space="preserve"> </w:t>
      </w:r>
      <w:proofErr w:type="spellStart"/>
      <w:r>
        <w:t>memiliki</w:t>
      </w:r>
      <w:proofErr w:type="spellEnd"/>
      <w:r>
        <w:t xml:space="preserve"> </w:t>
      </w:r>
      <w:proofErr w:type="spellStart"/>
      <w:r>
        <w:t>waktu</w:t>
      </w:r>
      <w:proofErr w:type="spellEnd"/>
      <w:r>
        <w:t xml:space="preserve"> </w:t>
      </w:r>
      <w:proofErr w:type="spellStart"/>
      <w:r>
        <w:t>luang</w:t>
      </w:r>
      <w:proofErr w:type="spellEnd"/>
      <w:r>
        <w:t xml:space="preserve"> </w:t>
      </w:r>
      <w:proofErr w:type="spellStart"/>
      <w:r>
        <w:t>cukup</w:t>
      </w:r>
      <w:proofErr w:type="spellEnd"/>
      <w:r>
        <w:t xml:space="preserve"> </w:t>
      </w:r>
      <w:proofErr w:type="spellStart"/>
      <w:r>
        <w:t>banyak</w:t>
      </w:r>
      <w:proofErr w:type="spellEnd"/>
      <w:r>
        <w:t xml:space="preserve"> di </w:t>
      </w:r>
      <w:proofErr w:type="spellStart"/>
      <w:r>
        <w:t>siang</w:t>
      </w:r>
      <w:proofErr w:type="spellEnd"/>
      <w:r>
        <w:t xml:space="preserve"> dan </w:t>
      </w:r>
      <w:proofErr w:type="spellStart"/>
      <w:r>
        <w:t>malam</w:t>
      </w:r>
      <w:proofErr w:type="spellEnd"/>
      <w:r>
        <w:t xml:space="preserve"> </w:t>
      </w:r>
      <w:proofErr w:type="spellStart"/>
      <w:r>
        <w:t>hari</w:t>
      </w:r>
      <w:proofErr w:type="spellEnd"/>
      <w:r>
        <w:t xml:space="preserve">. Waktu </w:t>
      </w:r>
      <w:proofErr w:type="spellStart"/>
      <w:r>
        <w:t>luang</w:t>
      </w:r>
      <w:proofErr w:type="spellEnd"/>
      <w:r>
        <w:t xml:space="preserve"> </w:t>
      </w:r>
      <w:proofErr w:type="spellStart"/>
      <w:r>
        <w:t>ini</w:t>
      </w:r>
      <w:proofErr w:type="spellEnd"/>
      <w:r>
        <w:t xml:space="preserve"> </w:t>
      </w:r>
      <w:proofErr w:type="spellStart"/>
      <w:r>
        <w:t>berpotensi</w:t>
      </w:r>
      <w:proofErr w:type="spellEnd"/>
      <w:r>
        <w:t xml:space="preserve"> </w:t>
      </w:r>
      <w:proofErr w:type="spellStart"/>
      <w:r>
        <w:t>dimanfaatkan</w:t>
      </w:r>
      <w:proofErr w:type="spellEnd"/>
      <w:r>
        <w:t xml:space="preserve"> </w:t>
      </w:r>
      <w:proofErr w:type="spellStart"/>
      <w:r>
        <w:t>untuk</w:t>
      </w:r>
      <w:proofErr w:type="spellEnd"/>
      <w:r>
        <w:t xml:space="preserve"> </w:t>
      </w:r>
      <w:proofErr w:type="spellStart"/>
      <w:r>
        <w:t>kegiatan</w:t>
      </w:r>
      <w:proofErr w:type="spellEnd"/>
      <w:r>
        <w:t xml:space="preserve"> yang </w:t>
      </w:r>
      <w:proofErr w:type="spellStart"/>
      <w:r>
        <w:t>mendukung</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atau</w:t>
      </w:r>
      <w:proofErr w:type="spellEnd"/>
      <w:r>
        <w:t xml:space="preserve"> </w:t>
      </w:r>
      <w:proofErr w:type="spellStart"/>
      <w:r>
        <w:t>aktivitas</w:t>
      </w:r>
      <w:proofErr w:type="spellEnd"/>
      <w:r>
        <w:t xml:space="preserve"> </w:t>
      </w:r>
      <w:proofErr w:type="spellStart"/>
      <w:r>
        <w:t>produktif</w:t>
      </w:r>
      <w:proofErr w:type="spellEnd"/>
      <w:r>
        <w:t xml:space="preserve"> </w:t>
      </w:r>
      <w:proofErr w:type="spellStart"/>
      <w:r>
        <w:t>lainnya</w:t>
      </w:r>
      <w:proofErr w:type="spellEnd"/>
      <w:r>
        <w:t xml:space="preserve">, </w:t>
      </w:r>
      <w:proofErr w:type="spellStart"/>
      <w:r>
        <w:t>seperti</w:t>
      </w:r>
      <w:proofErr w:type="spellEnd"/>
      <w:r>
        <w:t xml:space="preserve"> </w:t>
      </w:r>
      <w:proofErr w:type="spellStart"/>
      <w:r>
        <w:t>pelatihan</w:t>
      </w:r>
      <w:proofErr w:type="spellEnd"/>
      <w:r>
        <w:t xml:space="preserve"> </w:t>
      </w:r>
      <w:proofErr w:type="spellStart"/>
      <w:r>
        <w:t>daur</w:t>
      </w:r>
      <w:proofErr w:type="spellEnd"/>
      <w:r>
        <w:t xml:space="preserve"> </w:t>
      </w:r>
      <w:proofErr w:type="spellStart"/>
      <w:r>
        <w:t>ulang</w:t>
      </w:r>
      <w:proofErr w:type="spellEnd"/>
      <w:r>
        <w:t xml:space="preserve"> </w:t>
      </w:r>
      <w:proofErr w:type="spellStart"/>
      <w:r>
        <w:t>sampah</w:t>
      </w:r>
      <w:proofErr w:type="spellEnd"/>
      <w:r>
        <w:t xml:space="preserve"> </w:t>
      </w:r>
      <w:proofErr w:type="spellStart"/>
      <w:r>
        <w:t>atau</w:t>
      </w:r>
      <w:proofErr w:type="spellEnd"/>
      <w:r>
        <w:t xml:space="preserve"> </w:t>
      </w:r>
      <w:proofErr w:type="spellStart"/>
      <w:r>
        <w:t>pengelolaan</w:t>
      </w:r>
      <w:proofErr w:type="spellEnd"/>
      <w:r>
        <w:t xml:space="preserve"> </w:t>
      </w:r>
      <w:proofErr w:type="spellStart"/>
      <w:r>
        <w:t>limbah</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namun</w:t>
      </w:r>
      <w:proofErr w:type="spellEnd"/>
      <w:r>
        <w:t xml:space="preserve"> </w:t>
      </w:r>
      <w:proofErr w:type="spellStart"/>
      <w:r>
        <w:t>kurangnya</w:t>
      </w:r>
      <w:proofErr w:type="spellEnd"/>
      <w:r>
        <w:t xml:space="preserve"> </w:t>
      </w:r>
      <w:proofErr w:type="spellStart"/>
      <w:r>
        <w:t>inisiatif</w:t>
      </w:r>
      <w:proofErr w:type="spellEnd"/>
      <w:r>
        <w:t xml:space="preserve"> dan </w:t>
      </w:r>
      <w:proofErr w:type="spellStart"/>
      <w:r>
        <w:t>arahan</w:t>
      </w:r>
      <w:proofErr w:type="spellEnd"/>
      <w:r>
        <w:t xml:space="preserve"> </w:t>
      </w:r>
      <w:proofErr w:type="spellStart"/>
      <w:r>
        <w:t>menjadi</w:t>
      </w:r>
      <w:proofErr w:type="spellEnd"/>
      <w:r>
        <w:t xml:space="preserve"> </w:t>
      </w:r>
      <w:proofErr w:type="spellStart"/>
      <w:r>
        <w:t>kendala</w:t>
      </w:r>
      <w:proofErr w:type="spellEnd"/>
      <w:r>
        <w:t xml:space="preserve"> </w:t>
      </w:r>
      <w:proofErr w:type="spellStart"/>
      <w:r>
        <w:t>sehingga</w:t>
      </w:r>
      <w:proofErr w:type="spellEnd"/>
      <w:r>
        <w:t xml:space="preserve"> </w:t>
      </w:r>
      <w:proofErr w:type="spellStart"/>
      <w:r>
        <w:t>waktu</w:t>
      </w:r>
      <w:proofErr w:type="spellEnd"/>
      <w:r>
        <w:t xml:space="preserve"> </w:t>
      </w:r>
      <w:proofErr w:type="spellStart"/>
      <w:r>
        <w:t>luang</w:t>
      </w:r>
      <w:proofErr w:type="spellEnd"/>
      <w:r>
        <w:t xml:space="preserve"> </w:t>
      </w:r>
      <w:proofErr w:type="spellStart"/>
      <w:r>
        <w:t>tersebut</w:t>
      </w:r>
      <w:proofErr w:type="spellEnd"/>
      <w:r>
        <w:t xml:space="preserve"> </w:t>
      </w:r>
      <w:proofErr w:type="spellStart"/>
      <w:r>
        <w:t>belum</w:t>
      </w:r>
      <w:proofErr w:type="spellEnd"/>
      <w:r>
        <w:t xml:space="preserve"> </w:t>
      </w:r>
      <w:proofErr w:type="spellStart"/>
      <w:r>
        <w:t>dimanfaatkan</w:t>
      </w:r>
      <w:proofErr w:type="spellEnd"/>
      <w:r>
        <w:t xml:space="preserve"> </w:t>
      </w:r>
      <w:proofErr w:type="spellStart"/>
      <w:r>
        <w:t>secara</w:t>
      </w:r>
      <w:proofErr w:type="spellEnd"/>
      <w:r>
        <w:t xml:space="preserve"> optimal. </w:t>
      </w: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peluang</w:t>
      </w:r>
      <w:proofErr w:type="spellEnd"/>
      <w:r>
        <w:t xml:space="preserve"> </w:t>
      </w:r>
      <w:proofErr w:type="spellStart"/>
      <w:r>
        <w:t>bagi</w:t>
      </w:r>
      <w:proofErr w:type="spellEnd"/>
      <w:r>
        <w:t xml:space="preserve"> program </w:t>
      </w:r>
      <w:proofErr w:type="spellStart"/>
      <w:r>
        <w:t>pemberdayaan</w:t>
      </w:r>
      <w:proofErr w:type="spellEnd"/>
      <w:r>
        <w:t xml:space="preserve"> </w:t>
      </w:r>
      <w:proofErr w:type="spellStart"/>
      <w:r>
        <w:t>masyarakat</w:t>
      </w:r>
      <w:proofErr w:type="spellEnd"/>
      <w:r>
        <w:t xml:space="preserve"> yang </w:t>
      </w:r>
      <w:proofErr w:type="spellStart"/>
      <w:r>
        <w:t>dirancang</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waktu</w:t>
      </w:r>
      <w:proofErr w:type="spellEnd"/>
      <w:r>
        <w:t xml:space="preserve"> </w:t>
      </w:r>
      <w:proofErr w:type="spellStart"/>
      <w:r>
        <w:t>luang</w:t>
      </w:r>
      <w:proofErr w:type="spellEnd"/>
      <w:r>
        <w:t xml:space="preserve"> </w:t>
      </w:r>
      <w:proofErr w:type="spellStart"/>
      <w:r>
        <w:t>warga</w:t>
      </w:r>
      <w:proofErr w:type="spellEnd"/>
      <w:r>
        <w:t>.</w:t>
      </w:r>
    </w:p>
    <w:p w14:paraId="4DEFD8DA" w14:textId="77777777" w:rsidR="008D55E6" w:rsidRDefault="008D55E6" w:rsidP="008D55E6">
      <w:pPr>
        <w:spacing w:after="0" w:line="240" w:lineRule="auto"/>
        <w:rPr>
          <w:b/>
          <w:i/>
        </w:rPr>
      </w:pPr>
    </w:p>
    <w:p w14:paraId="46CE74B7" w14:textId="24A7A19D" w:rsidR="0054582D" w:rsidRDefault="00000000" w:rsidP="008D55E6">
      <w:pPr>
        <w:spacing w:after="0" w:line="240" w:lineRule="auto"/>
        <w:rPr>
          <w:b/>
          <w:i/>
        </w:rPr>
      </w:pPr>
      <w:r>
        <w:rPr>
          <w:b/>
          <w:i/>
        </w:rPr>
        <w:t xml:space="preserve">Diagram </w:t>
      </w:r>
      <w:proofErr w:type="spellStart"/>
      <w:r>
        <w:rPr>
          <w:b/>
          <w:i/>
        </w:rPr>
        <w:t>Masalah</w:t>
      </w:r>
      <w:proofErr w:type="spellEnd"/>
      <w:r>
        <w:rPr>
          <w:b/>
          <w:i/>
        </w:rPr>
        <w:t xml:space="preserve"> dan </w:t>
      </w:r>
      <w:proofErr w:type="spellStart"/>
      <w:r>
        <w:rPr>
          <w:b/>
          <w:i/>
        </w:rPr>
        <w:t>Potensi</w:t>
      </w:r>
      <w:proofErr w:type="spellEnd"/>
    </w:p>
    <w:p w14:paraId="3951FB01" w14:textId="77777777" w:rsidR="008D55E6" w:rsidRDefault="008D55E6" w:rsidP="008D55E6">
      <w:pPr>
        <w:spacing w:after="0" w:line="240" w:lineRule="auto"/>
        <w:rPr>
          <w:b/>
          <w:i/>
        </w:rPr>
      </w:pPr>
    </w:p>
    <w:p w14:paraId="50582959" w14:textId="61371FBC" w:rsidR="008D55E6" w:rsidRDefault="008D55E6" w:rsidP="008D55E6">
      <w:pPr>
        <w:spacing w:after="0" w:line="240" w:lineRule="auto"/>
      </w:pPr>
      <w:r>
        <w:rPr>
          <w:b/>
          <w:sz w:val="20"/>
        </w:rPr>
        <w:t xml:space="preserve">Gambar 4. Diagram </w:t>
      </w:r>
      <w:proofErr w:type="spellStart"/>
      <w:r>
        <w:rPr>
          <w:b/>
          <w:sz w:val="20"/>
        </w:rPr>
        <w:t>Masalah</w:t>
      </w:r>
      <w:proofErr w:type="spellEnd"/>
      <w:r>
        <w:rPr>
          <w:b/>
          <w:sz w:val="20"/>
        </w:rPr>
        <w:t xml:space="preserve"> dan </w:t>
      </w:r>
      <w:proofErr w:type="spellStart"/>
      <w:r>
        <w:rPr>
          <w:b/>
          <w:sz w:val="20"/>
        </w:rPr>
        <w:t>Potensi</w:t>
      </w:r>
      <w:proofErr w:type="spellEnd"/>
      <w:r>
        <w:rPr>
          <w:b/>
          <w:sz w:val="20"/>
        </w:rPr>
        <w:t xml:space="preserve"> RW 08, </w:t>
      </w:r>
      <w:proofErr w:type="spellStart"/>
      <w:r>
        <w:rPr>
          <w:b/>
          <w:sz w:val="20"/>
        </w:rPr>
        <w:t>Desa</w:t>
      </w:r>
      <w:proofErr w:type="spellEnd"/>
      <w:r>
        <w:rPr>
          <w:b/>
          <w:sz w:val="20"/>
        </w:rPr>
        <w:t xml:space="preserve"> </w:t>
      </w:r>
      <w:proofErr w:type="spellStart"/>
      <w:r>
        <w:rPr>
          <w:b/>
          <w:sz w:val="20"/>
        </w:rPr>
        <w:t>Bojong</w:t>
      </w:r>
      <w:proofErr w:type="spellEnd"/>
    </w:p>
    <w:p w14:paraId="79606A78" w14:textId="77777777" w:rsidR="0054582D" w:rsidRDefault="00000000" w:rsidP="00240711">
      <w:pPr>
        <w:spacing w:after="0" w:line="240" w:lineRule="auto"/>
      </w:pPr>
      <w:r>
        <w:rPr>
          <w:noProof/>
        </w:rPr>
        <w:drawing>
          <wp:inline distT="0" distB="0" distL="0" distR="0" wp14:anchorId="42A1F248" wp14:editId="59D87E2F">
            <wp:extent cx="2651760" cy="22007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pic:nvPicPr>
                  <pic:blipFill>
                    <a:blip r:embed="rId14"/>
                    <a:stretch>
                      <a:fillRect/>
                    </a:stretch>
                  </pic:blipFill>
                  <pic:spPr>
                    <a:xfrm>
                      <a:off x="0" y="0"/>
                      <a:ext cx="2651760" cy="2200781"/>
                    </a:xfrm>
                    <a:prstGeom prst="rect">
                      <a:avLst/>
                    </a:prstGeom>
                  </pic:spPr>
                </pic:pic>
              </a:graphicData>
            </a:graphic>
          </wp:inline>
        </w:drawing>
      </w:r>
    </w:p>
    <w:p w14:paraId="1C793154" w14:textId="77777777" w:rsidR="0054582D" w:rsidRDefault="00000000" w:rsidP="008D55E6">
      <w:pPr>
        <w:spacing w:after="0" w:line="240" w:lineRule="auto"/>
      </w:pPr>
      <w:proofErr w:type="spellStart"/>
      <w:r>
        <w:rPr>
          <w:i/>
          <w:sz w:val="20"/>
        </w:rPr>
        <w:t>Sumber</w:t>
      </w:r>
      <w:proofErr w:type="spellEnd"/>
      <w:r>
        <w:rPr>
          <w:i/>
          <w:sz w:val="20"/>
        </w:rPr>
        <w:t xml:space="preserve">: </w:t>
      </w:r>
      <w:proofErr w:type="spellStart"/>
      <w:r>
        <w:rPr>
          <w:i/>
          <w:sz w:val="20"/>
        </w:rPr>
        <w:t>Penelitian</w:t>
      </w:r>
      <w:proofErr w:type="spellEnd"/>
      <w:r>
        <w:rPr>
          <w:i/>
          <w:sz w:val="20"/>
        </w:rPr>
        <w:t>, 2019</w:t>
      </w:r>
    </w:p>
    <w:p w14:paraId="66D95AA5" w14:textId="77777777" w:rsidR="008D55E6" w:rsidRDefault="008D55E6" w:rsidP="00B81EDD">
      <w:pPr>
        <w:spacing w:after="0" w:line="240" w:lineRule="auto"/>
        <w:jc w:val="both"/>
      </w:pPr>
    </w:p>
    <w:p w14:paraId="706628C0" w14:textId="335534DA" w:rsidR="0054582D" w:rsidRDefault="00000000" w:rsidP="00B81EDD">
      <w:pPr>
        <w:spacing w:after="0" w:line="240" w:lineRule="auto"/>
        <w:jc w:val="both"/>
      </w:pPr>
      <w:proofErr w:type="spellStart"/>
      <w:r>
        <w:t>Identifikasi</w:t>
      </w:r>
      <w:proofErr w:type="spellEnd"/>
      <w:r>
        <w:t xml:space="preserve"> </w:t>
      </w:r>
      <w:proofErr w:type="spellStart"/>
      <w:r>
        <w:t>masalah</w:t>
      </w:r>
      <w:proofErr w:type="spellEnd"/>
      <w:r>
        <w:t xml:space="preserve"> dan </w:t>
      </w:r>
      <w:proofErr w:type="spellStart"/>
      <w:r>
        <w:t>potensi</w:t>
      </w:r>
      <w:proofErr w:type="spellEnd"/>
      <w:r>
        <w:t xml:space="preserve"> RW 08 </w:t>
      </w:r>
      <w:proofErr w:type="spellStart"/>
      <w:r>
        <w:t>menunjukkan</w:t>
      </w:r>
      <w:proofErr w:type="spellEnd"/>
      <w:r>
        <w:t xml:space="preserve"> </w:t>
      </w:r>
      <w:proofErr w:type="spellStart"/>
      <w:r>
        <w:t>bahwa</w:t>
      </w:r>
      <w:proofErr w:type="spellEnd"/>
      <w:r>
        <w:t xml:space="preserve"> wilayah </w:t>
      </w:r>
      <w:proofErr w:type="spellStart"/>
      <w:r>
        <w:t>ini</w:t>
      </w:r>
      <w:proofErr w:type="spellEnd"/>
      <w:r>
        <w:t xml:space="preserve"> </w:t>
      </w:r>
      <w:proofErr w:type="spellStart"/>
      <w:r>
        <w:t>memiliki</w:t>
      </w:r>
      <w:proofErr w:type="spellEnd"/>
      <w:r>
        <w:t xml:space="preserve"> </w:t>
      </w:r>
      <w:proofErr w:type="spellStart"/>
      <w:r>
        <w:t>berbagai</w:t>
      </w:r>
      <w:proofErr w:type="spellEnd"/>
      <w:r>
        <w:t xml:space="preserve"> </w:t>
      </w:r>
      <w:proofErr w:type="spellStart"/>
      <w:r>
        <w:t>kekuatan</w:t>
      </w:r>
      <w:proofErr w:type="spellEnd"/>
      <w:r>
        <w:t xml:space="preserve"> yang </w:t>
      </w:r>
      <w:proofErr w:type="spellStart"/>
      <w:r>
        <w:t>dapat</w:t>
      </w:r>
      <w:proofErr w:type="spellEnd"/>
      <w:r>
        <w:t xml:space="preserve"> </w:t>
      </w:r>
      <w:proofErr w:type="spellStart"/>
      <w:r>
        <w:t>dimanfaatkan</w:t>
      </w:r>
      <w:proofErr w:type="spellEnd"/>
      <w:r>
        <w:t xml:space="preserve">, </w:t>
      </w:r>
      <w:proofErr w:type="spellStart"/>
      <w:r>
        <w:t>seperti</w:t>
      </w:r>
      <w:proofErr w:type="spellEnd"/>
      <w:r>
        <w:t xml:space="preserve"> </w:t>
      </w:r>
      <w:proofErr w:type="spellStart"/>
      <w:r>
        <w:t>lahan</w:t>
      </w:r>
      <w:proofErr w:type="spellEnd"/>
      <w:r>
        <w:t xml:space="preserve"> </w:t>
      </w:r>
      <w:proofErr w:type="spellStart"/>
      <w:r>
        <w:t>pertanian</w:t>
      </w:r>
      <w:proofErr w:type="spellEnd"/>
      <w:r>
        <w:t xml:space="preserve"> yang </w:t>
      </w:r>
      <w:proofErr w:type="spellStart"/>
      <w:r>
        <w:t>luas</w:t>
      </w:r>
      <w:proofErr w:type="spellEnd"/>
      <w:r>
        <w:t xml:space="preserve">, </w:t>
      </w:r>
      <w:proofErr w:type="spellStart"/>
      <w:r>
        <w:t>jumlah</w:t>
      </w:r>
      <w:proofErr w:type="spellEnd"/>
      <w:r>
        <w:t xml:space="preserve"> </w:t>
      </w:r>
      <w:proofErr w:type="spellStart"/>
      <w:r>
        <w:t>usia</w:t>
      </w:r>
      <w:proofErr w:type="spellEnd"/>
      <w:r>
        <w:t xml:space="preserve"> </w:t>
      </w:r>
      <w:proofErr w:type="spellStart"/>
      <w:r>
        <w:t>produktif</w:t>
      </w:r>
      <w:proofErr w:type="spellEnd"/>
      <w:r>
        <w:t xml:space="preserve"> yang </w:t>
      </w:r>
      <w:proofErr w:type="spellStart"/>
      <w:r>
        <w:t>tinggi</w:t>
      </w:r>
      <w:proofErr w:type="spellEnd"/>
      <w:r>
        <w:t xml:space="preserve">, dan </w:t>
      </w:r>
      <w:proofErr w:type="spellStart"/>
      <w:r>
        <w:t>mulai</w:t>
      </w:r>
      <w:proofErr w:type="spellEnd"/>
      <w:r>
        <w:t xml:space="preserve"> </w:t>
      </w:r>
      <w:proofErr w:type="spellStart"/>
      <w:r>
        <w:t>berkembangnya</w:t>
      </w:r>
      <w:proofErr w:type="spellEnd"/>
      <w:r>
        <w:t xml:space="preserve"> </w:t>
      </w:r>
      <w:proofErr w:type="spellStart"/>
      <w:r>
        <w:t>usaha</w:t>
      </w:r>
      <w:proofErr w:type="spellEnd"/>
      <w:r>
        <w:t xml:space="preserve"> </w:t>
      </w:r>
      <w:proofErr w:type="spellStart"/>
      <w:r>
        <w:t>rumahan</w:t>
      </w:r>
      <w:proofErr w:type="spellEnd"/>
      <w:r>
        <w:t xml:space="preserve"> (home industry). </w:t>
      </w:r>
      <w:proofErr w:type="spellStart"/>
      <w:r>
        <w:t>Namun</w:t>
      </w:r>
      <w:proofErr w:type="spellEnd"/>
      <w:r>
        <w:t xml:space="preserve">, di </w:t>
      </w:r>
      <w:proofErr w:type="spellStart"/>
      <w:r>
        <w:t>sisi</w:t>
      </w:r>
      <w:proofErr w:type="spellEnd"/>
      <w:r>
        <w:t xml:space="preserve"> lain, RW 08 juga </w:t>
      </w:r>
      <w:proofErr w:type="spellStart"/>
      <w:r>
        <w:t>menghadapi</w:t>
      </w:r>
      <w:proofErr w:type="spellEnd"/>
      <w:r>
        <w:t xml:space="preserve"> </w:t>
      </w:r>
      <w:proofErr w:type="spellStart"/>
      <w:r>
        <w:t>berbagai</w:t>
      </w:r>
      <w:proofErr w:type="spellEnd"/>
      <w:r>
        <w:t xml:space="preserve"> </w:t>
      </w:r>
      <w:proofErr w:type="spellStart"/>
      <w:r>
        <w:t>tantangan</w:t>
      </w:r>
      <w:proofErr w:type="spellEnd"/>
      <w:r>
        <w:t xml:space="preserve"> </w:t>
      </w:r>
      <w:proofErr w:type="spellStart"/>
      <w:r>
        <w:t>serius</w:t>
      </w:r>
      <w:proofErr w:type="spellEnd"/>
      <w:r>
        <w:t xml:space="preserve">. </w:t>
      </w:r>
      <w:proofErr w:type="spellStart"/>
      <w:r>
        <w:t>Masalah</w:t>
      </w:r>
      <w:proofErr w:type="spellEnd"/>
      <w:r>
        <w:t xml:space="preserve"> </w:t>
      </w:r>
      <w:proofErr w:type="spellStart"/>
      <w:r>
        <w:t>utama</w:t>
      </w:r>
      <w:proofErr w:type="spellEnd"/>
      <w:r>
        <w:t xml:space="preserve"> yang </w:t>
      </w:r>
      <w:proofErr w:type="spellStart"/>
      <w:r>
        <w:t>dihadapi</w:t>
      </w:r>
      <w:proofErr w:type="spellEnd"/>
      <w:r>
        <w:t xml:space="preserve"> </w:t>
      </w:r>
      <w:proofErr w:type="spellStart"/>
      <w:r>
        <w:t>warga</w:t>
      </w:r>
      <w:proofErr w:type="spellEnd"/>
      <w:r>
        <w:t xml:space="preserve"> </w:t>
      </w:r>
      <w:proofErr w:type="spellStart"/>
      <w:r>
        <w:t>adalah</w:t>
      </w:r>
      <w:proofErr w:type="spellEnd"/>
      <w:r>
        <w:t xml:space="preserve"> </w:t>
      </w:r>
      <w:proofErr w:type="spellStart"/>
      <w:r>
        <w:t>terbatasnya</w:t>
      </w:r>
      <w:proofErr w:type="spellEnd"/>
      <w:r>
        <w:t xml:space="preserve"> </w:t>
      </w:r>
      <w:proofErr w:type="spellStart"/>
      <w:r>
        <w:t>lapangan</w:t>
      </w:r>
      <w:proofErr w:type="spellEnd"/>
      <w:r>
        <w:t xml:space="preserve"> </w:t>
      </w:r>
      <w:proofErr w:type="spellStart"/>
      <w:r>
        <w:t>pekerjaan</w:t>
      </w:r>
      <w:proofErr w:type="spellEnd"/>
      <w:r>
        <w:t xml:space="preserve">, yang </w:t>
      </w:r>
      <w:proofErr w:type="spellStart"/>
      <w:r>
        <w:t>mengakibatkan</w:t>
      </w:r>
      <w:proofErr w:type="spellEnd"/>
      <w:r>
        <w:t xml:space="preserve"> </w:t>
      </w:r>
      <w:proofErr w:type="spellStart"/>
      <w:r>
        <w:t>tingginya</w:t>
      </w:r>
      <w:proofErr w:type="spellEnd"/>
      <w:r>
        <w:t xml:space="preserve"> </w:t>
      </w:r>
      <w:proofErr w:type="spellStart"/>
      <w:r>
        <w:t>tingkat</w:t>
      </w:r>
      <w:proofErr w:type="spellEnd"/>
      <w:r>
        <w:t xml:space="preserve"> </w:t>
      </w:r>
      <w:proofErr w:type="spellStart"/>
      <w:r>
        <w:t>pengangguran</w:t>
      </w:r>
      <w:proofErr w:type="spellEnd"/>
      <w:r>
        <w:t xml:space="preserve"> dan </w:t>
      </w:r>
      <w:proofErr w:type="spellStart"/>
      <w:r>
        <w:t>kondisi</w:t>
      </w:r>
      <w:proofErr w:type="spellEnd"/>
      <w:r>
        <w:t xml:space="preserve"> </w:t>
      </w:r>
      <w:proofErr w:type="spellStart"/>
      <w:r>
        <w:t>ekonomi</w:t>
      </w:r>
      <w:proofErr w:type="spellEnd"/>
      <w:r>
        <w:t xml:space="preserve"> </w:t>
      </w:r>
      <w:proofErr w:type="spellStart"/>
      <w:r>
        <w:t>warga</w:t>
      </w:r>
      <w:proofErr w:type="spellEnd"/>
      <w:r>
        <w:t xml:space="preserve"> yang </w:t>
      </w:r>
      <w:proofErr w:type="spellStart"/>
      <w:r>
        <w:t>cenderung</w:t>
      </w:r>
      <w:proofErr w:type="spellEnd"/>
      <w:r>
        <w:t xml:space="preserve"> </w:t>
      </w:r>
      <w:proofErr w:type="spellStart"/>
      <w:r>
        <w:t>kurang</w:t>
      </w:r>
      <w:proofErr w:type="spellEnd"/>
      <w:r>
        <w:t xml:space="preserve"> </w:t>
      </w:r>
      <w:proofErr w:type="spellStart"/>
      <w:r>
        <w:t>stabil</w:t>
      </w:r>
      <w:proofErr w:type="spellEnd"/>
      <w:r>
        <w:t xml:space="preserve">. </w:t>
      </w:r>
      <w:proofErr w:type="spellStart"/>
      <w:r>
        <w:t>Selain</w:t>
      </w:r>
      <w:proofErr w:type="spellEnd"/>
      <w:r>
        <w:t xml:space="preserve"> </w:t>
      </w:r>
      <w:proofErr w:type="spellStart"/>
      <w:r>
        <w:t>itu</w:t>
      </w:r>
      <w:proofErr w:type="spellEnd"/>
      <w:r>
        <w:t xml:space="preserve">, </w:t>
      </w:r>
      <w:proofErr w:type="spellStart"/>
      <w:r>
        <w:t>sarana</w:t>
      </w:r>
      <w:proofErr w:type="spellEnd"/>
      <w:r>
        <w:t xml:space="preserve"> dan </w:t>
      </w:r>
      <w:proofErr w:type="spellStart"/>
      <w:r>
        <w:t>prasarana</w:t>
      </w:r>
      <w:proofErr w:type="spellEnd"/>
      <w:r>
        <w:t xml:space="preserve"> di RW 08 </w:t>
      </w:r>
      <w:proofErr w:type="spellStart"/>
      <w:r>
        <w:t>masih</w:t>
      </w:r>
      <w:proofErr w:type="spellEnd"/>
      <w:r>
        <w:t xml:space="preserve"> sangat minim, </w:t>
      </w:r>
      <w:proofErr w:type="spellStart"/>
      <w:r>
        <w:t>seperti</w:t>
      </w:r>
      <w:proofErr w:type="spellEnd"/>
      <w:r>
        <w:t xml:space="preserve"> </w:t>
      </w:r>
      <w:proofErr w:type="spellStart"/>
      <w:r>
        <w:t>jalan</w:t>
      </w:r>
      <w:proofErr w:type="spellEnd"/>
      <w:r>
        <w:t xml:space="preserve"> </w:t>
      </w:r>
      <w:proofErr w:type="spellStart"/>
      <w:r>
        <w:t>rusak</w:t>
      </w:r>
      <w:proofErr w:type="spellEnd"/>
      <w:r>
        <w:t xml:space="preserve"> dan </w:t>
      </w:r>
      <w:proofErr w:type="spellStart"/>
      <w:r>
        <w:t>tidak</w:t>
      </w:r>
      <w:proofErr w:type="spellEnd"/>
      <w:r>
        <w:t xml:space="preserve"> </w:t>
      </w:r>
      <w:proofErr w:type="spellStart"/>
      <w:r>
        <w:t>adanya</w:t>
      </w:r>
      <w:proofErr w:type="spellEnd"/>
      <w:r>
        <w:t xml:space="preserve"> </w:t>
      </w:r>
      <w:proofErr w:type="spellStart"/>
      <w:r>
        <w:t>penerangan</w:t>
      </w:r>
      <w:proofErr w:type="spellEnd"/>
      <w:r>
        <w:t xml:space="preserve"> </w:t>
      </w:r>
      <w:proofErr w:type="spellStart"/>
      <w:r>
        <w:t>jalan</w:t>
      </w:r>
      <w:proofErr w:type="spellEnd"/>
      <w:r>
        <w:t xml:space="preserve"> </w:t>
      </w:r>
      <w:proofErr w:type="spellStart"/>
      <w:r>
        <w:t>umum</w:t>
      </w:r>
      <w:proofErr w:type="spellEnd"/>
      <w:r>
        <w:t xml:space="preserve"> (PJU) di area </w:t>
      </w:r>
      <w:proofErr w:type="spellStart"/>
      <w:r>
        <w:t>tertentu</w:t>
      </w:r>
      <w:proofErr w:type="spellEnd"/>
      <w:r>
        <w:t xml:space="preserve">, </w:t>
      </w:r>
      <w:proofErr w:type="spellStart"/>
      <w:r>
        <w:t>termasuk</w:t>
      </w:r>
      <w:proofErr w:type="spellEnd"/>
      <w:r>
        <w:t xml:space="preserve"> di </w:t>
      </w:r>
      <w:proofErr w:type="spellStart"/>
      <w:r>
        <w:t>sekitar</w:t>
      </w:r>
      <w:proofErr w:type="spellEnd"/>
      <w:r>
        <w:t xml:space="preserve"> </w:t>
      </w:r>
      <w:proofErr w:type="spellStart"/>
      <w:r>
        <w:t>Tempat</w:t>
      </w:r>
      <w:proofErr w:type="spellEnd"/>
      <w:r>
        <w:t xml:space="preserve"> </w:t>
      </w:r>
      <w:proofErr w:type="spellStart"/>
      <w:r>
        <w:t>Pemakaman</w:t>
      </w:r>
      <w:proofErr w:type="spellEnd"/>
      <w:r>
        <w:t xml:space="preserve"> </w:t>
      </w:r>
      <w:proofErr w:type="spellStart"/>
      <w:r>
        <w:t>Umum</w:t>
      </w:r>
      <w:proofErr w:type="spellEnd"/>
      <w:r>
        <w:t xml:space="preserve"> (TPU), yang </w:t>
      </w:r>
      <w:proofErr w:type="spellStart"/>
      <w:r>
        <w:t>tidak</w:t>
      </w:r>
      <w:proofErr w:type="spellEnd"/>
      <w:r>
        <w:t xml:space="preserve"> </w:t>
      </w:r>
      <w:proofErr w:type="spellStart"/>
      <w:r>
        <w:t>hanya</w:t>
      </w:r>
      <w:proofErr w:type="spellEnd"/>
      <w:r>
        <w:t xml:space="preserve"> </w:t>
      </w:r>
      <w:proofErr w:type="spellStart"/>
      <w:r>
        <w:t>menghambat</w:t>
      </w:r>
      <w:proofErr w:type="spellEnd"/>
      <w:r>
        <w:t xml:space="preserve"> </w:t>
      </w:r>
      <w:proofErr w:type="spellStart"/>
      <w:r>
        <w:t>mobilitas</w:t>
      </w:r>
      <w:proofErr w:type="spellEnd"/>
      <w:r>
        <w:t xml:space="preserve"> </w:t>
      </w:r>
      <w:proofErr w:type="spellStart"/>
      <w:r>
        <w:t>warga</w:t>
      </w:r>
      <w:proofErr w:type="spellEnd"/>
      <w:r>
        <w:t xml:space="preserve"> </w:t>
      </w:r>
      <w:proofErr w:type="spellStart"/>
      <w:r>
        <w:t>tetapi</w:t>
      </w:r>
      <w:proofErr w:type="spellEnd"/>
      <w:r>
        <w:t xml:space="preserve"> juga </w:t>
      </w:r>
      <w:proofErr w:type="spellStart"/>
      <w:r>
        <w:t>menimbulkan</w:t>
      </w:r>
      <w:proofErr w:type="spellEnd"/>
      <w:r>
        <w:t xml:space="preserve"> </w:t>
      </w:r>
      <w:proofErr w:type="spellStart"/>
      <w:r>
        <w:t>potensi</w:t>
      </w:r>
      <w:proofErr w:type="spellEnd"/>
      <w:r>
        <w:t xml:space="preserve"> </w:t>
      </w:r>
      <w:proofErr w:type="spellStart"/>
      <w:r>
        <w:t>bahaya</w:t>
      </w:r>
      <w:proofErr w:type="spellEnd"/>
      <w:r>
        <w:t xml:space="preserve">, </w:t>
      </w:r>
      <w:proofErr w:type="spellStart"/>
      <w:r>
        <w:t>terutama</w:t>
      </w:r>
      <w:proofErr w:type="spellEnd"/>
      <w:r>
        <w:t xml:space="preserve"> di </w:t>
      </w:r>
      <w:proofErr w:type="spellStart"/>
      <w:r>
        <w:t>malam</w:t>
      </w:r>
      <w:proofErr w:type="spellEnd"/>
      <w:r>
        <w:t xml:space="preserve"> </w:t>
      </w:r>
      <w:proofErr w:type="spellStart"/>
      <w:r>
        <w:t>hari</w:t>
      </w:r>
      <w:proofErr w:type="spellEnd"/>
      <w:r>
        <w:t xml:space="preserve">. </w:t>
      </w:r>
      <w:proofErr w:type="spellStart"/>
      <w:r>
        <w:t>Masalah</w:t>
      </w:r>
      <w:proofErr w:type="spellEnd"/>
      <w:r>
        <w:t xml:space="preserve"> </w:t>
      </w:r>
      <w:proofErr w:type="spellStart"/>
      <w:r>
        <w:t>pengelolaan</w:t>
      </w:r>
      <w:proofErr w:type="spellEnd"/>
      <w:r>
        <w:t xml:space="preserve"> </w:t>
      </w:r>
      <w:proofErr w:type="spellStart"/>
      <w:r>
        <w:t>sampah</w:t>
      </w:r>
      <w:proofErr w:type="spellEnd"/>
      <w:r>
        <w:t xml:space="preserve"> </w:t>
      </w:r>
      <w:r>
        <w:lastRenderedPageBreak/>
        <w:t xml:space="preserve">juga </w:t>
      </w:r>
      <w:proofErr w:type="spellStart"/>
      <w:r>
        <w:t>menjadi</w:t>
      </w:r>
      <w:proofErr w:type="spellEnd"/>
      <w:r>
        <w:t xml:space="preserve"> </w:t>
      </w:r>
      <w:proofErr w:type="spellStart"/>
      <w:r>
        <w:t>persoalan</w:t>
      </w:r>
      <w:proofErr w:type="spellEnd"/>
      <w:r>
        <w:t xml:space="preserve"> </w:t>
      </w:r>
      <w:proofErr w:type="spellStart"/>
      <w:r>
        <w:t>serius</w:t>
      </w:r>
      <w:proofErr w:type="spellEnd"/>
      <w:r>
        <w:t xml:space="preserve"> yang </w:t>
      </w:r>
      <w:proofErr w:type="spellStart"/>
      <w:r>
        <w:t>belum</w:t>
      </w:r>
      <w:proofErr w:type="spellEnd"/>
      <w:r>
        <w:t xml:space="preserve"> </w:t>
      </w:r>
      <w:proofErr w:type="spellStart"/>
      <w:r>
        <w:t>teratasi</w:t>
      </w:r>
      <w:proofErr w:type="spellEnd"/>
      <w:r>
        <w:t xml:space="preserve"> </w:t>
      </w:r>
      <w:proofErr w:type="spellStart"/>
      <w:r>
        <w:t>hingga</w:t>
      </w:r>
      <w:proofErr w:type="spellEnd"/>
      <w:r>
        <w:t xml:space="preserve"> </w:t>
      </w:r>
      <w:proofErr w:type="spellStart"/>
      <w:r>
        <w:t>kini</w:t>
      </w:r>
      <w:proofErr w:type="spellEnd"/>
      <w:r>
        <w:t>.</w:t>
      </w:r>
    </w:p>
    <w:p w14:paraId="494474D4" w14:textId="77777777" w:rsidR="008D55E6" w:rsidRDefault="008D55E6" w:rsidP="00B81EDD">
      <w:pPr>
        <w:spacing w:after="0" w:line="240" w:lineRule="auto"/>
        <w:jc w:val="both"/>
      </w:pPr>
    </w:p>
    <w:p w14:paraId="1A36384D" w14:textId="77777777" w:rsidR="0054582D" w:rsidRDefault="00000000" w:rsidP="00B81EDD">
      <w:pPr>
        <w:spacing w:after="0" w:line="240" w:lineRule="auto"/>
      </w:pPr>
      <w:proofErr w:type="spellStart"/>
      <w:r>
        <w:rPr>
          <w:b/>
          <w:i/>
        </w:rPr>
        <w:t>Matriks</w:t>
      </w:r>
      <w:proofErr w:type="spellEnd"/>
      <w:r>
        <w:rPr>
          <w:b/>
          <w:i/>
        </w:rPr>
        <w:t xml:space="preserve"> Ranking</w:t>
      </w:r>
    </w:p>
    <w:p w14:paraId="2D1AA0D7" w14:textId="77777777" w:rsidR="0054582D" w:rsidRDefault="00000000" w:rsidP="00B81EDD">
      <w:pPr>
        <w:spacing w:after="0" w:line="240" w:lineRule="auto"/>
        <w:jc w:val="both"/>
      </w:pPr>
      <w:proofErr w:type="spellStart"/>
      <w:r>
        <w:t>Matriks</w:t>
      </w:r>
      <w:proofErr w:type="spellEnd"/>
      <w:r>
        <w:t xml:space="preserve"> ranking </w:t>
      </w:r>
      <w:proofErr w:type="spellStart"/>
      <w:r>
        <w:t>digunakan</w:t>
      </w:r>
      <w:proofErr w:type="spellEnd"/>
      <w:r>
        <w:t xml:space="preserve"> </w:t>
      </w:r>
      <w:proofErr w:type="spellStart"/>
      <w:r>
        <w:t>untuk</w:t>
      </w:r>
      <w:proofErr w:type="spellEnd"/>
      <w:r>
        <w:t xml:space="preserve"> </w:t>
      </w:r>
      <w:proofErr w:type="spellStart"/>
      <w:r>
        <w:t>memprioritaskan</w:t>
      </w:r>
      <w:proofErr w:type="spellEnd"/>
      <w:r>
        <w:t xml:space="preserve"> </w:t>
      </w:r>
      <w:proofErr w:type="spellStart"/>
      <w:r>
        <w:t>permasalahan</w:t>
      </w:r>
      <w:proofErr w:type="spellEnd"/>
      <w:r>
        <w:t xml:space="preserve"> </w:t>
      </w:r>
      <w:proofErr w:type="spellStart"/>
      <w:r>
        <w:t>berdasarkan</w:t>
      </w:r>
      <w:proofErr w:type="spellEnd"/>
      <w:r>
        <w:t xml:space="preserve"> </w:t>
      </w:r>
      <w:proofErr w:type="spellStart"/>
      <w:r>
        <w:t>intensitas</w:t>
      </w:r>
      <w:proofErr w:type="spellEnd"/>
      <w:r>
        <w:t xml:space="preserve"> dan </w:t>
      </w:r>
      <w:proofErr w:type="spellStart"/>
      <w:r>
        <w:t>dampaknya</w:t>
      </w:r>
      <w:proofErr w:type="spellEnd"/>
      <w:r>
        <w:t xml:space="preserve"> </w:t>
      </w:r>
      <w:proofErr w:type="spellStart"/>
      <w:r>
        <w:t>terhadap</w:t>
      </w:r>
      <w:proofErr w:type="spellEnd"/>
      <w:r>
        <w:t xml:space="preserve"> </w:t>
      </w:r>
      <w:proofErr w:type="spellStart"/>
      <w:r>
        <w:t>kehidupan</w:t>
      </w:r>
      <w:proofErr w:type="spellEnd"/>
      <w:r>
        <w:t xml:space="preserve"> </w:t>
      </w:r>
      <w:proofErr w:type="spellStart"/>
      <w:r>
        <w:t>warga</w:t>
      </w:r>
      <w:proofErr w:type="spellEnd"/>
      <w:r>
        <w:t xml:space="preserve"> RW 08. Dari </w:t>
      </w:r>
      <w:proofErr w:type="spellStart"/>
      <w:r>
        <w:t>hasil</w:t>
      </w:r>
      <w:proofErr w:type="spellEnd"/>
      <w:r>
        <w:t xml:space="preserve"> </w:t>
      </w:r>
      <w:proofErr w:type="spellStart"/>
      <w:r>
        <w:t>matriks</w:t>
      </w:r>
      <w:proofErr w:type="spellEnd"/>
      <w:r>
        <w:t xml:space="preserve">, </w:t>
      </w:r>
      <w:proofErr w:type="spellStart"/>
      <w:r>
        <w:t>sampah</w:t>
      </w:r>
      <w:proofErr w:type="spellEnd"/>
      <w:r>
        <w:t xml:space="preserve"> </w:t>
      </w:r>
      <w:proofErr w:type="spellStart"/>
      <w:r>
        <w:t>dinilai</w:t>
      </w:r>
      <w:proofErr w:type="spellEnd"/>
      <w:r>
        <w:t xml:space="preserve"> </w:t>
      </w:r>
      <w:proofErr w:type="spellStart"/>
      <w:r>
        <w:t>sebagai</w:t>
      </w:r>
      <w:proofErr w:type="spellEnd"/>
      <w:r>
        <w:t xml:space="preserve"> </w:t>
      </w:r>
      <w:proofErr w:type="spellStart"/>
      <w:r>
        <w:t>masalah</w:t>
      </w:r>
      <w:proofErr w:type="spellEnd"/>
      <w:r>
        <w:t xml:space="preserve"> </w:t>
      </w:r>
      <w:proofErr w:type="spellStart"/>
      <w:r>
        <w:t>utama</w:t>
      </w:r>
      <w:proofErr w:type="spellEnd"/>
      <w:r>
        <w:t xml:space="preserve"> </w:t>
      </w:r>
      <w:proofErr w:type="spellStart"/>
      <w:r>
        <w:t>dengan</w:t>
      </w:r>
      <w:proofErr w:type="spellEnd"/>
      <w:r>
        <w:t xml:space="preserve"> </w:t>
      </w:r>
      <w:proofErr w:type="spellStart"/>
      <w:r>
        <w:t>nilai</w:t>
      </w:r>
      <w:proofErr w:type="spellEnd"/>
      <w:r>
        <w:t xml:space="preserve"> </w:t>
      </w:r>
      <w:proofErr w:type="spellStart"/>
      <w:r>
        <w:t>tertinggi</w:t>
      </w:r>
      <w:proofErr w:type="spellEnd"/>
      <w:r>
        <w:t xml:space="preserve">, </w:t>
      </w:r>
      <w:proofErr w:type="spellStart"/>
      <w:r>
        <w:t>mengungguli</w:t>
      </w:r>
      <w:proofErr w:type="spellEnd"/>
      <w:r>
        <w:t xml:space="preserve"> </w:t>
      </w:r>
      <w:proofErr w:type="spellStart"/>
      <w:r>
        <w:t>isu</w:t>
      </w:r>
      <w:proofErr w:type="spellEnd"/>
      <w:r>
        <w:t xml:space="preserve"> </w:t>
      </w:r>
      <w:proofErr w:type="spellStart"/>
      <w:r>
        <w:t>lainnya</w:t>
      </w:r>
      <w:proofErr w:type="spellEnd"/>
      <w:r>
        <w:t xml:space="preserve"> </w:t>
      </w:r>
      <w:proofErr w:type="spellStart"/>
      <w:r>
        <w:t>seperti</w:t>
      </w:r>
      <w:proofErr w:type="spellEnd"/>
      <w:r>
        <w:t xml:space="preserve"> </w:t>
      </w:r>
      <w:proofErr w:type="spellStart"/>
      <w:r>
        <w:t>pengangguran</w:t>
      </w:r>
      <w:proofErr w:type="spellEnd"/>
      <w:r>
        <w:t xml:space="preserve">, </w:t>
      </w:r>
      <w:proofErr w:type="spellStart"/>
      <w:r>
        <w:t>kondisi</w:t>
      </w:r>
      <w:proofErr w:type="spellEnd"/>
      <w:r>
        <w:t xml:space="preserve"> </w:t>
      </w:r>
      <w:proofErr w:type="spellStart"/>
      <w:r>
        <w:t>ekonomi</w:t>
      </w:r>
      <w:proofErr w:type="spellEnd"/>
      <w:r>
        <w:t xml:space="preserve">, </w:t>
      </w:r>
      <w:proofErr w:type="spellStart"/>
      <w:r>
        <w:t>kurangnya</w:t>
      </w:r>
      <w:proofErr w:type="spellEnd"/>
      <w:r>
        <w:t xml:space="preserve"> </w:t>
      </w:r>
      <w:proofErr w:type="spellStart"/>
      <w:r>
        <w:t>sarana</w:t>
      </w:r>
      <w:proofErr w:type="spellEnd"/>
      <w:r>
        <w:t xml:space="preserve"> dan </w:t>
      </w:r>
      <w:proofErr w:type="spellStart"/>
      <w:r>
        <w:t>prasarana</w:t>
      </w:r>
      <w:proofErr w:type="spellEnd"/>
      <w:r>
        <w:t xml:space="preserve">, </w:t>
      </w:r>
      <w:proofErr w:type="spellStart"/>
      <w:r>
        <w:t>serta</w:t>
      </w:r>
      <w:proofErr w:type="spellEnd"/>
      <w:r>
        <w:t xml:space="preserve"> </w:t>
      </w:r>
      <w:proofErr w:type="spellStart"/>
      <w:r>
        <w:t>keterbatasan</w:t>
      </w:r>
      <w:proofErr w:type="spellEnd"/>
      <w:r>
        <w:t xml:space="preserve"> </w:t>
      </w:r>
      <w:proofErr w:type="spellStart"/>
      <w:r>
        <w:t>pengetahuan</w:t>
      </w:r>
      <w:proofErr w:type="spellEnd"/>
      <w:r>
        <w:t xml:space="preserve"> </w:t>
      </w:r>
      <w:proofErr w:type="spellStart"/>
      <w:r>
        <w:t>masyarakat</w:t>
      </w:r>
      <w:proofErr w:type="spellEnd"/>
      <w:r>
        <w:t xml:space="preserve">. </w:t>
      </w:r>
      <w:proofErr w:type="spellStart"/>
      <w:r>
        <w:t>Masalah</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sebenarnya</w:t>
      </w:r>
      <w:proofErr w:type="spellEnd"/>
      <w:r>
        <w:t xml:space="preserve"> </w:t>
      </w:r>
      <w:proofErr w:type="spellStart"/>
      <w:r>
        <w:t>pernah</w:t>
      </w:r>
      <w:proofErr w:type="spellEnd"/>
      <w:r>
        <w:t xml:space="preserve"> </w:t>
      </w:r>
      <w:proofErr w:type="spellStart"/>
      <w:r>
        <w:t>diatasi</w:t>
      </w:r>
      <w:proofErr w:type="spellEnd"/>
      <w:r>
        <w:t xml:space="preserve"> </w:t>
      </w:r>
      <w:proofErr w:type="spellStart"/>
      <w:r>
        <w:t>melalui</w:t>
      </w:r>
      <w:proofErr w:type="spellEnd"/>
      <w:r>
        <w:t xml:space="preserve"> program </w:t>
      </w:r>
      <w:proofErr w:type="spellStart"/>
      <w:r>
        <w:t>pengangkutan</w:t>
      </w:r>
      <w:proofErr w:type="spellEnd"/>
      <w:r>
        <w:t xml:space="preserve"> </w:t>
      </w:r>
      <w:proofErr w:type="spellStart"/>
      <w:r>
        <w:t>sampah</w:t>
      </w:r>
      <w:proofErr w:type="spellEnd"/>
      <w:r>
        <w:t xml:space="preserve"> </w:t>
      </w:r>
      <w:proofErr w:type="spellStart"/>
      <w:r>
        <w:t>harian</w:t>
      </w:r>
      <w:proofErr w:type="spellEnd"/>
      <w:r>
        <w:t xml:space="preserve"> oleh </w:t>
      </w:r>
      <w:proofErr w:type="spellStart"/>
      <w:r>
        <w:t>warga</w:t>
      </w:r>
      <w:proofErr w:type="spellEnd"/>
      <w:r>
        <w:t xml:space="preserve"> </w:t>
      </w:r>
      <w:proofErr w:type="spellStart"/>
      <w:r>
        <w:t>setempat</w:t>
      </w:r>
      <w:proofErr w:type="spellEnd"/>
      <w:r>
        <w:t xml:space="preserve">, </w:t>
      </w:r>
      <w:proofErr w:type="spellStart"/>
      <w:r>
        <w:t>namun</w:t>
      </w:r>
      <w:proofErr w:type="spellEnd"/>
      <w:r>
        <w:t xml:space="preserve"> </w:t>
      </w:r>
      <w:proofErr w:type="spellStart"/>
      <w:r>
        <w:t>keberatan</w:t>
      </w:r>
      <w:proofErr w:type="spellEnd"/>
      <w:r>
        <w:t xml:space="preserve"> </w:t>
      </w:r>
      <w:proofErr w:type="spellStart"/>
      <w:r>
        <w:t>warga</w:t>
      </w:r>
      <w:proofErr w:type="spellEnd"/>
      <w:r>
        <w:t xml:space="preserve"> </w:t>
      </w:r>
      <w:proofErr w:type="spellStart"/>
      <w:r>
        <w:t>membayar</w:t>
      </w:r>
      <w:proofErr w:type="spellEnd"/>
      <w:r>
        <w:t xml:space="preserve"> </w:t>
      </w:r>
      <w:proofErr w:type="spellStart"/>
      <w:r>
        <w:t>iuran</w:t>
      </w:r>
      <w:proofErr w:type="spellEnd"/>
      <w:r>
        <w:t xml:space="preserve"> </w:t>
      </w:r>
      <w:proofErr w:type="spellStart"/>
      <w:r>
        <w:t>kebersihan</w:t>
      </w:r>
      <w:proofErr w:type="spellEnd"/>
      <w:r>
        <w:t xml:space="preserve"> </w:t>
      </w:r>
      <w:proofErr w:type="spellStart"/>
      <w:r>
        <w:t>menyebabkan</w:t>
      </w:r>
      <w:proofErr w:type="spellEnd"/>
      <w:r>
        <w:t xml:space="preserve"> program </w:t>
      </w:r>
      <w:proofErr w:type="spellStart"/>
      <w:r>
        <w:t>tersebut</w:t>
      </w:r>
      <w:proofErr w:type="spellEnd"/>
      <w:r>
        <w:t xml:space="preserve"> </w:t>
      </w:r>
      <w:proofErr w:type="spellStart"/>
      <w:r>
        <w:t>tidak</w:t>
      </w:r>
      <w:proofErr w:type="spellEnd"/>
      <w:r>
        <w:t xml:space="preserve"> </w:t>
      </w:r>
      <w:proofErr w:type="spellStart"/>
      <w:r>
        <w:t>berlanjut</w:t>
      </w:r>
      <w:proofErr w:type="spellEnd"/>
      <w:r>
        <w:t xml:space="preserve">. Hal </w:t>
      </w:r>
      <w:proofErr w:type="spellStart"/>
      <w:r>
        <w:t>ini</w:t>
      </w:r>
      <w:proofErr w:type="spellEnd"/>
      <w:r>
        <w:t xml:space="preserve"> </w:t>
      </w:r>
      <w:proofErr w:type="spellStart"/>
      <w:r>
        <w:t>menegaskan</w:t>
      </w:r>
      <w:proofErr w:type="spellEnd"/>
      <w:r>
        <w:t xml:space="preserve"> </w:t>
      </w:r>
      <w:proofErr w:type="spellStart"/>
      <w:r>
        <w:t>perlunya</w:t>
      </w:r>
      <w:proofErr w:type="spellEnd"/>
      <w:r>
        <w:t xml:space="preserve"> </w:t>
      </w:r>
      <w:proofErr w:type="spellStart"/>
      <w:r>
        <w:t>solusi</w:t>
      </w:r>
      <w:proofErr w:type="spellEnd"/>
      <w:r>
        <w:t xml:space="preserve"> yang </w:t>
      </w:r>
      <w:proofErr w:type="spellStart"/>
      <w:r>
        <w:t>lebih</w:t>
      </w:r>
      <w:proofErr w:type="spellEnd"/>
      <w:r>
        <w:t xml:space="preserve"> </w:t>
      </w:r>
      <w:proofErr w:type="spellStart"/>
      <w:r>
        <w:t>inovatif</w:t>
      </w:r>
      <w:proofErr w:type="spellEnd"/>
      <w:r>
        <w:t xml:space="preserve"> dan </w:t>
      </w:r>
      <w:proofErr w:type="spellStart"/>
      <w:r>
        <w:t>melibatkan</w:t>
      </w:r>
      <w:proofErr w:type="spellEnd"/>
      <w:r>
        <w:t xml:space="preserve"> </w:t>
      </w:r>
      <w:proofErr w:type="spellStart"/>
      <w:r>
        <w:t>partisipasi</w:t>
      </w:r>
      <w:proofErr w:type="spellEnd"/>
      <w:r>
        <w:t xml:space="preserve"> </w:t>
      </w:r>
      <w:proofErr w:type="spellStart"/>
      <w:r>
        <w:t>masyarakat</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misalnya</w:t>
      </w:r>
      <w:proofErr w:type="spellEnd"/>
      <w:r>
        <w:t xml:space="preserve"> </w:t>
      </w:r>
      <w:proofErr w:type="spellStart"/>
      <w:r>
        <w:t>melalui</w:t>
      </w:r>
      <w:proofErr w:type="spellEnd"/>
      <w:r>
        <w:t xml:space="preserve"> </w:t>
      </w:r>
      <w:proofErr w:type="spellStart"/>
      <w:r>
        <w:t>pelibatan</w:t>
      </w:r>
      <w:proofErr w:type="spellEnd"/>
      <w:r>
        <w:t xml:space="preserve"> </w:t>
      </w:r>
      <w:proofErr w:type="spellStart"/>
      <w:r>
        <w:t>lembaga</w:t>
      </w:r>
      <w:proofErr w:type="spellEnd"/>
      <w:r>
        <w:t xml:space="preserve"> </w:t>
      </w:r>
      <w:proofErr w:type="spellStart"/>
      <w:r>
        <w:t>terkait</w:t>
      </w:r>
      <w:proofErr w:type="spellEnd"/>
      <w:r>
        <w:t xml:space="preserve"> </w:t>
      </w:r>
      <w:proofErr w:type="spellStart"/>
      <w:r>
        <w:t>atau</w:t>
      </w:r>
      <w:proofErr w:type="spellEnd"/>
      <w:r>
        <w:t xml:space="preserve"> </w:t>
      </w:r>
      <w:proofErr w:type="spellStart"/>
      <w:r>
        <w:t>penerapan</w:t>
      </w:r>
      <w:proofErr w:type="spellEnd"/>
      <w:r>
        <w:t xml:space="preserve"> </w:t>
      </w:r>
      <w:proofErr w:type="spellStart"/>
      <w:r>
        <w:t>sistem</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berbasis</w:t>
      </w:r>
      <w:proofErr w:type="spellEnd"/>
      <w:r>
        <w:t xml:space="preserve"> </w:t>
      </w:r>
      <w:proofErr w:type="spellStart"/>
      <w:r>
        <w:t>komunitas</w:t>
      </w:r>
      <w:proofErr w:type="spellEnd"/>
      <w:r>
        <w:t>.</w:t>
      </w:r>
    </w:p>
    <w:p w14:paraId="352EC942" w14:textId="77777777" w:rsidR="008D55E6" w:rsidRDefault="008D55E6" w:rsidP="00B81EDD">
      <w:pPr>
        <w:spacing w:after="0" w:line="240" w:lineRule="auto"/>
        <w:jc w:val="both"/>
      </w:pPr>
    </w:p>
    <w:p w14:paraId="71991ACA" w14:textId="77777777" w:rsidR="0054582D" w:rsidRDefault="00000000" w:rsidP="00B81EDD">
      <w:pPr>
        <w:spacing w:after="0" w:line="240" w:lineRule="auto"/>
      </w:pPr>
      <w:r>
        <w:rPr>
          <w:b/>
          <w:i/>
        </w:rPr>
        <w:t xml:space="preserve">Program ABC (Anak </w:t>
      </w:r>
      <w:proofErr w:type="spellStart"/>
      <w:r>
        <w:rPr>
          <w:b/>
          <w:i/>
        </w:rPr>
        <w:t>Bojong</w:t>
      </w:r>
      <w:proofErr w:type="spellEnd"/>
      <w:r>
        <w:rPr>
          <w:b/>
          <w:i/>
        </w:rPr>
        <w:t xml:space="preserve"> Cinta </w:t>
      </w:r>
      <w:proofErr w:type="spellStart"/>
      <w:r>
        <w:rPr>
          <w:b/>
          <w:i/>
        </w:rPr>
        <w:t>Kebersihan</w:t>
      </w:r>
      <w:proofErr w:type="spellEnd"/>
      <w:r>
        <w:rPr>
          <w:b/>
          <w:i/>
        </w:rPr>
        <w:t xml:space="preserve">) </w:t>
      </w:r>
      <w:proofErr w:type="spellStart"/>
      <w:r>
        <w:rPr>
          <w:b/>
          <w:i/>
        </w:rPr>
        <w:t>untuk</w:t>
      </w:r>
      <w:proofErr w:type="spellEnd"/>
      <w:r>
        <w:rPr>
          <w:b/>
          <w:i/>
        </w:rPr>
        <w:t xml:space="preserve"> </w:t>
      </w:r>
      <w:proofErr w:type="spellStart"/>
      <w:r>
        <w:rPr>
          <w:b/>
          <w:i/>
        </w:rPr>
        <w:t>Mengatasi</w:t>
      </w:r>
      <w:proofErr w:type="spellEnd"/>
      <w:r>
        <w:rPr>
          <w:b/>
          <w:i/>
        </w:rPr>
        <w:t xml:space="preserve"> </w:t>
      </w:r>
      <w:proofErr w:type="spellStart"/>
      <w:r>
        <w:rPr>
          <w:b/>
          <w:i/>
        </w:rPr>
        <w:t>Persoalan</w:t>
      </w:r>
      <w:proofErr w:type="spellEnd"/>
      <w:r>
        <w:rPr>
          <w:b/>
          <w:i/>
        </w:rPr>
        <w:t xml:space="preserve"> </w:t>
      </w:r>
      <w:proofErr w:type="spellStart"/>
      <w:r>
        <w:rPr>
          <w:b/>
          <w:i/>
        </w:rPr>
        <w:t>Sampah</w:t>
      </w:r>
      <w:proofErr w:type="spellEnd"/>
    </w:p>
    <w:p w14:paraId="19A5AA8D" w14:textId="77777777" w:rsidR="0054582D" w:rsidRDefault="00000000" w:rsidP="00B81EDD">
      <w:pPr>
        <w:spacing w:after="0" w:line="240" w:lineRule="auto"/>
        <w:jc w:val="both"/>
      </w:pPr>
      <w:proofErr w:type="spellStart"/>
      <w:r>
        <w:t>Berdasarkan</w:t>
      </w:r>
      <w:proofErr w:type="spellEnd"/>
      <w:r>
        <w:t xml:space="preserve"> </w:t>
      </w:r>
      <w:proofErr w:type="spellStart"/>
      <w:r>
        <w:t>hasil</w:t>
      </w:r>
      <w:proofErr w:type="spellEnd"/>
      <w:r>
        <w:t xml:space="preserve"> </w:t>
      </w:r>
      <w:proofErr w:type="spellStart"/>
      <w:r>
        <w:t>matriks</w:t>
      </w:r>
      <w:proofErr w:type="spellEnd"/>
      <w:r>
        <w:t xml:space="preserve"> ranking yang </w:t>
      </w:r>
      <w:proofErr w:type="spellStart"/>
      <w:r>
        <w:t>menempatkan</w:t>
      </w:r>
      <w:proofErr w:type="spellEnd"/>
      <w:r>
        <w:t xml:space="preserve"> </w:t>
      </w:r>
      <w:proofErr w:type="spellStart"/>
      <w:r>
        <w:t>sampah</w:t>
      </w:r>
      <w:proofErr w:type="spellEnd"/>
      <w:r>
        <w:t xml:space="preserve"> </w:t>
      </w:r>
      <w:proofErr w:type="spellStart"/>
      <w:r>
        <w:t>sebagai</w:t>
      </w:r>
      <w:proofErr w:type="spellEnd"/>
      <w:r>
        <w:t xml:space="preserve"> </w:t>
      </w:r>
      <w:proofErr w:type="spellStart"/>
      <w:r>
        <w:t>masalah</w:t>
      </w:r>
      <w:proofErr w:type="spellEnd"/>
      <w:r>
        <w:t xml:space="preserve"> </w:t>
      </w:r>
      <w:proofErr w:type="spellStart"/>
      <w:r>
        <w:t>prioritas</w:t>
      </w:r>
      <w:proofErr w:type="spellEnd"/>
      <w:r>
        <w:t xml:space="preserve"> </w:t>
      </w:r>
      <w:proofErr w:type="spellStart"/>
      <w:r>
        <w:t>tertinggi</w:t>
      </w:r>
      <w:proofErr w:type="spellEnd"/>
      <w:r>
        <w:t xml:space="preserve">, </w:t>
      </w:r>
      <w:proofErr w:type="spellStart"/>
      <w:r>
        <w:t>peneliti</w:t>
      </w:r>
      <w:proofErr w:type="spellEnd"/>
      <w:r>
        <w:t xml:space="preserve"> </w:t>
      </w:r>
      <w:proofErr w:type="spellStart"/>
      <w:r>
        <w:t>bersama</w:t>
      </w:r>
      <w:proofErr w:type="spellEnd"/>
      <w:r>
        <w:t xml:space="preserve"> </w:t>
      </w:r>
      <w:proofErr w:type="spellStart"/>
      <w:r>
        <w:t>tokoh</w:t>
      </w:r>
      <w:proofErr w:type="spellEnd"/>
      <w:r>
        <w:t xml:space="preserve"> </w:t>
      </w:r>
      <w:proofErr w:type="spellStart"/>
      <w:r>
        <w:t>masyarakat</w:t>
      </w:r>
      <w:proofErr w:type="spellEnd"/>
      <w:r>
        <w:t xml:space="preserve"> dan </w:t>
      </w:r>
      <w:proofErr w:type="spellStart"/>
      <w:r>
        <w:t>tokoh</w:t>
      </w:r>
      <w:proofErr w:type="spellEnd"/>
      <w:r>
        <w:t xml:space="preserve"> </w:t>
      </w:r>
      <w:proofErr w:type="spellStart"/>
      <w:r>
        <w:t>pendidikan</w:t>
      </w:r>
      <w:proofErr w:type="spellEnd"/>
      <w:r>
        <w:t xml:space="preserve"> </w:t>
      </w:r>
      <w:proofErr w:type="spellStart"/>
      <w:r>
        <w:t>merancang</w:t>
      </w:r>
      <w:proofErr w:type="spellEnd"/>
      <w:r>
        <w:t xml:space="preserve"> </w:t>
      </w:r>
      <w:proofErr w:type="spellStart"/>
      <w:r>
        <w:t>sebuah</w:t>
      </w:r>
      <w:proofErr w:type="spellEnd"/>
      <w:r>
        <w:t xml:space="preserve"> program </w:t>
      </w:r>
      <w:proofErr w:type="spellStart"/>
      <w:r>
        <w:t>inovatif</w:t>
      </w:r>
      <w:proofErr w:type="spellEnd"/>
      <w:r>
        <w:t xml:space="preserve"> </w:t>
      </w:r>
      <w:proofErr w:type="spellStart"/>
      <w:r>
        <w:t>bernama</w:t>
      </w:r>
      <w:proofErr w:type="spellEnd"/>
      <w:r>
        <w:t xml:space="preserve"> “ABC” (Anak </w:t>
      </w:r>
      <w:proofErr w:type="spellStart"/>
      <w:r>
        <w:t>Bojong</w:t>
      </w:r>
      <w:proofErr w:type="spellEnd"/>
      <w:r>
        <w:t xml:space="preserve"> Cinta </w:t>
      </w:r>
      <w:proofErr w:type="spellStart"/>
      <w:r>
        <w:t>Kebersihan</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mengatasi</w:t>
      </w:r>
      <w:proofErr w:type="spellEnd"/>
      <w:r>
        <w:t xml:space="preserve"> </w:t>
      </w:r>
      <w:proofErr w:type="spellStart"/>
      <w:r>
        <w:t>permasalahan</w:t>
      </w:r>
      <w:proofErr w:type="spellEnd"/>
      <w:r>
        <w:t xml:space="preserve"> </w:t>
      </w:r>
      <w:proofErr w:type="spellStart"/>
      <w:r>
        <w:t>sampah</w:t>
      </w:r>
      <w:proofErr w:type="spellEnd"/>
      <w:r>
        <w:t xml:space="preserve"> di RW 08 </w:t>
      </w:r>
      <w:proofErr w:type="spellStart"/>
      <w:r>
        <w:t>Desa</w:t>
      </w:r>
      <w:proofErr w:type="spellEnd"/>
      <w:r>
        <w:t xml:space="preserve"> </w:t>
      </w:r>
      <w:proofErr w:type="spellStart"/>
      <w:r>
        <w:t>Bojong</w:t>
      </w:r>
      <w:proofErr w:type="spellEnd"/>
      <w:r>
        <w:t xml:space="preserve">. Program </w:t>
      </w:r>
      <w:proofErr w:type="spellStart"/>
      <w:r>
        <w:t>ini</w:t>
      </w:r>
      <w:proofErr w:type="spellEnd"/>
      <w:r>
        <w:t xml:space="preserve"> </w:t>
      </w:r>
      <w:proofErr w:type="spellStart"/>
      <w:r>
        <w:t>bertujuan</w:t>
      </w:r>
      <w:proofErr w:type="spellEnd"/>
      <w:r>
        <w:t xml:space="preserve"> </w:t>
      </w:r>
      <w:proofErr w:type="spellStart"/>
      <w:r>
        <w:t>meningkatkan</w:t>
      </w:r>
      <w:proofErr w:type="spellEnd"/>
      <w:r>
        <w:t xml:space="preserve"> </w:t>
      </w:r>
      <w:proofErr w:type="spellStart"/>
      <w:r>
        <w:t>kesadaran</w:t>
      </w:r>
      <w:proofErr w:type="spellEnd"/>
      <w:r>
        <w:t xml:space="preserve"> </w:t>
      </w:r>
      <w:proofErr w:type="spellStart"/>
      <w:r>
        <w:t>anak-anak</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mengenai</w:t>
      </w:r>
      <w:proofErr w:type="spellEnd"/>
      <w:r>
        <w:t xml:space="preserve"> </w:t>
      </w:r>
      <w:proofErr w:type="spellStart"/>
      <w:r>
        <w:t>pentingnya</w:t>
      </w:r>
      <w:proofErr w:type="spellEnd"/>
      <w:r>
        <w:t xml:space="preserve"> </w:t>
      </w:r>
      <w:proofErr w:type="spellStart"/>
      <w:r>
        <w:t>menjaga</w:t>
      </w:r>
      <w:proofErr w:type="spellEnd"/>
      <w:r>
        <w:t xml:space="preserve"> </w:t>
      </w:r>
      <w:proofErr w:type="spellStart"/>
      <w:r>
        <w:t>kebersihan</w:t>
      </w:r>
      <w:proofErr w:type="spellEnd"/>
      <w:r>
        <w:t xml:space="preserve"> </w:t>
      </w:r>
      <w:proofErr w:type="spellStart"/>
      <w:r>
        <w:t>lingkungan</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sampah</w:t>
      </w:r>
      <w:proofErr w:type="spellEnd"/>
      <w:r>
        <w:t>.</w:t>
      </w:r>
    </w:p>
    <w:p w14:paraId="038C9DBF" w14:textId="77777777" w:rsidR="0054582D" w:rsidRDefault="00000000" w:rsidP="00B81EDD">
      <w:pPr>
        <w:spacing w:after="0" w:line="240" w:lineRule="auto"/>
        <w:jc w:val="both"/>
      </w:pPr>
      <w:proofErr w:type="spellStart"/>
      <w:r>
        <w:t>Metode</w:t>
      </w:r>
      <w:proofErr w:type="spellEnd"/>
      <w:r>
        <w:t xml:space="preserve"> </w:t>
      </w:r>
      <w:proofErr w:type="spellStart"/>
      <w:r>
        <w:t>utama</w:t>
      </w:r>
      <w:proofErr w:type="spellEnd"/>
      <w:r>
        <w:t xml:space="preserve"> </w:t>
      </w:r>
      <w:proofErr w:type="spellStart"/>
      <w:r>
        <w:t>dalam</w:t>
      </w:r>
      <w:proofErr w:type="spellEnd"/>
      <w:r>
        <w:t xml:space="preserve"> program </w:t>
      </w:r>
      <w:proofErr w:type="spellStart"/>
      <w:r>
        <w:t>ini</w:t>
      </w:r>
      <w:proofErr w:type="spellEnd"/>
      <w:r>
        <w:t xml:space="preserve"> </w:t>
      </w:r>
      <w:proofErr w:type="spellStart"/>
      <w:r>
        <w:t>adalah</w:t>
      </w:r>
      <w:proofErr w:type="spellEnd"/>
      <w:r>
        <w:t xml:space="preserve"> </w:t>
      </w:r>
      <w:proofErr w:type="spellStart"/>
      <w:r>
        <w:t>sosialisasi</w:t>
      </w:r>
      <w:proofErr w:type="spellEnd"/>
      <w:r>
        <w:t xml:space="preserve">, </w:t>
      </w:r>
      <w:proofErr w:type="spellStart"/>
      <w:r>
        <w:t>yaitu</w:t>
      </w:r>
      <w:proofErr w:type="spellEnd"/>
      <w:r>
        <w:t xml:space="preserve"> </w:t>
      </w:r>
      <w:proofErr w:type="spellStart"/>
      <w:r>
        <w:t>penyampaian</w:t>
      </w:r>
      <w:proofErr w:type="spellEnd"/>
      <w:r>
        <w:t xml:space="preserve"> </w:t>
      </w:r>
      <w:proofErr w:type="spellStart"/>
      <w:r>
        <w:t>materi</w:t>
      </w:r>
      <w:proofErr w:type="spellEnd"/>
      <w:r>
        <w:t xml:space="preserve"> </w:t>
      </w:r>
      <w:proofErr w:type="spellStart"/>
      <w:r>
        <w:t>edukatif</w:t>
      </w:r>
      <w:proofErr w:type="spellEnd"/>
      <w:r>
        <w:t xml:space="preserve"> </w:t>
      </w:r>
      <w:proofErr w:type="spellStart"/>
      <w:r>
        <w:t>mengenai</w:t>
      </w:r>
      <w:proofErr w:type="spellEnd"/>
      <w:r>
        <w:t xml:space="preserve"> </w:t>
      </w:r>
      <w:proofErr w:type="spellStart"/>
      <w:r>
        <w:t>sampah</w:t>
      </w:r>
      <w:proofErr w:type="spellEnd"/>
      <w:r>
        <w:t xml:space="preserve"> yang </w:t>
      </w:r>
      <w:proofErr w:type="spellStart"/>
      <w:r>
        <w:t>meliputi</w:t>
      </w:r>
      <w:proofErr w:type="spellEnd"/>
      <w:r>
        <w:t xml:space="preserve">: (1) </w:t>
      </w:r>
      <w:proofErr w:type="spellStart"/>
      <w:r>
        <w:t>jenis-jenis</w:t>
      </w:r>
      <w:proofErr w:type="spellEnd"/>
      <w:r>
        <w:t xml:space="preserve"> </w:t>
      </w:r>
      <w:proofErr w:type="spellStart"/>
      <w:r>
        <w:t>sampah</w:t>
      </w:r>
      <w:proofErr w:type="spellEnd"/>
      <w:r>
        <w:t xml:space="preserve">, (2) </w:t>
      </w:r>
      <w:proofErr w:type="spellStart"/>
      <w:r>
        <w:t>cara</w:t>
      </w:r>
      <w:proofErr w:type="spellEnd"/>
      <w:r>
        <w:t xml:space="preserve"> </w:t>
      </w:r>
      <w:proofErr w:type="spellStart"/>
      <w:r>
        <w:t>memilah</w:t>
      </w:r>
      <w:proofErr w:type="spellEnd"/>
      <w:r>
        <w:t xml:space="preserve"> </w:t>
      </w:r>
      <w:proofErr w:type="spellStart"/>
      <w:r>
        <w:t>sampah</w:t>
      </w:r>
      <w:proofErr w:type="spellEnd"/>
      <w:r>
        <w:t xml:space="preserve">, dan (3) </w:t>
      </w:r>
      <w:proofErr w:type="spellStart"/>
      <w:r>
        <w:t>dampak</w:t>
      </w:r>
      <w:proofErr w:type="spellEnd"/>
      <w:r>
        <w:t xml:space="preserve"> </w:t>
      </w:r>
      <w:proofErr w:type="spellStart"/>
      <w:r>
        <w:t>negatif</w:t>
      </w:r>
      <w:proofErr w:type="spellEnd"/>
      <w:r>
        <w:t xml:space="preserve"> </w:t>
      </w:r>
      <w:proofErr w:type="spellStart"/>
      <w:r>
        <w:t>membuang</w:t>
      </w:r>
      <w:proofErr w:type="spellEnd"/>
      <w:r>
        <w:t xml:space="preserve"> </w:t>
      </w:r>
      <w:proofErr w:type="spellStart"/>
      <w:r>
        <w:t>sampah</w:t>
      </w:r>
      <w:proofErr w:type="spellEnd"/>
      <w:r>
        <w:t xml:space="preserve"> </w:t>
      </w:r>
      <w:proofErr w:type="spellStart"/>
      <w:r>
        <w:t>sembarangan</w:t>
      </w:r>
      <w:proofErr w:type="spellEnd"/>
      <w:r>
        <w:t xml:space="preserve">. </w:t>
      </w:r>
      <w:proofErr w:type="spellStart"/>
      <w:r>
        <w:t>Menurut</w:t>
      </w:r>
      <w:proofErr w:type="spellEnd"/>
      <w:r>
        <w:t xml:space="preserve"> </w:t>
      </w:r>
      <w:proofErr w:type="spellStart"/>
      <w:r>
        <w:t>Goslin</w:t>
      </w:r>
      <w:proofErr w:type="spellEnd"/>
      <w:r>
        <w:t xml:space="preserve"> (</w:t>
      </w:r>
      <w:proofErr w:type="spellStart"/>
      <w:r>
        <w:t>dalam</w:t>
      </w:r>
      <w:proofErr w:type="spellEnd"/>
      <w:r>
        <w:t xml:space="preserve"> </w:t>
      </w:r>
      <w:proofErr w:type="spellStart"/>
      <w:r>
        <w:t>Ihromi</w:t>
      </w:r>
      <w:proofErr w:type="spellEnd"/>
      <w:r>
        <w:t xml:space="preserve">, 1999), </w:t>
      </w:r>
      <w:proofErr w:type="spellStart"/>
      <w:r>
        <w:t>sosialisasi</w:t>
      </w:r>
      <w:proofErr w:type="spellEnd"/>
      <w:r>
        <w:t xml:space="preserve"> </w:t>
      </w:r>
      <w:proofErr w:type="spellStart"/>
      <w:r>
        <w:t>adalah</w:t>
      </w:r>
      <w:proofErr w:type="spellEnd"/>
      <w:r>
        <w:t xml:space="preserve"> proses </w:t>
      </w:r>
      <w:proofErr w:type="spellStart"/>
      <w:r>
        <w:t>pembelajaran</w:t>
      </w:r>
      <w:proofErr w:type="spellEnd"/>
      <w:r>
        <w:t xml:space="preserve"> yang </w:t>
      </w:r>
      <w:proofErr w:type="spellStart"/>
      <w:r>
        <w:t>dialami</w:t>
      </w:r>
      <w:proofErr w:type="spellEnd"/>
      <w:r>
        <w:t xml:space="preserve"> </w:t>
      </w:r>
      <w:proofErr w:type="spellStart"/>
      <w:r>
        <w:t>individu</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pengetahuan</w:t>
      </w:r>
      <w:proofErr w:type="spellEnd"/>
      <w:r>
        <w:t xml:space="preserve">, </w:t>
      </w:r>
      <w:proofErr w:type="spellStart"/>
      <w:r>
        <w:t>keterampilan</w:t>
      </w:r>
      <w:proofErr w:type="spellEnd"/>
      <w:r>
        <w:t xml:space="preserve">, </w:t>
      </w:r>
      <w:proofErr w:type="spellStart"/>
      <w:r>
        <w:t>nilai</w:t>
      </w:r>
      <w:proofErr w:type="spellEnd"/>
      <w:r>
        <w:t xml:space="preserve">, dan norma, </w:t>
      </w:r>
      <w:proofErr w:type="spellStart"/>
      <w:r>
        <w:t>sehingga</w:t>
      </w:r>
      <w:proofErr w:type="spellEnd"/>
      <w:r>
        <w:t xml:space="preserve"> </w:t>
      </w:r>
      <w:proofErr w:type="spellStart"/>
      <w:r>
        <w:t>mampu</w:t>
      </w:r>
      <w:proofErr w:type="spellEnd"/>
      <w:r>
        <w:t xml:space="preserve"> </w:t>
      </w:r>
      <w:proofErr w:type="spellStart"/>
      <w:r>
        <w:t>berperan</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Dalam</w:t>
      </w:r>
      <w:proofErr w:type="spellEnd"/>
      <w:r>
        <w:t xml:space="preserve"> program </w:t>
      </w:r>
      <w:proofErr w:type="spellStart"/>
      <w:r>
        <w:t>ini</w:t>
      </w:r>
      <w:proofErr w:type="spellEnd"/>
      <w:r>
        <w:t xml:space="preserve">, </w:t>
      </w:r>
      <w:proofErr w:type="spellStart"/>
      <w:r>
        <w:t>anak-anak</w:t>
      </w:r>
      <w:proofErr w:type="spellEnd"/>
      <w:r>
        <w:t xml:space="preserve"> </w:t>
      </w:r>
      <w:proofErr w:type="spellStart"/>
      <w:r>
        <w:t>usia</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dipilih</w:t>
      </w:r>
      <w:proofErr w:type="spellEnd"/>
      <w:r>
        <w:t xml:space="preserve"> </w:t>
      </w:r>
      <w:proofErr w:type="spellStart"/>
      <w:r>
        <w:t>sebagai</w:t>
      </w:r>
      <w:proofErr w:type="spellEnd"/>
      <w:r>
        <w:t xml:space="preserve"> </w:t>
      </w:r>
      <w:proofErr w:type="spellStart"/>
      <w:r>
        <w:t>sasaran</w:t>
      </w:r>
      <w:proofErr w:type="spellEnd"/>
      <w:r>
        <w:t xml:space="preserve"> </w:t>
      </w:r>
      <w:proofErr w:type="spellStart"/>
      <w:r>
        <w:t>utama</w:t>
      </w:r>
      <w:proofErr w:type="spellEnd"/>
      <w:r>
        <w:t xml:space="preserve"> </w:t>
      </w:r>
      <w:proofErr w:type="spellStart"/>
      <w:r>
        <w:t>karena</w:t>
      </w:r>
      <w:proofErr w:type="spellEnd"/>
      <w:r>
        <w:t xml:space="preserve"> </w:t>
      </w:r>
      <w:proofErr w:type="spellStart"/>
      <w:r>
        <w:t>merupakan</w:t>
      </w:r>
      <w:proofErr w:type="spellEnd"/>
      <w:r>
        <w:t xml:space="preserve"> </w:t>
      </w:r>
      <w:proofErr w:type="spellStart"/>
      <w:r>
        <w:t>generasi</w:t>
      </w:r>
      <w:proofErr w:type="spellEnd"/>
      <w:r>
        <w:t xml:space="preserve"> </w:t>
      </w:r>
      <w:proofErr w:type="spellStart"/>
      <w:r>
        <w:t>penerus</w:t>
      </w:r>
      <w:proofErr w:type="spellEnd"/>
      <w:r>
        <w:t xml:space="preserve"> yang </w:t>
      </w:r>
      <w:proofErr w:type="spellStart"/>
      <w:r>
        <w:t>dapat</w:t>
      </w:r>
      <w:proofErr w:type="spellEnd"/>
      <w:r>
        <w:t xml:space="preserve"> </w:t>
      </w:r>
      <w:proofErr w:type="spellStart"/>
      <w:r>
        <w:t>membawa</w:t>
      </w:r>
      <w:proofErr w:type="spellEnd"/>
      <w:r>
        <w:t xml:space="preserve"> </w:t>
      </w:r>
      <w:proofErr w:type="spellStart"/>
      <w:r>
        <w:t>perubahan</w:t>
      </w:r>
      <w:proofErr w:type="spellEnd"/>
      <w:r>
        <w:t xml:space="preserve"> </w:t>
      </w:r>
      <w:proofErr w:type="spellStart"/>
      <w:r>
        <w:t>positif</w:t>
      </w:r>
      <w:proofErr w:type="spellEnd"/>
      <w:r>
        <w:t xml:space="preserve"> di </w:t>
      </w:r>
      <w:proofErr w:type="spellStart"/>
      <w:r>
        <w:t>lingkungan</w:t>
      </w:r>
      <w:proofErr w:type="spellEnd"/>
      <w:r>
        <w:t xml:space="preserve"> </w:t>
      </w:r>
      <w:proofErr w:type="spellStart"/>
      <w:r>
        <w:t>mereka</w:t>
      </w:r>
      <w:proofErr w:type="spellEnd"/>
      <w:r>
        <w:t xml:space="preserve">; </w:t>
      </w:r>
      <w:proofErr w:type="spellStart"/>
      <w:r>
        <w:t>dengan</w:t>
      </w:r>
      <w:proofErr w:type="spellEnd"/>
      <w:r>
        <w:t xml:space="preserve"> </w:t>
      </w:r>
      <w:proofErr w:type="spellStart"/>
      <w:r>
        <w:t>menanamkan</w:t>
      </w:r>
      <w:proofErr w:type="spellEnd"/>
      <w:r>
        <w:t xml:space="preserve"> rasa </w:t>
      </w:r>
      <w:proofErr w:type="spellStart"/>
      <w:r>
        <w:t>tanggung</w:t>
      </w:r>
      <w:proofErr w:type="spellEnd"/>
      <w:r>
        <w:t xml:space="preserve"> </w:t>
      </w:r>
      <w:proofErr w:type="spellStart"/>
      <w:r>
        <w:t>jawab</w:t>
      </w:r>
      <w:proofErr w:type="spellEnd"/>
      <w:r>
        <w:t xml:space="preserve"> </w:t>
      </w:r>
      <w:proofErr w:type="spellStart"/>
      <w:r>
        <w:t>sejak</w:t>
      </w:r>
      <w:proofErr w:type="spellEnd"/>
      <w:r>
        <w:t xml:space="preserve"> </w:t>
      </w:r>
      <w:proofErr w:type="spellStart"/>
      <w:r>
        <w:t>dini</w:t>
      </w:r>
      <w:proofErr w:type="spellEnd"/>
      <w:r>
        <w:t xml:space="preserve">, </w:t>
      </w:r>
      <w:proofErr w:type="spellStart"/>
      <w:r>
        <w:t>mereka</w:t>
      </w:r>
      <w:proofErr w:type="spellEnd"/>
      <w:r>
        <w:t xml:space="preserve"> </w:t>
      </w:r>
      <w:proofErr w:type="spellStart"/>
      <w:r>
        <w:t>diharapkan</w:t>
      </w:r>
      <w:proofErr w:type="spellEnd"/>
      <w:r>
        <w:t xml:space="preserve"> </w:t>
      </w:r>
      <w:proofErr w:type="spellStart"/>
      <w:r>
        <w:t>menjadi</w:t>
      </w:r>
      <w:proofErr w:type="spellEnd"/>
      <w:r>
        <w:t xml:space="preserve"> </w:t>
      </w:r>
      <w:proofErr w:type="spellStart"/>
      <w:r>
        <w:t>agen</w:t>
      </w:r>
      <w:proofErr w:type="spellEnd"/>
      <w:r>
        <w:t xml:space="preserve"> </w:t>
      </w:r>
      <w:proofErr w:type="spellStart"/>
      <w:r>
        <w:t>perubahan</w:t>
      </w:r>
      <w:proofErr w:type="spellEnd"/>
      <w:r>
        <w:t xml:space="preserve"> yang </w:t>
      </w:r>
      <w:proofErr w:type="spellStart"/>
      <w:r>
        <w:t>menjaga</w:t>
      </w:r>
      <w:proofErr w:type="spellEnd"/>
      <w:r>
        <w:t xml:space="preserve"> </w:t>
      </w:r>
      <w:proofErr w:type="spellStart"/>
      <w:r>
        <w:t>kebersihan</w:t>
      </w:r>
      <w:proofErr w:type="spellEnd"/>
      <w:r>
        <w:t xml:space="preserve"> </w:t>
      </w:r>
      <w:proofErr w:type="spellStart"/>
      <w:r>
        <w:t>lingkungan</w:t>
      </w:r>
      <w:proofErr w:type="spellEnd"/>
      <w:r>
        <w:t xml:space="preserve">, </w:t>
      </w:r>
      <w:proofErr w:type="spellStart"/>
      <w:r>
        <w:t>khususnya</w:t>
      </w:r>
      <w:proofErr w:type="spellEnd"/>
      <w:r>
        <w:t xml:space="preserve"> di RW 08 </w:t>
      </w:r>
      <w:proofErr w:type="spellStart"/>
      <w:r>
        <w:t>Desa</w:t>
      </w:r>
      <w:proofErr w:type="spellEnd"/>
      <w:r>
        <w:t xml:space="preserve"> </w:t>
      </w:r>
      <w:proofErr w:type="spellStart"/>
      <w:r>
        <w:t>Bojong</w:t>
      </w:r>
      <w:proofErr w:type="spellEnd"/>
      <w:r>
        <w:t>.</w:t>
      </w:r>
    </w:p>
    <w:p w14:paraId="448C568B" w14:textId="77777777" w:rsidR="0054582D" w:rsidRDefault="00000000" w:rsidP="00B81EDD">
      <w:pPr>
        <w:spacing w:after="0" w:line="240" w:lineRule="auto"/>
        <w:jc w:val="both"/>
      </w:pPr>
      <w:proofErr w:type="spellStart"/>
      <w:r>
        <w:t>Pelaksanaan</w:t>
      </w:r>
      <w:proofErr w:type="spellEnd"/>
      <w:r>
        <w:t xml:space="preserve"> program “ABC” di SD </w:t>
      </w:r>
      <w:proofErr w:type="spellStart"/>
      <w:r>
        <w:t>Bojong</w:t>
      </w:r>
      <w:proofErr w:type="spellEnd"/>
      <w:r>
        <w:t xml:space="preserve"> 5 </w:t>
      </w:r>
      <w:proofErr w:type="spellStart"/>
      <w:r>
        <w:t>menunjukkan</w:t>
      </w:r>
      <w:proofErr w:type="spellEnd"/>
      <w:r>
        <w:t xml:space="preserve"> </w:t>
      </w:r>
      <w:proofErr w:type="spellStart"/>
      <w:r>
        <w:t>hasil</w:t>
      </w:r>
      <w:proofErr w:type="spellEnd"/>
      <w:r>
        <w:t xml:space="preserve"> yang </w:t>
      </w:r>
      <w:proofErr w:type="spellStart"/>
      <w:r>
        <w:t>cukup</w:t>
      </w:r>
      <w:proofErr w:type="spellEnd"/>
      <w:r>
        <w:t xml:space="preserve"> </w:t>
      </w:r>
      <w:proofErr w:type="spellStart"/>
      <w:r>
        <w:t>memuaskan</w:t>
      </w:r>
      <w:proofErr w:type="spellEnd"/>
      <w:r>
        <w:t xml:space="preserve">, </w:t>
      </w:r>
      <w:proofErr w:type="spellStart"/>
      <w:r>
        <w:t>dengan</w:t>
      </w:r>
      <w:proofErr w:type="spellEnd"/>
      <w:r>
        <w:t xml:space="preserve"> </w:t>
      </w:r>
      <w:proofErr w:type="spellStart"/>
      <w:r>
        <w:t>capaian</w:t>
      </w:r>
      <w:proofErr w:type="spellEnd"/>
      <w:r>
        <w:t xml:space="preserve"> </w:t>
      </w:r>
      <w:proofErr w:type="spellStart"/>
      <w:r>
        <w:t>sebagai</w:t>
      </w:r>
      <w:proofErr w:type="spellEnd"/>
      <w:r>
        <w:t xml:space="preserve"> </w:t>
      </w:r>
      <w:proofErr w:type="spellStart"/>
      <w:r>
        <w:t>berikut</w:t>
      </w:r>
      <w:proofErr w:type="spellEnd"/>
      <w:r>
        <w:t xml:space="preserve">. </w:t>
      </w:r>
      <w:proofErr w:type="spellStart"/>
      <w:r>
        <w:t>Pertama</w:t>
      </w:r>
      <w:proofErr w:type="spellEnd"/>
      <w:r>
        <w:t xml:space="preserve">, </w:t>
      </w:r>
      <w:proofErr w:type="spellStart"/>
      <w:r>
        <w:t>pemahaman</w:t>
      </w:r>
      <w:proofErr w:type="spellEnd"/>
      <w:r>
        <w:t xml:space="preserve"> </w:t>
      </w:r>
      <w:proofErr w:type="spellStart"/>
      <w:r>
        <w:t>anak-anak</w:t>
      </w:r>
      <w:proofErr w:type="spellEnd"/>
      <w:r>
        <w:t xml:space="preserve"> </w:t>
      </w:r>
      <w:proofErr w:type="spellStart"/>
      <w:r>
        <w:t>bertambah</w:t>
      </w:r>
      <w:proofErr w:type="spellEnd"/>
      <w:r>
        <w:t xml:space="preserve">: </w:t>
      </w:r>
      <w:proofErr w:type="spellStart"/>
      <w:r>
        <w:t>mereka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mengenali</w:t>
      </w:r>
      <w:proofErr w:type="spellEnd"/>
      <w:r>
        <w:t xml:space="preserve"> </w:t>
      </w:r>
      <w:proofErr w:type="spellStart"/>
      <w:r>
        <w:t>jenis-jenis</w:t>
      </w:r>
      <w:proofErr w:type="spellEnd"/>
      <w:r>
        <w:t xml:space="preserve"> </w:t>
      </w:r>
      <w:proofErr w:type="spellStart"/>
      <w:r>
        <w:t>sampah</w:t>
      </w:r>
      <w:proofErr w:type="spellEnd"/>
      <w:r>
        <w:t xml:space="preserve">, </w:t>
      </w:r>
      <w:proofErr w:type="spellStart"/>
      <w:r>
        <w:t>tetapi</w:t>
      </w:r>
      <w:proofErr w:type="spellEnd"/>
      <w:r>
        <w:t xml:space="preserve"> juga </w:t>
      </w:r>
      <w:proofErr w:type="spellStart"/>
      <w:r>
        <w:t>memahami</w:t>
      </w:r>
      <w:proofErr w:type="spellEnd"/>
      <w:r>
        <w:t xml:space="preserve"> </w:t>
      </w:r>
      <w:proofErr w:type="spellStart"/>
      <w:r>
        <w:t>cara</w:t>
      </w:r>
      <w:proofErr w:type="spellEnd"/>
      <w:r>
        <w:t xml:space="preserve"> </w:t>
      </w:r>
      <w:proofErr w:type="spellStart"/>
      <w:r>
        <w:t>memilah</w:t>
      </w:r>
      <w:proofErr w:type="spellEnd"/>
      <w:r>
        <w:t xml:space="preserve"> </w:t>
      </w:r>
      <w:proofErr w:type="spellStart"/>
      <w:r>
        <w:t>sampah</w:t>
      </w:r>
      <w:proofErr w:type="spellEnd"/>
      <w:r>
        <w:t xml:space="preserve"> dan </w:t>
      </w:r>
      <w:proofErr w:type="spellStart"/>
      <w:r>
        <w:t>dampak</w:t>
      </w:r>
      <w:proofErr w:type="spellEnd"/>
      <w:r>
        <w:t xml:space="preserve"> </w:t>
      </w:r>
      <w:proofErr w:type="spellStart"/>
      <w:r>
        <w:t>buruk</w:t>
      </w:r>
      <w:proofErr w:type="spellEnd"/>
      <w:r>
        <w:t xml:space="preserve"> </w:t>
      </w:r>
      <w:proofErr w:type="spellStart"/>
      <w:r>
        <w:t>dari</w:t>
      </w:r>
      <w:proofErr w:type="spellEnd"/>
      <w:r>
        <w:t xml:space="preserve"> </w:t>
      </w:r>
      <w:proofErr w:type="spellStart"/>
      <w:r>
        <w:t>kebiasaan</w:t>
      </w:r>
      <w:proofErr w:type="spellEnd"/>
      <w:r>
        <w:t xml:space="preserve"> </w:t>
      </w:r>
      <w:proofErr w:type="spellStart"/>
      <w:r>
        <w:t>membuang</w:t>
      </w:r>
      <w:proofErr w:type="spellEnd"/>
      <w:r>
        <w:t xml:space="preserve"> </w:t>
      </w:r>
      <w:proofErr w:type="spellStart"/>
      <w:r>
        <w:t>sampah</w:t>
      </w:r>
      <w:proofErr w:type="spellEnd"/>
      <w:r>
        <w:t xml:space="preserve"> </w:t>
      </w:r>
      <w:proofErr w:type="spellStart"/>
      <w:r>
        <w:t>sembarangan</w:t>
      </w:r>
      <w:proofErr w:type="spellEnd"/>
      <w:r>
        <w:t xml:space="preserve">. </w:t>
      </w:r>
      <w:proofErr w:type="spellStart"/>
      <w:r>
        <w:t>Kedua</w:t>
      </w:r>
      <w:proofErr w:type="spellEnd"/>
      <w:r>
        <w:t xml:space="preserve">, </w:t>
      </w:r>
      <w:proofErr w:type="spellStart"/>
      <w:r>
        <w:t>keaktifan</w:t>
      </w:r>
      <w:proofErr w:type="spellEnd"/>
      <w:r>
        <w:t xml:space="preserve"> </w:t>
      </w:r>
      <w:proofErr w:type="spellStart"/>
      <w:r>
        <w:t>anak</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meningkat</w:t>
      </w:r>
      <w:proofErr w:type="spellEnd"/>
      <w:r>
        <w:t xml:space="preserve">, </w:t>
      </w:r>
      <w:proofErr w:type="spellStart"/>
      <w:r>
        <w:t>ditunjukkan</w:t>
      </w:r>
      <w:proofErr w:type="spellEnd"/>
      <w:r>
        <w:t xml:space="preserve"> </w:t>
      </w:r>
      <w:proofErr w:type="spellStart"/>
      <w:r>
        <w:t>melalui</w:t>
      </w:r>
      <w:proofErr w:type="spellEnd"/>
      <w:r>
        <w:t xml:space="preserve"> </w:t>
      </w:r>
      <w:proofErr w:type="spellStart"/>
      <w:r>
        <w:t>keaktifan</w:t>
      </w:r>
      <w:proofErr w:type="spellEnd"/>
      <w:r>
        <w:t xml:space="preserve"> </w:t>
      </w:r>
      <w:proofErr w:type="spellStart"/>
      <w:r>
        <w:t>menjawab</w:t>
      </w:r>
      <w:proofErr w:type="spellEnd"/>
      <w:r>
        <w:t xml:space="preserve"> </w:t>
      </w:r>
      <w:proofErr w:type="spellStart"/>
      <w:r>
        <w:t>pertanyaan</w:t>
      </w:r>
      <w:proofErr w:type="spellEnd"/>
      <w:r>
        <w:t xml:space="preserve">, </w:t>
      </w:r>
      <w:proofErr w:type="spellStart"/>
      <w:r>
        <w:t>keberanian</w:t>
      </w:r>
      <w:proofErr w:type="spellEnd"/>
      <w:r>
        <w:t xml:space="preserve"> </w:t>
      </w:r>
      <w:proofErr w:type="spellStart"/>
      <w:r>
        <w:t>tampil</w:t>
      </w:r>
      <w:proofErr w:type="spellEnd"/>
      <w:r>
        <w:t xml:space="preserve"> </w:t>
      </w:r>
      <w:proofErr w:type="spellStart"/>
      <w:r>
        <w:t>ke</w:t>
      </w:r>
      <w:proofErr w:type="spellEnd"/>
      <w:r>
        <w:t xml:space="preserve"> </w:t>
      </w:r>
      <w:proofErr w:type="spellStart"/>
      <w:r>
        <w:t>depan</w:t>
      </w:r>
      <w:proofErr w:type="spellEnd"/>
      <w:r>
        <w:t xml:space="preserve"> </w:t>
      </w:r>
      <w:proofErr w:type="spellStart"/>
      <w:r>
        <w:t>menyebutkan</w:t>
      </w:r>
      <w:proofErr w:type="spellEnd"/>
      <w:r>
        <w:t xml:space="preserve"> </w:t>
      </w:r>
      <w:proofErr w:type="spellStart"/>
      <w:r>
        <w:t>nama</w:t>
      </w:r>
      <w:proofErr w:type="spellEnd"/>
      <w:r>
        <w:t xml:space="preserve"> dan </w:t>
      </w:r>
      <w:proofErr w:type="spellStart"/>
      <w:r>
        <w:t>berbagi</w:t>
      </w:r>
      <w:proofErr w:type="spellEnd"/>
      <w:r>
        <w:t xml:space="preserve"> </w:t>
      </w:r>
      <w:proofErr w:type="spellStart"/>
      <w:r>
        <w:t>pengetahuan</w:t>
      </w:r>
      <w:proofErr w:type="spellEnd"/>
      <w:r>
        <w:t xml:space="preserve">, </w:t>
      </w:r>
      <w:proofErr w:type="spellStart"/>
      <w:r>
        <w:t>keterlibatan</w:t>
      </w:r>
      <w:proofErr w:type="spellEnd"/>
      <w:r>
        <w:t xml:space="preserve"> </w:t>
      </w:r>
      <w:proofErr w:type="spellStart"/>
      <w:r>
        <w:t>dalam</w:t>
      </w:r>
      <w:proofErr w:type="spellEnd"/>
      <w:r>
        <w:t xml:space="preserve"> </w:t>
      </w:r>
      <w:proofErr w:type="spellStart"/>
      <w:r>
        <w:t>sesi</w:t>
      </w:r>
      <w:proofErr w:type="spellEnd"/>
      <w:r>
        <w:t xml:space="preserve"> ice-breaking, </w:t>
      </w:r>
      <w:proofErr w:type="spellStart"/>
      <w:r>
        <w:t>serta</w:t>
      </w:r>
      <w:proofErr w:type="spellEnd"/>
      <w:r>
        <w:t xml:space="preserve"> </w:t>
      </w:r>
      <w:proofErr w:type="spellStart"/>
      <w:r>
        <w:t>diskusi</w:t>
      </w:r>
      <w:proofErr w:type="spellEnd"/>
      <w:r>
        <w:t xml:space="preserve"> dan </w:t>
      </w:r>
      <w:proofErr w:type="spellStart"/>
      <w:r>
        <w:t>refleksi</w:t>
      </w:r>
      <w:proofErr w:type="spellEnd"/>
      <w:r>
        <w:t xml:space="preserve"> </w:t>
      </w:r>
      <w:proofErr w:type="spellStart"/>
      <w:r>
        <w:t>pengalaman</w:t>
      </w:r>
      <w:proofErr w:type="spellEnd"/>
      <w:r>
        <w:t xml:space="preserve"> </w:t>
      </w:r>
      <w:proofErr w:type="spellStart"/>
      <w:r>
        <w:t>menjaga</w:t>
      </w:r>
      <w:proofErr w:type="spellEnd"/>
      <w:r>
        <w:t xml:space="preserve"> </w:t>
      </w:r>
      <w:proofErr w:type="spellStart"/>
      <w:r>
        <w:t>lingkungan</w:t>
      </w:r>
      <w:proofErr w:type="spellEnd"/>
      <w:r>
        <w:t xml:space="preserve">. </w:t>
      </w:r>
      <w:proofErr w:type="spellStart"/>
      <w:r>
        <w:t>Ketiga</w:t>
      </w:r>
      <w:proofErr w:type="spellEnd"/>
      <w:r>
        <w:t xml:space="preserve">, </w:t>
      </w:r>
      <w:proofErr w:type="spellStart"/>
      <w:r>
        <w:t>kehadiran</w:t>
      </w:r>
      <w:proofErr w:type="spellEnd"/>
      <w:r>
        <w:t xml:space="preserve"> dan </w:t>
      </w:r>
      <w:proofErr w:type="spellStart"/>
      <w:r>
        <w:t>komitmen</w:t>
      </w:r>
      <w:proofErr w:type="spellEnd"/>
      <w:r>
        <w:t xml:space="preserve"> </w:t>
      </w:r>
      <w:proofErr w:type="spellStart"/>
      <w:r>
        <w:t>peserta</w:t>
      </w:r>
      <w:proofErr w:type="spellEnd"/>
      <w:r>
        <w:t xml:space="preserve"> </w:t>
      </w:r>
      <w:proofErr w:type="spellStart"/>
      <w:r>
        <w:t>terjaga</w:t>
      </w:r>
      <w:proofErr w:type="spellEnd"/>
      <w:r>
        <w:t xml:space="preserve"> </w:t>
      </w:r>
      <w:proofErr w:type="spellStart"/>
      <w:r>
        <w:t>baik</w:t>
      </w:r>
      <w:proofErr w:type="spellEnd"/>
      <w:r>
        <w:t xml:space="preserve">, </w:t>
      </w:r>
      <w:proofErr w:type="spellStart"/>
      <w:r>
        <w:t>dengan</w:t>
      </w:r>
      <w:proofErr w:type="spellEnd"/>
      <w:r>
        <w:t xml:space="preserve"> </w:t>
      </w:r>
      <w:proofErr w:type="spellStart"/>
      <w:r>
        <w:t>seluruh</w:t>
      </w:r>
      <w:proofErr w:type="spellEnd"/>
      <w:r>
        <w:t xml:space="preserve"> </w:t>
      </w:r>
      <w:proofErr w:type="spellStart"/>
      <w:r>
        <w:t>anak</w:t>
      </w:r>
      <w:proofErr w:type="spellEnd"/>
      <w:r>
        <w:t xml:space="preserve"> </w:t>
      </w:r>
      <w:proofErr w:type="spellStart"/>
      <w:r>
        <w:t>mengikuti</w:t>
      </w:r>
      <w:proofErr w:type="spellEnd"/>
      <w:r>
        <w:t xml:space="preserve"> </w:t>
      </w:r>
      <w:proofErr w:type="spellStart"/>
      <w:r>
        <w:t>kegiatan</w:t>
      </w:r>
      <w:proofErr w:type="spellEnd"/>
      <w:r>
        <w:t xml:space="preserve"> </w:t>
      </w:r>
      <w:proofErr w:type="spellStart"/>
      <w:r>
        <w:t>dari</w:t>
      </w:r>
      <w:proofErr w:type="spellEnd"/>
      <w:r>
        <w:t xml:space="preserve"> </w:t>
      </w:r>
      <w:proofErr w:type="spellStart"/>
      <w:r>
        <w:t>awal</w:t>
      </w:r>
      <w:proofErr w:type="spellEnd"/>
      <w:r>
        <w:t xml:space="preserve"> </w:t>
      </w:r>
      <w:proofErr w:type="spellStart"/>
      <w:r>
        <w:t>hingga</w:t>
      </w:r>
      <w:proofErr w:type="spellEnd"/>
      <w:r>
        <w:t xml:space="preserve"> </w:t>
      </w:r>
      <w:proofErr w:type="spellStart"/>
      <w:r>
        <w:t>akhir</w:t>
      </w:r>
      <w:proofErr w:type="spellEnd"/>
      <w:r>
        <w:t xml:space="preserve"> dan target </w:t>
      </w:r>
      <w:proofErr w:type="spellStart"/>
      <w:r>
        <w:t>peserta</w:t>
      </w:r>
      <w:proofErr w:type="spellEnd"/>
      <w:r>
        <w:t xml:space="preserve"> minimal 25 </w:t>
      </w:r>
      <w:proofErr w:type="spellStart"/>
      <w:r>
        <w:t>anak</w:t>
      </w:r>
      <w:proofErr w:type="spellEnd"/>
      <w:r>
        <w:t xml:space="preserve"> </w:t>
      </w:r>
      <w:proofErr w:type="spellStart"/>
      <w:r>
        <w:t>tercapai</w:t>
      </w:r>
      <w:proofErr w:type="spellEnd"/>
      <w:r>
        <w:t xml:space="preserve">. </w:t>
      </w:r>
      <w:proofErr w:type="spellStart"/>
      <w:r>
        <w:t>Keempat</w:t>
      </w:r>
      <w:proofErr w:type="spellEnd"/>
      <w:r>
        <w:t xml:space="preserve">, program </w:t>
      </w:r>
      <w:proofErr w:type="spellStart"/>
      <w:r>
        <w:t>ini</w:t>
      </w:r>
      <w:proofErr w:type="spellEnd"/>
      <w:r>
        <w:t xml:space="preserve"> </w:t>
      </w:r>
      <w:proofErr w:type="spellStart"/>
      <w:r>
        <w:t>mendapat</w:t>
      </w:r>
      <w:proofErr w:type="spellEnd"/>
      <w:r>
        <w:t xml:space="preserve"> </w:t>
      </w:r>
      <w:proofErr w:type="spellStart"/>
      <w:r>
        <w:t>dukungan</w:t>
      </w:r>
      <w:proofErr w:type="spellEnd"/>
      <w:r>
        <w:t xml:space="preserve"> </w:t>
      </w:r>
      <w:proofErr w:type="spellStart"/>
      <w:r>
        <w:t>aktif</w:t>
      </w:r>
      <w:proofErr w:type="spellEnd"/>
      <w:r>
        <w:t xml:space="preserve"> </w:t>
      </w:r>
      <w:proofErr w:type="spellStart"/>
      <w:r>
        <w:t>dari</w:t>
      </w:r>
      <w:proofErr w:type="spellEnd"/>
      <w:r>
        <w:t xml:space="preserve"> </w:t>
      </w:r>
      <w:proofErr w:type="spellStart"/>
      <w:r>
        <w:t>tokoh</w:t>
      </w:r>
      <w:proofErr w:type="spellEnd"/>
      <w:r>
        <w:t xml:space="preserve"> </w:t>
      </w:r>
      <w:proofErr w:type="spellStart"/>
      <w:r>
        <w:t>pendidikan</w:t>
      </w:r>
      <w:proofErr w:type="spellEnd"/>
      <w:r>
        <w:t xml:space="preserve"> dan </w:t>
      </w:r>
      <w:proofErr w:type="spellStart"/>
      <w:r>
        <w:t>tokoh</w:t>
      </w:r>
      <w:proofErr w:type="spellEnd"/>
      <w:r>
        <w:t xml:space="preserve"> pemuda RW 08, yang </w:t>
      </w:r>
      <w:proofErr w:type="spellStart"/>
      <w:r>
        <w:t>memberikan</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keterlibatan</w:t>
      </w:r>
      <w:proofErr w:type="spellEnd"/>
      <w:r>
        <w:t xml:space="preserve"> </w:t>
      </w:r>
      <w:proofErr w:type="spellStart"/>
      <w:r>
        <w:t>anak-anak</w:t>
      </w:r>
      <w:proofErr w:type="spellEnd"/>
      <w:r>
        <w:t>.</w:t>
      </w:r>
    </w:p>
    <w:p w14:paraId="56E0E823" w14:textId="77777777" w:rsidR="0054582D" w:rsidRDefault="00000000" w:rsidP="00B81EDD">
      <w:pPr>
        <w:spacing w:after="0" w:line="240" w:lineRule="auto"/>
        <w:jc w:val="both"/>
      </w:pPr>
      <w:r>
        <w:t xml:space="preserve">Program “ABC” </w:t>
      </w:r>
      <w:proofErr w:type="spellStart"/>
      <w:r>
        <w:t>diharapkan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memberikan</w:t>
      </w:r>
      <w:proofErr w:type="spellEnd"/>
      <w:r>
        <w:t xml:space="preserve"> </w:t>
      </w:r>
      <w:proofErr w:type="spellStart"/>
      <w:r>
        <w:t>pemahaman</w:t>
      </w:r>
      <w:proofErr w:type="spellEnd"/>
      <w:r>
        <w:t xml:space="preserve"> </w:t>
      </w:r>
      <w:proofErr w:type="spellStart"/>
      <w:r>
        <w:t>teoretis</w:t>
      </w:r>
      <w:proofErr w:type="spellEnd"/>
      <w:r>
        <w:t xml:space="preserve">, </w:t>
      </w:r>
      <w:proofErr w:type="spellStart"/>
      <w:r>
        <w:t>tetapi</w:t>
      </w:r>
      <w:proofErr w:type="spellEnd"/>
      <w:r>
        <w:t xml:space="preserve"> juga </w:t>
      </w:r>
      <w:proofErr w:type="spellStart"/>
      <w:r>
        <w:t>membentuk</w:t>
      </w:r>
      <w:proofErr w:type="spellEnd"/>
      <w:r>
        <w:t xml:space="preserve"> </w:t>
      </w:r>
      <w:proofErr w:type="spellStart"/>
      <w:r>
        <w:t>kebiasaan</w:t>
      </w:r>
      <w:proofErr w:type="spellEnd"/>
      <w:r>
        <w:t xml:space="preserve"> </w:t>
      </w:r>
      <w:proofErr w:type="spellStart"/>
      <w:r>
        <w:t>positif</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anak-anak</w:t>
      </w:r>
      <w:proofErr w:type="spellEnd"/>
      <w:r>
        <w:t xml:space="preserve">, </w:t>
      </w:r>
      <w:proofErr w:type="spellStart"/>
      <w:r>
        <w:t>sehingga</w:t>
      </w:r>
      <w:proofErr w:type="spellEnd"/>
      <w:r>
        <w:t xml:space="preserve"> RW 08 </w:t>
      </w:r>
      <w:proofErr w:type="spellStart"/>
      <w:r>
        <w:t>dapat</w:t>
      </w:r>
      <w:proofErr w:type="spellEnd"/>
      <w:r>
        <w:t xml:space="preserve"> </w:t>
      </w:r>
      <w:proofErr w:type="spellStart"/>
      <w:r>
        <w:t>bergerak</w:t>
      </w:r>
      <w:proofErr w:type="spellEnd"/>
      <w:r>
        <w:t xml:space="preserve"> </w:t>
      </w:r>
      <w:proofErr w:type="spellStart"/>
      <w:r>
        <w:t>menuju</w:t>
      </w:r>
      <w:proofErr w:type="spellEnd"/>
      <w:r>
        <w:t xml:space="preserve"> </w:t>
      </w:r>
      <w:proofErr w:type="spellStart"/>
      <w:r>
        <w:t>lingkungan</w:t>
      </w:r>
      <w:proofErr w:type="spellEnd"/>
      <w:r>
        <w:t xml:space="preserve"> yang </w:t>
      </w:r>
      <w:proofErr w:type="spellStart"/>
      <w:r>
        <w:t>lebih</w:t>
      </w:r>
      <w:proofErr w:type="spellEnd"/>
      <w:r>
        <w:t xml:space="preserve"> </w:t>
      </w:r>
      <w:proofErr w:type="spellStart"/>
      <w:r>
        <w:t>bersih</w:t>
      </w:r>
      <w:proofErr w:type="spellEnd"/>
      <w:r>
        <w:t xml:space="preserve"> dan </w:t>
      </w:r>
      <w:proofErr w:type="spellStart"/>
      <w:r>
        <w:t>sehat</w:t>
      </w:r>
      <w:proofErr w:type="spellEnd"/>
      <w:r>
        <w:t xml:space="preserve">. Program </w:t>
      </w:r>
      <w:proofErr w:type="spellStart"/>
      <w:r>
        <w:t>ini</w:t>
      </w:r>
      <w:proofErr w:type="spellEnd"/>
      <w:r>
        <w:t xml:space="preserve"> </w:t>
      </w:r>
      <w:proofErr w:type="spellStart"/>
      <w:r>
        <w:t>membuktikan</w:t>
      </w:r>
      <w:proofErr w:type="spellEnd"/>
      <w:r>
        <w:t xml:space="preserve"> </w:t>
      </w:r>
      <w:proofErr w:type="spellStart"/>
      <w:r>
        <w:t>bahwa</w:t>
      </w:r>
      <w:proofErr w:type="spellEnd"/>
      <w:r>
        <w:t xml:space="preserve"> </w:t>
      </w:r>
      <w:proofErr w:type="spellStart"/>
      <w:r>
        <w:t>perubahan</w:t>
      </w:r>
      <w:proofErr w:type="spellEnd"/>
      <w:r>
        <w:t xml:space="preserve"> </w:t>
      </w:r>
      <w:proofErr w:type="spellStart"/>
      <w:r>
        <w:t>dapat</w:t>
      </w:r>
      <w:proofErr w:type="spellEnd"/>
      <w:r>
        <w:t xml:space="preserve"> </w:t>
      </w:r>
      <w:proofErr w:type="spellStart"/>
      <w:r>
        <w:t>dimulai</w:t>
      </w:r>
      <w:proofErr w:type="spellEnd"/>
      <w:r>
        <w:t xml:space="preserve"> </w:t>
      </w:r>
      <w:proofErr w:type="spellStart"/>
      <w:r>
        <w:t>dari</w:t>
      </w:r>
      <w:proofErr w:type="spellEnd"/>
      <w:r>
        <w:t xml:space="preserve"> </w:t>
      </w:r>
      <w:proofErr w:type="spellStart"/>
      <w:r>
        <w:t>hal</w:t>
      </w:r>
      <w:proofErr w:type="spellEnd"/>
      <w:r>
        <w:t xml:space="preserve"> </w:t>
      </w:r>
      <w:proofErr w:type="spellStart"/>
      <w:r>
        <w:t>kecil</w:t>
      </w:r>
      <w:proofErr w:type="spellEnd"/>
      <w:r>
        <w:t xml:space="preserve">, </w:t>
      </w:r>
      <w:proofErr w:type="spellStart"/>
      <w:r>
        <w:t>yaitu</w:t>
      </w:r>
      <w:proofErr w:type="spellEnd"/>
      <w:r>
        <w:t xml:space="preserve"> </w:t>
      </w:r>
      <w:proofErr w:type="spellStart"/>
      <w:r>
        <w:t>mengedukasi</w:t>
      </w:r>
      <w:proofErr w:type="spellEnd"/>
      <w:r>
        <w:t xml:space="preserve"> </w:t>
      </w:r>
      <w:proofErr w:type="spellStart"/>
      <w:r>
        <w:t>anak-anak</w:t>
      </w:r>
      <w:proofErr w:type="spellEnd"/>
      <w:r>
        <w:t xml:space="preserve">, yang </w:t>
      </w:r>
      <w:proofErr w:type="spellStart"/>
      <w:r>
        <w:t>kemudian</w:t>
      </w:r>
      <w:proofErr w:type="spellEnd"/>
      <w:r>
        <w:t xml:space="preserve"> </w:t>
      </w:r>
      <w:proofErr w:type="spellStart"/>
      <w:r>
        <w:t>diharapkan</w:t>
      </w:r>
      <w:proofErr w:type="spellEnd"/>
      <w:r>
        <w:t xml:space="preserve"> </w:t>
      </w:r>
      <w:proofErr w:type="spellStart"/>
      <w:r>
        <w:t>memberikan</w:t>
      </w:r>
      <w:proofErr w:type="spellEnd"/>
      <w:r>
        <w:t xml:space="preserve"> </w:t>
      </w:r>
      <w:proofErr w:type="spellStart"/>
      <w:r>
        <w:t>efek</w:t>
      </w:r>
      <w:proofErr w:type="spellEnd"/>
      <w:r>
        <w:t xml:space="preserve"> domino </w:t>
      </w:r>
      <w:proofErr w:type="spellStart"/>
      <w:r>
        <w:t>ke</w:t>
      </w:r>
      <w:proofErr w:type="spellEnd"/>
      <w:r>
        <w:t xml:space="preserve"> </w:t>
      </w:r>
      <w:proofErr w:type="spellStart"/>
      <w:r>
        <w:t>seluruh</w:t>
      </w:r>
      <w:proofErr w:type="spellEnd"/>
      <w:r>
        <w:t xml:space="preserve"> </w:t>
      </w:r>
      <w:proofErr w:type="spellStart"/>
      <w:r>
        <w:t>masyarakat</w:t>
      </w:r>
      <w:proofErr w:type="spellEnd"/>
      <w:r>
        <w:t>.</w:t>
      </w:r>
    </w:p>
    <w:p w14:paraId="6E1B9A84" w14:textId="77777777" w:rsidR="008D55E6" w:rsidRDefault="008D55E6" w:rsidP="00B81EDD">
      <w:pPr>
        <w:spacing w:after="0" w:line="240" w:lineRule="auto"/>
        <w:jc w:val="both"/>
      </w:pPr>
    </w:p>
    <w:p w14:paraId="0D367829" w14:textId="77777777" w:rsidR="0054582D" w:rsidRDefault="00000000" w:rsidP="00B81EDD">
      <w:pPr>
        <w:spacing w:after="0" w:line="240" w:lineRule="auto"/>
      </w:pPr>
      <w:r>
        <w:rPr>
          <w:b/>
        </w:rPr>
        <w:t>SIMPULAN</w:t>
      </w:r>
    </w:p>
    <w:p w14:paraId="7DAC7084" w14:textId="77777777" w:rsidR="0054582D" w:rsidRDefault="00000000" w:rsidP="00B81EDD">
      <w:pPr>
        <w:spacing w:after="0" w:line="240" w:lineRule="auto"/>
        <w:jc w:val="both"/>
      </w:pPr>
      <w:proofErr w:type="spellStart"/>
      <w:r>
        <w:t>Pendekatan</w:t>
      </w:r>
      <w:proofErr w:type="spellEnd"/>
      <w:r>
        <w:t xml:space="preserve"> Participatory Rural Appraisal (PRA) </w:t>
      </w:r>
      <w:proofErr w:type="spellStart"/>
      <w:r>
        <w:t>terbukti</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mengidentifikasi</w:t>
      </w:r>
      <w:proofErr w:type="spellEnd"/>
      <w:r>
        <w:t xml:space="preserve"> </w:t>
      </w:r>
      <w:proofErr w:type="spellStart"/>
      <w:r>
        <w:t>akar</w:t>
      </w:r>
      <w:proofErr w:type="spellEnd"/>
      <w:r>
        <w:t xml:space="preserve"> </w:t>
      </w:r>
      <w:proofErr w:type="spellStart"/>
      <w:r>
        <w:t>persoalan</w:t>
      </w:r>
      <w:proofErr w:type="spellEnd"/>
      <w:r>
        <w:t xml:space="preserve"> </w:t>
      </w:r>
      <w:proofErr w:type="spellStart"/>
      <w:r>
        <w:t>pengelolaan</w:t>
      </w:r>
      <w:proofErr w:type="spellEnd"/>
      <w:r>
        <w:t xml:space="preserve"> </w:t>
      </w:r>
      <w:proofErr w:type="spellStart"/>
      <w:r>
        <w:t>sampah</w:t>
      </w:r>
      <w:proofErr w:type="spellEnd"/>
      <w:r>
        <w:t xml:space="preserve"> di RW 08 Kampung </w:t>
      </w:r>
      <w:proofErr w:type="spellStart"/>
      <w:r>
        <w:t>Kadatuan</w:t>
      </w:r>
      <w:proofErr w:type="spellEnd"/>
      <w:r>
        <w:t xml:space="preserve">, </w:t>
      </w:r>
      <w:proofErr w:type="spellStart"/>
      <w:r>
        <w:t>yakni</w:t>
      </w:r>
      <w:proofErr w:type="spellEnd"/>
      <w:r>
        <w:t xml:space="preserve"> </w:t>
      </w:r>
      <w:proofErr w:type="spellStart"/>
      <w:r>
        <w:t>terhentinya</w:t>
      </w:r>
      <w:proofErr w:type="spellEnd"/>
      <w:r>
        <w:t xml:space="preserve"> </w:t>
      </w:r>
      <w:proofErr w:type="spellStart"/>
      <w:r>
        <w:t>mekanisme</w:t>
      </w:r>
      <w:proofErr w:type="spellEnd"/>
      <w:r>
        <w:t xml:space="preserve"> </w:t>
      </w:r>
      <w:proofErr w:type="spellStart"/>
      <w:r>
        <w:t>pengangkutan</w:t>
      </w:r>
      <w:proofErr w:type="spellEnd"/>
      <w:r>
        <w:t xml:space="preserve"> </w:t>
      </w:r>
      <w:proofErr w:type="spellStart"/>
      <w:r>
        <w:t>sampah</w:t>
      </w:r>
      <w:proofErr w:type="spellEnd"/>
      <w:r>
        <w:t xml:space="preserve"> </w:t>
      </w:r>
      <w:proofErr w:type="spellStart"/>
      <w:r>
        <w:t>berbasis</w:t>
      </w:r>
      <w:proofErr w:type="spellEnd"/>
      <w:r>
        <w:t xml:space="preserve"> </w:t>
      </w:r>
      <w:proofErr w:type="spellStart"/>
      <w:r>
        <w:t>iuran</w:t>
      </w:r>
      <w:proofErr w:type="spellEnd"/>
      <w:r>
        <w:t xml:space="preserve"> </w:t>
      </w:r>
      <w:proofErr w:type="spellStart"/>
      <w:r>
        <w:t>akibat</w:t>
      </w:r>
      <w:proofErr w:type="spellEnd"/>
      <w:r>
        <w:t xml:space="preserve"> </w:t>
      </w:r>
      <w:proofErr w:type="spellStart"/>
      <w:r>
        <w:t>rendahnya</w:t>
      </w:r>
      <w:proofErr w:type="spellEnd"/>
      <w:r>
        <w:t xml:space="preserve"> </w:t>
      </w:r>
      <w:proofErr w:type="spellStart"/>
      <w:r>
        <w:t>kesediaan</w:t>
      </w:r>
      <w:proofErr w:type="spellEnd"/>
      <w:r>
        <w:t xml:space="preserve"> </w:t>
      </w:r>
      <w:proofErr w:type="spellStart"/>
      <w:r>
        <w:t>warga</w:t>
      </w:r>
      <w:proofErr w:type="spellEnd"/>
      <w:r>
        <w:t xml:space="preserve"> </w:t>
      </w:r>
      <w:proofErr w:type="spellStart"/>
      <w:r>
        <w:t>membayar</w:t>
      </w:r>
      <w:proofErr w:type="spellEnd"/>
      <w:r>
        <w:t xml:space="preserve">, </w:t>
      </w:r>
      <w:proofErr w:type="spellStart"/>
      <w:r>
        <w:t>diperparah</w:t>
      </w:r>
      <w:proofErr w:type="spellEnd"/>
      <w:r>
        <w:t xml:space="preserve"> oleh </w:t>
      </w:r>
      <w:proofErr w:type="spellStart"/>
      <w:r>
        <w:t>kondisi</w:t>
      </w:r>
      <w:proofErr w:type="spellEnd"/>
      <w:r>
        <w:t xml:space="preserve"> </w:t>
      </w:r>
      <w:proofErr w:type="spellStart"/>
      <w:r>
        <w:t>geografis</w:t>
      </w:r>
      <w:proofErr w:type="spellEnd"/>
      <w:r>
        <w:t xml:space="preserve"> yang </w:t>
      </w:r>
      <w:proofErr w:type="spellStart"/>
      <w:r>
        <w:t>menciptakan</w:t>
      </w:r>
      <w:proofErr w:type="spellEnd"/>
      <w:r>
        <w:t xml:space="preserve"> </w:t>
      </w:r>
      <w:proofErr w:type="spellStart"/>
      <w:r>
        <w:t>banyak</w:t>
      </w:r>
      <w:proofErr w:type="spellEnd"/>
      <w:r>
        <w:t xml:space="preserve"> </w:t>
      </w:r>
      <w:proofErr w:type="spellStart"/>
      <w:r>
        <w:t>lahan</w:t>
      </w:r>
      <w:proofErr w:type="spellEnd"/>
      <w:r>
        <w:t xml:space="preserve"> </w:t>
      </w:r>
      <w:proofErr w:type="spellStart"/>
      <w:r>
        <w:t>kosong</w:t>
      </w:r>
      <w:proofErr w:type="spellEnd"/>
      <w:r>
        <w:t xml:space="preserve"> </w:t>
      </w:r>
      <w:proofErr w:type="spellStart"/>
      <w:r>
        <w:t>sebagai</w:t>
      </w:r>
      <w:proofErr w:type="spellEnd"/>
      <w:r>
        <w:t xml:space="preserve"> </w:t>
      </w:r>
      <w:proofErr w:type="spellStart"/>
      <w:r>
        <w:t>lokasi</w:t>
      </w:r>
      <w:proofErr w:type="spellEnd"/>
      <w:r>
        <w:t xml:space="preserve"> </w:t>
      </w:r>
      <w:proofErr w:type="spellStart"/>
      <w:r>
        <w:t>pembuangan</w:t>
      </w:r>
      <w:proofErr w:type="spellEnd"/>
      <w:r>
        <w:t xml:space="preserve"> liar. </w:t>
      </w:r>
      <w:proofErr w:type="spellStart"/>
      <w:r>
        <w:t>Melalui</w:t>
      </w:r>
      <w:proofErr w:type="spellEnd"/>
      <w:r>
        <w:t xml:space="preserve"> </w:t>
      </w:r>
      <w:proofErr w:type="spellStart"/>
      <w:r>
        <w:t>rangkaian</w:t>
      </w:r>
      <w:proofErr w:type="spellEnd"/>
      <w:r>
        <w:t xml:space="preserve"> </w:t>
      </w:r>
      <w:proofErr w:type="spellStart"/>
      <w:r>
        <w:t>tahapan</w:t>
      </w:r>
      <w:proofErr w:type="spellEnd"/>
      <w:r>
        <w:t xml:space="preserve"> </w:t>
      </w:r>
      <w:proofErr w:type="spellStart"/>
      <w:r>
        <w:t>asesmen</w:t>
      </w:r>
      <w:proofErr w:type="spellEnd"/>
      <w:r>
        <w:t xml:space="preserve"> </w:t>
      </w:r>
      <w:proofErr w:type="spellStart"/>
      <w:r>
        <w:t>partisipatif</w:t>
      </w:r>
      <w:proofErr w:type="spellEnd"/>
      <w:r>
        <w:t xml:space="preserve"> -- </w:t>
      </w:r>
      <w:proofErr w:type="spellStart"/>
      <w:r>
        <w:lastRenderedPageBreak/>
        <w:t>pemetaan</w:t>
      </w:r>
      <w:proofErr w:type="spellEnd"/>
      <w:r>
        <w:t xml:space="preserve"> </w:t>
      </w:r>
      <w:proofErr w:type="spellStart"/>
      <w:r>
        <w:t>desa</w:t>
      </w:r>
      <w:proofErr w:type="spellEnd"/>
      <w:r>
        <w:t xml:space="preserve">, diagram Venn, diagram </w:t>
      </w:r>
      <w:proofErr w:type="spellStart"/>
      <w:r>
        <w:t>sehari</w:t>
      </w:r>
      <w:proofErr w:type="spellEnd"/>
      <w:r>
        <w:t xml:space="preserve">, </w:t>
      </w:r>
      <w:proofErr w:type="spellStart"/>
      <w:r>
        <w:t>serta</w:t>
      </w:r>
      <w:proofErr w:type="spellEnd"/>
      <w:r>
        <w:t xml:space="preserve"> diagram </w:t>
      </w:r>
      <w:proofErr w:type="spellStart"/>
      <w:r>
        <w:t>masalah</w:t>
      </w:r>
      <w:proofErr w:type="spellEnd"/>
      <w:r>
        <w:t xml:space="preserve"> dan </w:t>
      </w:r>
      <w:proofErr w:type="spellStart"/>
      <w:r>
        <w:t>potensi</w:t>
      </w:r>
      <w:proofErr w:type="spellEnd"/>
      <w:r>
        <w:t xml:space="preserve"> -- </w:t>
      </w:r>
      <w:proofErr w:type="spellStart"/>
      <w:r>
        <w:t>masalah</w:t>
      </w:r>
      <w:proofErr w:type="spellEnd"/>
      <w:r>
        <w:t xml:space="preserve"> </w:t>
      </w:r>
      <w:proofErr w:type="spellStart"/>
      <w:r>
        <w:t>sampah</w:t>
      </w:r>
      <w:proofErr w:type="spellEnd"/>
      <w:r>
        <w:t xml:space="preserve"> </w:t>
      </w:r>
      <w:proofErr w:type="spellStart"/>
      <w:r>
        <w:t>teridentifikasi</w:t>
      </w:r>
      <w:proofErr w:type="spellEnd"/>
      <w:r>
        <w:t xml:space="preserve"> </w:t>
      </w:r>
      <w:proofErr w:type="spellStart"/>
      <w:r>
        <w:t>sebagai</w:t>
      </w:r>
      <w:proofErr w:type="spellEnd"/>
      <w:r>
        <w:t xml:space="preserve"> </w:t>
      </w:r>
      <w:proofErr w:type="spellStart"/>
      <w:r>
        <w:t>prioritas</w:t>
      </w:r>
      <w:proofErr w:type="spellEnd"/>
      <w:r>
        <w:t xml:space="preserve"> </w:t>
      </w:r>
      <w:proofErr w:type="spellStart"/>
      <w:r>
        <w:t>tertinggi</w:t>
      </w:r>
      <w:proofErr w:type="spellEnd"/>
      <w:r>
        <w:t xml:space="preserve"> yang </w:t>
      </w:r>
      <w:proofErr w:type="spellStart"/>
      <w:r>
        <w:t>perlu</w:t>
      </w:r>
      <w:proofErr w:type="spellEnd"/>
      <w:r>
        <w:t xml:space="preserve"> </w:t>
      </w:r>
      <w:proofErr w:type="spellStart"/>
      <w:r>
        <w:t>segera</w:t>
      </w:r>
      <w:proofErr w:type="spellEnd"/>
      <w:r>
        <w:t xml:space="preserve"> </w:t>
      </w:r>
      <w:proofErr w:type="spellStart"/>
      <w:r>
        <w:t>ditangani</w:t>
      </w:r>
      <w:proofErr w:type="spellEnd"/>
      <w:r>
        <w:t>.</w:t>
      </w:r>
    </w:p>
    <w:p w14:paraId="5B657DEC" w14:textId="77777777" w:rsidR="0054582D" w:rsidRDefault="00000000" w:rsidP="00B81EDD">
      <w:pPr>
        <w:spacing w:after="0" w:line="240" w:lineRule="auto"/>
        <w:jc w:val="both"/>
      </w:pPr>
      <w:r>
        <w:t xml:space="preserve">Program “ABC” (Anak </w:t>
      </w:r>
      <w:proofErr w:type="spellStart"/>
      <w:r>
        <w:t>Bojong</w:t>
      </w:r>
      <w:proofErr w:type="spellEnd"/>
      <w:r>
        <w:t xml:space="preserve"> Cinta </w:t>
      </w:r>
      <w:proofErr w:type="spellStart"/>
      <w:r>
        <w:t>Kebersihan</w:t>
      </w:r>
      <w:proofErr w:type="spellEnd"/>
      <w:r>
        <w:t xml:space="preserve">) yang </w:t>
      </w:r>
      <w:proofErr w:type="spellStart"/>
      <w:r>
        <w:t>dirancang</w:t>
      </w:r>
      <w:proofErr w:type="spellEnd"/>
      <w:r>
        <w:t xml:space="preserve"> </w:t>
      </w:r>
      <w:proofErr w:type="spellStart"/>
      <w:r>
        <w:t>sebagai</w:t>
      </w:r>
      <w:proofErr w:type="spellEnd"/>
      <w:r>
        <w:t xml:space="preserve"> </w:t>
      </w:r>
      <w:proofErr w:type="spellStart"/>
      <w:r>
        <w:t>respons</w:t>
      </w:r>
      <w:proofErr w:type="spellEnd"/>
      <w:r>
        <w:t xml:space="preserve"> </w:t>
      </w:r>
      <w:proofErr w:type="spellStart"/>
      <w:r>
        <w:t>atas</w:t>
      </w:r>
      <w:proofErr w:type="spellEnd"/>
      <w:r>
        <w:t xml:space="preserve"> </w:t>
      </w:r>
      <w:proofErr w:type="spellStart"/>
      <w:r>
        <w:t>temuan</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strategi </w:t>
      </w:r>
      <w:proofErr w:type="spellStart"/>
      <w:r>
        <w:t>pemberdayaan</w:t>
      </w:r>
      <w:proofErr w:type="spellEnd"/>
      <w:r>
        <w:t xml:space="preserve"> yang </w:t>
      </w:r>
      <w:proofErr w:type="spellStart"/>
      <w:r>
        <w:t>menyasar</w:t>
      </w:r>
      <w:proofErr w:type="spellEnd"/>
      <w:r>
        <w:t xml:space="preserve"> </w:t>
      </w:r>
      <w:proofErr w:type="spellStart"/>
      <w:r>
        <w:t>generasi</w:t>
      </w:r>
      <w:proofErr w:type="spellEnd"/>
      <w:r>
        <w:t xml:space="preserve"> </w:t>
      </w:r>
      <w:proofErr w:type="spellStart"/>
      <w:r>
        <w:t>muda</w:t>
      </w:r>
      <w:proofErr w:type="spellEnd"/>
      <w:r>
        <w:t xml:space="preserve"> -- </w:t>
      </w:r>
      <w:proofErr w:type="spellStart"/>
      <w:r>
        <w:t>alih-alih</w:t>
      </w:r>
      <w:proofErr w:type="spellEnd"/>
      <w:r>
        <w:t xml:space="preserve"> </w:t>
      </w:r>
      <w:proofErr w:type="spellStart"/>
      <w:r>
        <w:t>mengulang</w:t>
      </w:r>
      <w:proofErr w:type="spellEnd"/>
      <w:r>
        <w:t xml:space="preserve"> </w:t>
      </w:r>
      <w:proofErr w:type="spellStart"/>
      <w:r>
        <w:t>skema</w:t>
      </w:r>
      <w:proofErr w:type="spellEnd"/>
      <w:r>
        <w:t xml:space="preserve"> </w:t>
      </w:r>
      <w:proofErr w:type="spellStart"/>
      <w:r>
        <w:t>iuran</w:t>
      </w:r>
      <w:proofErr w:type="spellEnd"/>
      <w:r>
        <w:t xml:space="preserve"> yang </w:t>
      </w:r>
      <w:proofErr w:type="spellStart"/>
      <w:r>
        <w:t>telah</w:t>
      </w:r>
      <w:proofErr w:type="spellEnd"/>
      <w:r>
        <w:t xml:space="preserve"> </w:t>
      </w:r>
      <w:proofErr w:type="spellStart"/>
      <w:r>
        <w:t>gagal</w:t>
      </w:r>
      <w:proofErr w:type="spellEnd"/>
      <w:r>
        <w:t xml:space="preserve"> </w:t>
      </w:r>
      <w:proofErr w:type="spellStart"/>
      <w:r>
        <w:t>sebelumnya</w:t>
      </w:r>
      <w:proofErr w:type="spellEnd"/>
      <w:r>
        <w:t xml:space="preserve"> -- </w:t>
      </w:r>
      <w:proofErr w:type="spellStart"/>
      <w:r>
        <w:t>mampu</w:t>
      </w:r>
      <w:proofErr w:type="spellEnd"/>
      <w:r>
        <w:t xml:space="preserve"> </w:t>
      </w:r>
      <w:proofErr w:type="spellStart"/>
      <w:r>
        <w:t>menumbuhkan</w:t>
      </w:r>
      <w:proofErr w:type="spellEnd"/>
      <w:r>
        <w:t xml:space="preserve"> </w:t>
      </w:r>
      <w:proofErr w:type="spellStart"/>
      <w:r>
        <w:t>kesadaran</w:t>
      </w:r>
      <w:proofErr w:type="spellEnd"/>
      <w:r>
        <w:t xml:space="preserve"> </w:t>
      </w:r>
      <w:proofErr w:type="spellStart"/>
      <w:r>
        <w:t>kebersihan</w:t>
      </w:r>
      <w:proofErr w:type="spellEnd"/>
      <w:r>
        <w:t xml:space="preserve"> </w:t>
      </w:r>
      <w:proofErr w:type="spellStart"/>
      <w:r>
        <w:t>lingkungan</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berkelanjutan</w:t>
      </w:r>
      <w:proofErr w:type="spellEnd"/>
      <w:r>
        <w:t xml:space="preserve">, </w:t>
      </w:r>
      <w:proofErr w:type="spellStart"/>
      <w:r>
        <w:t>karena</w:t>
      </w:r>
      <w:proofErr w:type="spellEnd"/>
      <w:r>
        <w:t xml:space="preserve"> </w:t>
      </w:r>
      <w:proofErr w:type="spellStart"/>
      <w:r>
        <w:t>bertumpu</w:t>
      </w:r>
      <w:proofErr w:type="spellEnd"/>
      <w:r>
        <w:t xml:space="preserve"> pada </w:t>
      </w:r>
      <w:proofErr w:type="spellStart"/>
      <w:r>
        <w:t>perubahan</w:t>
      </w:r>
      <w:proofErr w:type="spellEnd"/>
      <w:r>
        <w:t xml:space="preserve"> </w:t>
      </w:r>
      <w:proofErr w:type="spellStart"/>
      <w:r>
        <w:t>nilai</w:t>
      </w:r>
      <w:proofErr w:type="spellEnd"/>
      <w:r>
        <w:t xml:space="preserve"> dan </w:t>
      </w:r>
      <w:proofErr w:type="spellStart"/>
      <w:r>
        <w:t>kebiasaan</w:t>
      </w:r>
      <w:proofErr w:type="spellEnd"/>
      <w:r>
        <w:t xml:space="preserve"> </w:t>
      </w:r>
      <w:proofErr w:type="spellStart"/>
      <w:r>
        <w:t>sejak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insentif</w:t>
      </w:r>
      <w:proofErr w:type="spellEnd"/>
      <w:r>
        <w:t xml:space="preserve"> </w:t>
      </w:r>
      <w:proofErr w:type="spellStart"/>
      <w:r>
        <w:t>finansial</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Implikasinya</w:t>
      </w:r>
      <w:proofErr w:type="spellEnd"/>
      <w:r>
        <w:t xml:space="preserve">, program </w:t>
      </w:r>
      <w:proofErr w:type="spellStart"/>
      <w:r>
        <w:t>pemberdayaan</w:t>
      </w:r>
      <w:proofErr w:type="spellEnd"/>
      <w:r>
        <w:t xml:space="preserve"> </w:t>
      </w:r>
      <w:proofErr w:type="spellStart"/>
      <w:r>
        <w:t>berbasis</w:t>
      </w:r>
      <w:proofErr w:type="spellEnd"/>
      <w:r>
        <w:t xml:space="preserve"> </w:t>
      </w:r>
      <w:proofErr w:type="spellStart"/>
      <w:r>
        <w:t>komunitas</w:t>
      </w:r>
      <w:proofErr w:type="spellEnd"/>
      <w:r>
        <w:t xml:space="preserve"> </w:t>
      </w:r>
      <w:proofErr w:type="spellStart"/>
      <w:r>
        <w:t>untuk</w:t>
      </w:r>
      <w:proofErr w:type="spellEnd"/>
      <w:r>
        <w:t xml:space="preserve"> </w:t>
      </w:r>
      <w:proofErr w:type="spellStart"/>
      <w:r>
        <w:t>isu</w:t>
      </w:r>
      <w:proofErr w:type="spellEnd"/>
      <w:r>
        <w:t xml:space="preserve"> </w:t>
      </w:r>
      <w:proofErr w:type="spellStart"/>
      <w:r>
        <w:t>pengelolaan</w:t>
      </w:r>
      <w:proofErr w:type="spellEnd"/>
      <w:r>
        <w:t xml:space="preserve"> </w:t>
      </w:r>
      <w:proofErr w:type="spellStart"/>
      <w:r>
        <w:t>sampah</w:t>
      </w:r>
      <w:proofErr w:type="spellEnd"/>
      <w:r>
        <w:t xml:space="preserve"> di wilayah </w:t>
      </w:r>
      <w:proofErr w:type="spellStart"/>
      <w:r>
        <w:t>pedesaan</w:t>
      </w:r>
      <w:proofErr w:type="spellEnd"/>
      <w:r>
        <w:t xml:space="preserve"> </w:t>
      </w:r>
      <w:proofErr w:type="spellStart"/>
      <w:r>
        <w:t>sebaiknya</w:t>
      </w:r>
      <w:proofErr w:type="spellEnd"/>
      <w:r>
        <w:t xml:space="preserve"> </w:t>
      </w:r>
      <w:proofErr w:type="spellStart"/>
      <w:r>
        <w:t>mempertimbangkan</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sebagai</w:t>
      </w:r>
      <w:proofErr w:type="spellEnd"/>
      <w:r>
        <w:t xml:space="preserve"> </w:t>
      </w:r>
      <w:proofErr w:type="spellStart"/>
      <w:r>
        <w:t>titik</w:t>
      </w:r>
      <w:proofErr w:type="spellEnd"/>
      <w:r>
        <w:t xml:space="preserve"> </w:t>
      </w:r>
      <w:proofErr w:type="spellStart"/>
      <w:r>
        <w:t>masuk</w:t>
      </w:r>
      <w:proofErr w:type="spellEnd"/>
      <w:r>
        <w:t xml:space="preserve"> (entry point) </w:t>
      </w:r>
      <w:proofErr w:type="spellStart"/>
      <w:r>
        <w:t>strategis</w:t>
      </w:r>
      <w:proofErr w:type="spellEnd"/>
      <w:r>
        <w:t xml:space="preserve">, </w:t>
      </w:r>
      <w:proofErr w:type="spellStart"/>
      <w:r>
        <w:t>sekaligus</w:t>
      </w:r>
      <w:proofErr w:type="spellEnd"/>
      <w:r>
        <w:t xml:space="preserve"> </w:t>
      </w:r>
      <w:proofErr w:type="spellStart"/>
      <w:r>
        <w:t>tetap</w:t>
      </w:r>
      <w:proofErr w:type="spellEnd"/>
      <w:r>
        <w:t xml:space="preserve"> </w:t>
      </w:r>
      <w:proofErr w:type="spellStart"/>
      <w:r>
        <w:t>diiringi</w:t>
      </w:r>
      <w:proofErr w:type="spellEnd"/>
      <w:r>
        <w:t xml:space="preserve"> </w:t>
      </w:r>
      <w:proofErr w:type="spellStart"/>
      <w:r>
        <w:t>penguatan</w:t>
      </w:r>
      <w:proofErr w:type="spellEnd"/>
      <w:r>
        <w:t xml:space="preserve"> </w:t>
      </w:r>
      <w:proofErr w:type="spellStart"/>
      <w:r>
        <w:t>sinergi</w:t>
      </w:r>
      <w:proofErr w:type="spellEnd"/>
      <w:r>
        <w:t xml:space="preserve"> </w:t>
      </w:r>
      <w:proofErr w:type="spellStart"/>
      <w:r>
        <w:t>antara</w:t>
      </w:r>
      <w:proofErr w:type="spellEnd"/>
      <w:r>
        <w:t xml:space="preserve"> </w:t>
      </w:r>
      <w:proofErr w:type="spellStart"/>
      <w:r>
        <w:t>masyarakat</w:t>
      </w:r>
      <w:proofErr w:type="spellEnd"/>
      <w:r>
        <w:t xml:space="preserve"> dan </w:t>
      </w:r>
      <w:proofErr w:type="spellStart"/>
      <w:r>
        <w:t>pemerintah</w:t>
      </w:r>
      <w:proofErr w:type="spellEnd"/>
      <w:r>
        <w:t xml:space="preserve"> </w:t>
      </w:r>
      <w:proofErr w:type="spellStart"/>
      <w:r>
        <w:t>desa</w:t>
      </w:r>
      <w:proofErr w:type="spellEnd"/>
      <w:r>
        <w:t xml:space="preserve"> yang </w:t>
      </w:r>
      <w:proofErr w:type="spellStart"/>
      <w:r>
        <w:t>selama</w:t>
      </w:r>
      <w:proofErr w:type="spellEnd"/>
      <w:r>
        <w:t xml:space="preserve"> </w:t>
      </w:r>
      <w:proofErr w:type="spellStart"/>
      <w:r>
        <w:t>ini</w:t>
      </w:r>
      <w:proofErr w:type="spellEnd"/>
      <w:r>
        <w:t xml:space="preserve"> </w:t>
      </w:r>
      <w:proofErr w:type="spellStart"/>
      <w:r>
        <w:t>masih</w:t>
      </w:r>
      <w:proofErr w:type="spellEnd"/>
      <w:r>
        <w:t xml:space="preserve"> </w:t>
      </w:r>
      <w:proofErr w:type="spellStart"/>
      <w:r>
        <w:t>lemah</w:t>
      </w:r>
      <w:proofErr w:type="spellEnd"/>
      <w:r>
        <w:t>.</w:t>
      </w:r>
    </w:p>
    <w:p w14:paraId="5F9CBE3E" w14:textId="77777777" w:rsidR="0054582D" w:rsidRDefault="00000000" w:rsidP="00B81EDD">
      <w:pPr>
        <w:spacing w:after="0" w:line="240" w:lineRule="auto"/>
        <w:jc w:val="both"/>
      </w:pPr>
      <w:proofErr w:type="spellStart"/>
      <w:r>
        <w:t>Penelitian</w:t>
      </w:r>
      <w:proofErr w:type="spellEnd"/>
      <w:r>
        <w:t xml:space="preserve"> </w:t>
      </w:r>
      <w:proofErr w:type="spellStart"/>
      <w:r>
        <w:t>lanjutan</w:t>
      </w:r>
      <w:proofErr w:type="spellEnd"/>
      <w:r>
        <w:t xml:space="preserve"> </w:t>
      </w:r>
      <w:proofErr w:type="spellStart"/>
      <w:r>
        <w:t>dengan</w:t>
      </w:r>
      <w:proofErr w:type="spellEnd"/>
      <w:r>
        <w:t xml:space="preserve"> </w:t>
      </w:r>
      <w:proofErr w:type="spellStart"/>
      <w:r>
        <w:t>desain</w:t>
      </w:r>
      <w:proofErr w:type="spellEnd"/>
      <w:r>
        <w:t xml:space="preserve"> </w:t>
      </w:r>
      <w:proofErr w:type="spellStart"/>
      <w:r>
        <w:t>evaluasi</w:t>
      </w:r>
      <w:proofErr w:type="spellEnd"/>
      <w:r>
        <w:t xml:space="preserve"> </w:t>
      </w:r>
      <w:proofErr w:type="spellStart"/>
      <w:r>
        <w:t>dampak</w:t>
      </w:r>
      <w:proofErr w:type="spellEnd"/>
      <w:r>
        <w:t xml:space="preserve"> (</w:t>
      </w:r>
      <w:proofErr w:type="spellStart"/>
      <w:r>
        <w:t>misalnya</w:t>
      </w:r>
      <w:proofErr w:type="spellEnd"/>
      <w:r>
        <w:t xml:space="preserve"> </w:t>
      </w:r>
      <w:proofErr w:type="spellStart"/>
      <w:r>
        <w:t>perbandingan</w:t>
      </w:r>
      <w:proofErr w:type="spellEnd"/>
      <w:r>
        <w:t xml:space="preserve"> </w:t>
      </w:r>
      <w:proofErr w:type="spellStart"/>
      <w:r>
        <w:t>sebelum-sesudah</w:t>
      </w:r>
      <w:proofErr w:type="spellEnd"/>
      <w:r>
        <w:t xml:space="preserve"> </w:t>
      </w:r>
      <w:proofErr w:type="spellStart"/>
      <w:r>
        <w:t>dalam</w:t>
      </w:r>
      <w:proofErr w:type="spellEnd"/>
      <w:r>
        <w:t xml:space="preserve"> </w:t>
      </w:r>
      <w:proofErr w:type="spellStart"/>
      <w:r>
        <w:t>kurun</w:t>
      </w:r>
      <w:proofErr w:type="spellEnd"/>
      <w:r>
        <w:t xml:space="preserve"> </w:t>
      </w:r>
      <w:proofErr w:type="spellStart"/>
      <w:r>
        <w:t>waktu</w:t>
      </w:r>
      <w:proofErr w:type="spellEnd"/>
      <w:r>
        <w:t xml:space="preserve"> </w:t>
      </w:r>
      <w:proofErr w:type="spellStart"/>
      <w:r>
        <w:t>lebih</w:t>
      </w:r>
      <w:proofErr w:type="spellEnd"/>
      <w:r>
        <w:t xml:space="preserve"> </w:t>
      </w:r>
      <w:proofErr w:type="spellStart"/>
      <w:r>
        <w:t>panjang</w:t>
      </w:r>
      <w:proofErr w:type="spellEnd"/>
      <w:r>
        <w:t xml:space="preserve">, </w:t>
      </w:r>
      <w:proofErr w:type="spellStart"/>
      <w:r>
        <w:t>atau</w:t>
      </w:r>
      <w:proofErr w:type="spellEnd"/>
      <w:r>
        <w:t xml:space="preserve"> </w:t>
      </w:r>
      <w:proofErr w:type="spellStart"/>
      <w:r>
        <w:t>replikasi</w:t>
      </w:r>
      <w:proofErr w:type="spellEnd"/>
      <w:r>
        <w:t xml:space="preserve"> program ABC di RW lain </w:t>
      </w:r>
      <w:proofErr w:type="spellStart"/>
      <w:r>
        <w:t>Desa</w:t>
      </w:r>
      <w:proofErr w:type="spellEnd"/>
      <w:r>
        <w:t xml:space="preserve"> </w:t>
      </w:r>
      <w:proofErr w:type="spellStart"/>
      <w:r>
        <w:t>Bojong</w:t>
      </w:r>
      <w:proofErr w:type="spellEnd"/>
      <w:r>
        <w:t xml:space="preserve">) </w:t>
      </w:r>
      <w:proofErr w:type="spellStart"/>
      <w:r>
        <w:t>akan</w:t>
      </w:r>
      <w:proofErr w:type="spellEnd"/>
      <w:r>
        <w:t xml:space="preserve"> </w:t>
      </w:r>
      <w:proofErr w:type="spellStart"/>
      <w:r>
        <w:t>memperkuat</w:t>
      </w:r>
      <w:proofErr w:type="spellEnd"/>
      <w:r>
        <w:t xml:space="preserve"> </w:t>
      </w:r>
      <w:proofErr w:type="spellStart"/>
      <w:r>
        <w:t>generalisasi</w:t>
      </w:r>
      <w:proofErr w:type="spellEnd"/>
      <w:r>
        <w:t xml:space="preserve"> </w:t>
      </w:r>
      <w:proofErr w:type="spellStart"/>
      <w:r>
        <w:t>temuan</w:t>
      </w:r>
      <w:proofErr w:type="spellEnd"/>
      <w:r>
        <w:t xml:space="preserve"> </w:t>
      </w:r>
      <w:proofErr w:type="spellStart"/>
      <w:r>
        <w:t>ini</w:t>
      </w:r>
      <w:proofErr w:type="spellEnd"/>
      <w:r>
        <w:t xml:space="preserve"> </w:t>
      </w:r>
      <w:proofErr w:type="spellStart"/>
      <w:r>
        <w:t>serta</w:t>
      </w:r>
      <w:proofErr w:type="spellEnd"/>
      <w:r>
        <w:t xml:space="preserve"> </w:t>
      </w:r>
      <w:proofErr w:type="spellStart"/>
      <w:r>
        <w:t>mengukur</w:t>
      </w:r>
      <w:proofErr w:type="spellEnd"/>
      <w:r>
        <w:t xml:space="preserve"> </w:t>
      </w:r>
      <w:proofErr w:type="spellStart"/>
      <w:r>
        <w:t>keberlanjutan</w:t>
      </w:r>
      <w:proofErr w:type="spellEnd"/>
      <w:r>
        <w:t xml:space="preserve"> </w:t>
      </w:r>
      <w:proofErr w:type="spellStart"/>
      <w:r>
        <w:t>perubahan</w:t>
      </w:r>
      <w:proofErr w:type="spellEnd"/>
      <w:r>
        <w:t xml:space="preserve"> </w:t>
      </w:r>
      <w:proofErr w:type="spellStart"/>
      <w:r>
        <w:t>perilaku</w:t>
      </w:r>
      <w:proofErr w:type="spellEnd"/>
      <w:r>
        <w:t xml:space="preserve"> </w:t>
      </w:r>
      <w:proofErr w:type="spellStart"/>
      <w:r>
        <w:t>anak-anak</w:t>
      </w:r>
      <w:proofErr w:type="spellEnd"/>
      <w:r>
        <w:t xml:space="preserve"> dan </w:t>
      </w:r>
      <w:proofErr w:type="spellStart"/>
      <w:r>
        <w:t>masyarakat</w:t>
      </w:r>
      <w:proofErr w:type="spellEnd"/>
      <w:r>
        <w:t xml:space="preserve"> RW 08 </w:t>
      </w:r>
      <w:proofErr w:type="spellStart"/>
      <w:r>
        <w:t>dalam</w:t>
      </w:r>
      <w:proofErr w:type="spellEnd"/>
      <w:r>
        <w:t xml:space="preserve"> </w:t>
      </w:r>
      <w:proofErr w:type="spellStart"/>
      <w:r>
        <w:t>pengelolaan</w:t>
      </w:r>
      <w:proofErr w:type="spellEnd"/>
      <w:r>
        <w:t xml:space="preserve"> </w:t>
      </w:r>
      <w:proofErr w:type="spellStart"/>
      <w:r>
        <w:t>sampah</w:t>
      </w:r>
      <w:proofErr w:type="spellEnd"/>
      <w:r>
        <w:t>.</w:t>
      </w:r>
    </w:p>
    <w:p w14:paraId="09F8D119" w14:textId="77777777" w:rsidR="008D55E6" w:rsidRDefault="008D55E6" w:rsidP="00B81EDD">
      <w:pPr>
        <w:spacing w:after="0" w:line="240" w:lineRule="auto"/>
        <w:jc w:val="both"/>
      </w:pPr>
    </w:p>
    <w:p w14:paraId="1B3B45DD" w14:textId="77777777" w:rsidR="0054582D" w:rsidRDefault="00000000" w:rsidP="00B81EDD">
      <w:pPr>
        <w:spacing w:after="0" w:line="240" w:lineRule="auto"/>
      </w:pPr>
      <w:r>
        <w:rPr>
          <w:b/>
        </w:rPr>
        <w:t>UCAPAN TERIMA KASIH</w:t>
      </w:r>
    </w:p>
    <w:p w14:paraId="4BF3F3FE" w14:textId="77777777" w:rsidR="0054582D" w:rsidRDefault="00000000" w:rsidP="00B81EDD">
      <w:pPr>
        <w:spacing w:after="0" w:line="240" w:lineRule="auto"/>
        <w:jc w:val="both"/>
      </w:pPr>
      <w:proofErr w:type="spellStart"/>
      <w:r>
        <w:t>Dengan</w:t>
      </w:r>
      <w:proofErr w:type="spellEnd"/>
      <w:r>
        <w:t xml:space="preserve"> </w:t>
      </w:r>
      <w:proofErr w:type="spellStart"/>
      <w:r>
        <w:t>disusunnya</w:t>
      </w:r>
      <w:proofErr w:type="spellEnd"/>
      <w:r>
        <w:t xml:space="preserve"> </w:t>
      </w:r>
      <w:proofErr w:type="spellStart"/>
      <w:r>
        <w:t>artikel</w:t>
      </w:r>
      <w:proofErr w:type="spellEnd"/>
      <w:r>
        <w:t xml:space="preserve"> </w:t>
      </w:r>
      <w:proofErr w:type="spellStart"/>
      <w:r>
        <w:t>ini</w:t>
      </w:r>
      <w:proofErr w:type="spellEnd"/>
      <w:r>
        <w:t xml:space="preserve">, kami </w:t>
      </w:r>
      <w:proofErr w:type="spellStart"/>
      <w:r>
        <w:t>mengucapkan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kepada</w:t>
      </w:r>
      <w:proofErr w:type="spellEnd"/>
      <w:r>
        <w:t xml:space="preserve"> </w:t>
      </w:r>
      <w:proofErr w:type="spellStart"/>
      <w:r>
        <w:t>seluruh</w:t>
      </w:r>
      <w:proofErr w:type="spellEnd"/>
      <w:r>
        <w:t xml:space="preserve"> </w:t>
      </w:r>
      <w:proofErr w:type="spellStart"/>
      <w:r>
        <w:t>jajaran</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Bojong</w:t>
      </w:r>
      <w:proofErr w:type="spellEnd"/>
      <w:r>
        <w:t xml:space="preserve">, </w:t>
      </w:r>
      <w:proofErr w:type="spellStart"/>
      <w:r>
        <w:t>Kecamatan</w:t>
      </w:r>
      <w:proofErr w:type="spellEnd"/>
      <w:r>
        <w:t xml:space="preserve"> </w:t>
      </w:r>
      <w:proofErr w:type="spellStart"/>
      <w:r>
        <w:t>Majalaya</w:t>
      </w:r>
      <w:proofErr w:type="spellEnd"/>
      <w:r>
        <w:t xml:space="preserve">, </w:t>
      </w:r>
      <w:proofErr w:type="spellStart"/>
      <w:r>
        <w:t>Kabupaten</w:t>
      </w:r>
      <w:proofErr w:type="spellEnd"/>
      <w:r>
        <w:t xml:space="preserve"> Bandung, </w:t>
      </w:r>
      <w:proofErr w:type="spellStart"/>
      <w:r>
        <w:t>beserta</w:t>
      </w:r>
      <w:proofErr w:type="spellEnd"/>
      <w:r>
        <w:t xml:space="preserve"> Badan </w:t>
      </w:r>
      <w:proofErr w:type="spellStart"/>
      <w:r>
        <w:t>Permusyawaratan</w:t>
      </w:r>
      <w:proofErr w:type="spellEnd"/>
      <w:r>
        <w:t xml:space="preserve"> </w:t>
      </w:r>
      <w:proofErr w:type="spellStart"/>
      <w:r>
        <w:t>Desa</w:t>
      </w:r>
      <w:proofErr w:type="spellEnd"/>
      <w:r>
        <w:t xml:space="preserve"> (BPD) </w:t>
      </w:r>
      <w:proofErr w:type="spellStart"/>
      <w:r>
        <w:t>Desa</w:t>
      </w:r>
      <w:proofErr w:type="spellEnd"/>
      <w:r>
        <w:t xml:space="preserve"> </w:t>
      </w:r>
      <w:proofErr w:type="spellStart"/>
      <w:r>
        <w:t>Bojong</w:t>
      </w:r>
      <w:proofErr w:type="spellEnd"/>
      <w:r>
        <w:t xml:space="preserve"> yang </w:t>
      </w:r>
      <w:proofErr w:type="spellStart"/>
      <w:r>
        <w:t>telah</w:t>
      </w:r>
      <w:proofErr w:type="spellEnd"/>
      <w:r>
        <w:t xml:space="preserve"> </w:t>
      </w:r>
      <w:proofErr w:type="spellStart"/>
      <w:r>
        <w:t>memberi</w:t>
      </w:r>
      <w:proofErr w:type="spellEnd"/>
      <w:r>
        <w:t xml:space="preserve"> </w:t>
      </w:r>
      <w:proofErr w:type="spellStart"/>
      <w:r>
        <w:t>kesempatan</w:t>
      </w:r>
      <w:proofErr w:type="spellEnd"/>
      <w:r>
        <w:t xml:space="preserve"> </w:t>
      </w:r>
      <w:proofErr w:type="spellStart"/>
      <w:r>
        <w:t>kepada</w:t>
      </w:r>
      <w:proofErr w:type="spellEnd"/>
      <w:r>
        <w:t xml:space="preserve"> kami </w:t>
      </w:r>
      <w:proofErr w:type="spellStart"/>
      <w:r>
        <w:t>untuk</w:t>
      </w:r>
      <w:proofErr w:type="spellEnd"/>
      <w:r>
        <w:t xml:space="preserve"> </w:t>
      </w:r>
      <w:proofErr w:type="spellStart"/>
      <w:r>
        <w:t>melakukan</w:t>
      </w:r>
      <w:proofErr w:type="spellEnd"/>
      <w:r>
        <w:t xml:space="preserve"> </w:t>
      </w:r>
      <w:proofErr w:type="spellStart"/>
      <w:r>
        <w:t>penelitian</w:t>
      </w:r>
      <w:proofErr w:type="spellEnd"/>
      <w:r>
        <w:t xml:space="preserve"> di </w:t>
      </w:r>
      <w:proofErr w:type="spellStart"/>
      <w:r>
        <w:t>Desa</w:t>
      </w:r>
      <w:proofErr w:type="spellEnd"/>
      <w:r>
        <w:t xml:space="preserve"> </w:t>
      </w:r>
      <w:proofErr w:type="spellStart"/>
      <w:r>
        <w:t>Bojong</w:t>
      </w:r>
      <w:proofErr w:type="spellEnd"/>
      <w:r>
        <w:t xml:space="preserve">, </w:t>
      </w:r>
      <w:proofErr w:type="spellStart"/>
      <w:r>
        <w:t>khususnya</w:t>
      </w:r>
      <w:proofErr w:type="spellEnd"/>
      <w:r>
        <w:t xml:space="preserve"> di RW 08 Kampung </w:t>
      </w:r>
      <w:proofErr w:type="spellStart"/>
      <w:r>
        <w:t>Kadatuan</w:t>
      </w:r>
      <w:proofErr w:type="spellEnd"/>
      <w:r>
        <w:t xml:space="preserve">. </w:t>
      </w:r>
      <w:proofErr w:type="spellStart"/>
      <w:r>
        <w:t>Terima</w:t>
      </w:r>
      <w:proofErr w:type="spellEnd"/>
      <w:r>
        <w:t xml:space="preserve"> </w:t>
      </w:r>
      <w:proofErr w:type="spellStart"/>
      <w:r>
        <w:t>kasih</w:t>
      </w:r>
      <w:proofErr w:type="spellEnd"/>
      <w:r>
        <w:t xml:space="preserve"> pula </w:t>
      </w:r>
      <w:proofErr w:type="spellStart"/>
      <w:r>
        <w:t>kepada</w:t>
      </w:r>
      <w:proofErr w:type="spellEnd"/>
      <w:r>
        <w:t xml:space="preserve"> para </w:t>
      </w:r>
      <w:proofErr w:type="spellStart"/>
      <w:r>
        <w:t>tokoh</w:t>
      </w:r>
      <w:proofErr w:type="spellEnd"/>
      <w:r>
        <w:t xml:space="preserve"> </w:t>
      </w:r>
      <w:proofErr w:type="spellStart"/>
      <w:r>
        <w:t>masyarakat</w:t>
      </w:r>
      <w:proofErr w:type="spellEnd"/>
      <w:r>
        <w:t xml:space="preserve"> RW 08 Kampung </w:t>
      </w:r>
      <w:proofErr w:type="spellStart"/>
      <w:r>
        <w:t>Kadatuan</w:t>
      </w:r>
      <w:proofErr w:type="spellEnd"/>
      <w:r>
        <w:t xml:space="preserve"> yang </w:t>
      </w:r>
      <w:proofErr w:type="spellStart"/>
      <w:r>
        <w:t>telah</w:t>
      </w:r>
      <w:proofErr w:type="spellEnd"/>
      <w:r>
        <w:t xml:space="preserve"> </w:t>
      </w:r>
      <w:proofErr w:type="spellStart"/>
      <w:r>
        <w:t>berpartisipasi</w:t>
      </w:r>
      <w:proofErr w:type="spellEnd"/>
      <w:r>
        <w:t xml:space="preserve"> </w:t>
      </w:r>
      <w:proofErr w:type="spellStart"/>
      <w:r>
        <w:t>membantu</w:t>
      </w:r>
      <w:proofErr w:type="spellEnd"/>
      <w:r>
        <w:t xml:space="preserve"> </w:t>
      </w:r>
      <w:proofErr w:type="spellStart"/>
      <w:r>
        <w:t>pelaksanaan</w:t>
      </w:r>
      <w:proofErr w:type="spellEnd"/>
      <w:r>
        <w:t xml:space="preserve"> </w:t>
      </w:r>
      <w:proofErr w:type="spellStart"/>
      <w:r>
        <w:t>riset</w:t>
      </w:r>
      <w:proofErr w:type="spellEnd"/>
      <w:r>
        <w:t xml:space="preserve"> </w:t>
      </w:r>
      <w:proofErr w:type="spellStart"/>
      <w:r>
        <w:t>ini</w:t>
      </w:r>
      <w:proofErr w:type="spellEnd"/>
      <w:r>
        <w:t>.</w:t>
      </w:r>
    </w:p>
    <w:p w14:paraId="57041EDF" w14:textId="77777777" w:rsidR="008D55E6" w:rsidRDefault="008D55E6" w:rsidP="00B81EDD">
      <w:pPr>
        <w:spacing w:after="0" w:line="240" w:lineRule="auto"/>
        <w:jc w:val="both"/>
      </w:pPr>
    </w:p>
    <w:p w14:paraId="68E446C4" w14:textId="77777777" w:rsidR="0054582D" w:rsidRDefault="00000000" w:rsidP="00B81EDD">
      <w:pPr>
        <w:spacing w:after="0" w:line="240" w:lineRule="auto"/>
      </w:pPr>
      <w:r>
        <w:rPr>
          <w:b/>
        </w:rPr>
        <w:t>DAFTAR PUSTAKA</w:t>
      </w:r>
    </w:p>
    <w:p w14:paraId="187BB1D6" w14:textId="77777777" w:rsidR="0054582D" w:rsidRDefault="00000000" w:rsidP="00B81EDD">
      <w:pPr>
        <w:spacing w:after="0" w:line="240" w:lineRule="auto"/>
        <w:ind w:left="567" w:hanging="567"/>
        <w:jc w:val="both"/>
      </w:pPr>
      <w:r>
        <w:t xml:space="preserve">Arifin, M., Ahmad, Y. R., </w:t>
      </w:r>
      <w:proofErr w:type="spellStart"/>
      <w:r>
        <w:t>Hartato</w:t>
      </w:r>
      <w:proofErr w:type="spellEnd"/>
      <w:r>
        <w:t xml:space="preserve">, M., Utami, D. H., &amp; </w:t>
      </w:r>
      <w:proofErr w:type="spellStart"/>
      <w:r>
        <w:t>Paramitasari</w:t>
      </w:r>
      <w:proofErr w:type="spellEnd"/>
      <w:r>
        <w:t xml:space="preserve">, A. (2022). </w:t>
      </w:r>
      <w:proofErr w:type="spellStart"/>
      <w:r>
        <w:t>Pemberdayaan</w:t>
      </w:r>
      <w:proofErr w:type="spellEnd"/>
      <w:r>
        <w:t xml:space="preserve"> </w:t>
      </w:r>
      <w:proofErr w:type="spellStart"/>
      <w:r>
        <w:t>masyarakat</w:t>
      </w:r>
      <w:proofErr w:type="spellEnd"/>
      <w:r>
        <w:t xml:space="preserve"> </w:t>
      </w:r>
      <w:proofErr w:type="spellStart"/>
      <w:r>
        <w:t>bisu</w:t>
      </w:r>
      <w:proofErr w:type="spellEnd"/>
      <w:r>
        <w:t xml:space="preserve"> </w:t>
      </w:r>
      <w:proofErr w:type="spellStart"/>
      <w:r>
        <w:t>tuli</w:t>
      </w:r>
      <w:proofErr w:type="spellEnd"/>
      <w:r>
        <w:t xml:space="preserve">: </w:t>
      </w:r>
      <w:proofErr w:type="spellStart"/>
      <w:r>
        <w:t>Studi</w:t>
      </w:r>
      <w:proofErr w:type="spellEnd"/>
      <w:r>
        <w:t xml:space="preserve"> </w:t>
      </w:r>
      <w:proofErr w:type="spellStart"/>
      <w:r>
        <w:t>kasus</w:t>
      </w:r>
      <w:proofErr w:type="spellEnd"/>
      <w:r>
        <w:t xml:space="preserve"> Program KEM </w:t>
      </w:r>
      <w:proofErr w:type="spellStart"/>
      <w:r>
        <w:t>Bengkala</w:t>
      </w:r>
      <w:proofErr w:type="spellEnd"/>
      <w:r>
        <w:t xml:space="preserve"> PT </w:t>
      </w:r>
      <w:proofErr w:type="spellStart"/>
      <w:r>
        <w:t>Pertamina</w:t>
      </w:r>
      <w:proofErr w:type="spellEnd"/>
      <w:r>
        <w:t xml:space="preserve"> DPPU Ngurah Rai. Indonesian Journal for Social Responsibility, 4(2), 115–129. https://doi.org/10.36782/ijsr.v4i02.138</w:t>
      </w:r>
    </w:p>
    <w:p w14:paraId="5C62100B" w14:textId="77777777" w:rsidR="0054582D" w:rsidRDefault="00000000" w:rsidP="00B81EDD">
      <w:pPr>
        <w:spacing w:after="0" w:line="240" w:lineRule="auto"/>
        <w:ind w:left="567" w:hanging="567"/>
        <w:jc w:val="both"/>
      </w:pPr>
      <w:r>
        <w:t xml:space="preserve">Aritonang, J. I., Darwis, R. S., &amp; Santoso, M. B. (2024). </w:t>
      </w:r>
      <w:proofErr w:type="spellStart"/>
      <w:r>
        <w:t>Pengelolaan</w:t>
      </w:r>
      <w:proofErr w:type="spellEnd"/>
      <w:r>
        <w:t xml:space="preserve"> </w:t>
      </w:r>
      <w:proofErr w:type="spellStart"/>
      <w:r>
        <w:t>sampah</w:t>
      </w:r>
      <w:proofErr w:type="spellEnd"/>
      <w:r>
        <w:t xml:space="preserve"> </w:t>
      </w:r>
      <w:proofErr w:type="spellStart"/>
      <w:r>
        <w:t>berbasis</w:t>
      </w:r>
      <w:proofErr w:type="spellEnd"/>
      <w:r>
        <w:t xml:space="preserve"> stakeholders di </w:t>
      </w:r>
      <w:proofErr w:type="spellStart"/>
      <w:r>
        <w:t>daerah</w:t>
      </w:r>
      <w:proofErr w:type="spellEnd"/>
      <w:r>
        <w:t xml:space="preserve"> </w:t>
      </w:r>
      <w:proofErr w:type="spellStart"/>
      <w:r>
        <w:t>pariwisata</w:t>
      </w:r>
      <w:proofErr w:type="spellEnd"/>
      <w:r>
        <w:t xml:space="preserve">. Focus: </w:t>
      </w:r>
      <w:proofErr w:type="spellStart"/>
      <w:r>
        <w:t>Jurnal</w:t>
      </w:r>
      <w:proofErr w:type="spellEnd"/>
      <w:r>
        <w:t xml:space="preserve"> </w:t>
      </w:r>
      <w:proofErr w:type="spellStart"/>
      <w:r>
        <w:t>Pekerjaan</w:t>
      </w:r>
      <w:proofErr w:type="spellEnd"/>
      <w:r>
        <w:t xml:space="preserve"> </w:t>
      </w:r>
      <w:proofErr w:type="spellStart"/>
      <w:r>
        <w:t>Sosial</w:t>
      </w:r>
      <w:proofErr w:type="spellEnd"/>
      <w:r>
        <w:t>, 7(1), 13–22. https://doi.org/10.24198/focus.v7i1.55410</w:t>
      </w:r>
    </w:p>
    <w:p w14:paraId="390E63C4" w14:textId="77777777" w:rsidR="0054582D" w:rsidRDefault="00000000" w:rsidP="00B81EDD">
      <w:pPr>
        <w:spacing w:after="0" w:line="240" w:lineRule="auto"/>
        <w:ind w:left="567" w:hanging="567"/>
        <w:jc w:val="both"/>
      </w:pPr>
      <w:r>
        <w:t>Chambers, R. (1994). The origins and practice of participatory rural appraisal. World Development, 22(7), 953–969.</w:t>
      </w:r>
    </w:p>
    <w:p w14:paraId="78163403" w14:textId="77777777" w:rsidR="0054582D" w:rsidRDefault="00000000" w:rsidP="00B81EDD">
      <w:pPr>
        <w:spacing w:after="0" w:line="240" w:lineRule="auto"/>
        <w:ind w:left="567" w:hanging="567"/>
        <w:jc w:val="both"/>
      </w:pPr>
      <w:proofErr w:type="spellStart"/>
      <w:r>
        <w:t>Ihromi</w:t>
      </w:r>
      <w:proofErr w:type="spellEnd"/>
      <w:r>
        <w:t xml:space="preserve">, T. O. (1999). Bunga </w:t>
      </w:r>
      <w:proofErr w:type="spellStart"/>
      <w:r>
        <w:t>rampai</w:t>
      </w:r>
      <w:proofErr w:type="spellEnd"/>
      <w:r>
        <w:t xml:space="preserve"> </w:t>
      </w:r>
      <w:proofErr w:type="spellStart"/>
      <w:r>
        <w:t>sosiologi</w:t>
      </w:r>
      <w:proofErr w:type="spellEnd"/>
      <w:r>
        <w:t xml:space="preserve"> </w:t>
      </w:r>
      <w:proofErr w:type="spellStart"/>
      <w:r>
        <w:t>keluarga</w:t>
      </w:r>
      <w:proofErr w:type="spellEnd"/>
      <w:r>
        <w:t xml:space="preserve">. Yayasan </w:t>
      </w:r>
      <w:proofErr w:type="spellStart"/>
      <w:r>
        <w:t>Obor</w:t>
      </w:r>
      <w:proofErr w:type="spellEnd"/>
      <w:r>
        <w:t xml:space="preserve"> Indonesia.</w:t>
      </w:r>
    </w:p>
    <w:p w14:paraId="06D640D1" w14:textId="77777777" w:rsidR="0054582D" w:rsidRDefault="00000000" w:rsidP="00B81EDD">
      <w:pPr>
        <w:spacing w:after="0" w:line="240" w:lineRule="auto"/>
        <w:ind w:left="567" w:hanging="567"/>
        <w:jc w:val="both"/>
      </w:pPr>
      <w:proofErr w:type="spellStart"/>
      <w:r>
        <w:t>Mallapiang</w:t>
      </w:r>
      <w:proofErr w:type="spellEnd"/>
      <w:r>
        <w:t xml:space="preserve">, F., </w:t>
      </w:r>
      <w:proofErr w:type="spellStart"/>
      <w:r>
        <w:t>Kurniati</w:t>
      </w:r>
      <w:proofErr w:type="spellEnd"/>
      <w:r>
        <w:t xml:space="preserve">, Y., </w:t>
      </w:r>
      <w:proofErr w:type="spellStart"/>
      <w:r>
        <w:t>Syahrir</w:t>
      </w:r>
      <w:proofErr w:type="spellEnd"/>
      <w:r>
        <w:t xml:space="preserve">, S., </w:t>
      </w:r>
      <w:proofErr w:type="spellStart"/>
      <w:r>
        <w:t>Lagu</w:t>
      </w:r>
      <w:proofErr w:type="spellEnd"/>
      <w:r>
        <w:t xml:space="preserve">, Abd. M. H., &amp; </w:t>
      </w:r>
      <w:proofErr w:type="spellStart"/>
      <w:r>
        <w:t>Sadarang</w:t>
      </w:r>
      <w:proofErr w:type="spellEnd"/>
      <w:r>
        <w:t xml:space="preserve">, R. A. I. (2020). </w:t>
      </w:r>
      <w:proofErr w:type="spellStart"/>
      <w:r>
        <w:t>Pengelolaan</w:t>
      </w:r>
      <w:proofErr w:type="spellEnd"/>
      <w:r>
        <w:t xml:space="preserve"> </w:t>
      </w:r>
      <w:proofErr w:type="spellStart"/>
      <w:r>
        <w:t>sampah</w:t>
      </w:r>
      <w:proofErr w:type="spellEnd"/>
      <w:r>
        <w:t xml:space="preserve"> </w:t>
      </w:r>
      <w:proofErr w:type="spellStart"/>
      <w:r>
        <w:t>dengan</w:t>
      </w:r>
      <w:proofErr w:type="spellEnd"/>
      <w:r>
        <w:t xml:space="preserve"> </w:t>
      </w:r>
      <w:proofErr w:type="spellStart"/>
      <w:r>
        <w:t>pendekatan</w:t>
      </w:r>
      <w:proofErr w:type="spellEnd"/>
      <w:r>
        <w:t xml:space="preserve"> Asset-Based Community Development (ABCD) di wilayah </w:t>
      </w:r>
      <w:proofErr w:type="spellStart"/>
      <w:r>
        <w:t>pesisir</w:t>
      </w:r>
      <w:proofErr w:type="spellEnd"/>
      <w:r>
        <w:t xml:space="preserve"> </w:t>
      </w:r>
      <w:proofErr w:type="spellStart"/>
      <w:r>
        <w:t>Bulukumba</w:t>
      </w:r>
      <w:proofErr w:type="spellEnd"/>
      <w:r>
        <w:t xml:space="preserve"> Sulawesi Selatan. Riau Journal of Empowerment, 3(2), 79–86. https://doi.org/10.31258/raje.3.2.79-86</w:t>
      </w:r>
    </w:p>
    <w:p w14:paraId="648150CA" w14:textId="77777777" w:rsidR="0054582D" w:rsidRDefault="00000000" w:rsidP="00B81EDD">
      <w:pPr>
        <w:spacing w:after="0" w:line="240" w:lineRule="auto"/>
        <w:ind w:left="567" w:hanging="567"/>
        <w:jc w:val="both"/>
      </w:pPr>
      <w:proofErr w:type="spellStart"/>
      <w:r>
        <w:t>Manalu</w:t>
      </w:r>
      <w:proofErr w:type="spellEnd"/>
      <w:r>
        <w:t xml:space="preserve">, P., </w:t>
      </w:r>
      <w:proofErr w:type="spellStart"/>
      <w:r>
        <w:t>Tarigan</w:t>
      </w:r>
      <w:proofErr w:type="spellEnd"/>
      <w:r>
        <w:t xml:space="preserve">, F. S., </w:t>
      </w:r>
      <w:proofErr w:type="spellStart"/>
      <w:r>
        <w:t>Girsang</w:t>
      </w:r>
      <w:proofErr w:type="spellEnd"/>
      <w:r>
        <w:t xml:space="preserve">, E., &amp; Ginting, C. N. (2022). </w:t>
      </w:r>
      <w:proofErr w:type="spellStart"/>
      <w:r>
        <w:t>Hambatan</w:t>
      </w:r>
      <w:proofErr w:type="spellEnd"/>
      <w:r>
        <w:t xml:space="preserve"> </w:t>
      </w:r>
      <w:proofErr w:type="spellStart"/>
      <w:r>
        <w:t>implementasi</w:t>
      </w:r>
      <w:proofErr w:type="spellEnd"/>
      <w:r>
        <w:t xml:space="preserve"> </w:t>
      </w:r>
      <w:proofErr w:type="spellStart"/>
      <w:r>
        <w:t>kebijakan</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rumah</w:t>
      </w:r>
      <w:proofErr w:type="spellEnd"/>
      <w:r>
        <w:t xml:space="preserve"> </w:t>
      </w:r>
      <w:proofErr w:type="spellStart"/>
      <w:r>
        <w:t>tangga</w:t>
      </w:r>
      <w:proofErr w:type="spellEnd"/>
      <w:r>
        <w:t xml:space="preserve"> di Kota </w:t>
      </w:r>
      <w:proofErr w:type="spellStart"/>
      <w:r>
        <w:t>Binjai</w:t>
      </w:r>
      <w:proofErr w:type="spellEnd"/>
      <w:r>
        <w:t xml:space="preserve">. </w:t>
      </w:r>
      <w:proofErr w:type="spellStart"/>
      <w:r>
        <w:t>Jurnal</w:t>
      </w:r>
      <w:proofErr w:type="spellEnd"/>
      <w:r>
        <w:t xml:space="preserve"> Kesehatan </w:t>
      </w:r>
      <w:proofErr w:type="spellStart"/>
      <w:r>
        <w:t>Lingkungan</w:t>
      </w:r>
      <w:proofErr w:type="spellEnd"/>
      <w:r>
        <w:t xml:space="preserve"> Indonesia, 21(3), 285–292. https://doi.org/10.14710/jkli.21.3.285-292</w:t>
      </w:r>
    </w:p>
    <w:p w14:paraId="50053E6E" w14:textId="77777777" w:rsidR="0054582D" w:rsidRDefault="00000000" w:rsidP="00B81EDD">
      <w:pPr>
        <w:spacing w:after="0" w:line="240" w:lineRule="auto"/>
        <w:ind w:left="567" w:hanging="567"/>
        <w:jc w:val="both"/>
      </w:pPr>
      <w:proofErr w:type="spellStart"/>
      <w:r>
        <w:t>Nurlina</w:t>
      </w:r>
      <w:proofErr w:type="spellEnd"/>
      <w:r>
        <w:t xml:space="preserve">, L., </w:t>
      </w:r>
      <w:proofErr w:type="spellStart"/>
      <w:r>
        <w:t>Muhafidin</w:t>
      </w:r>
      <w:proofErr w:type="spellEnd"/>
      <w:r>
        <w:t xml:space="preserve">, D., &amp; Sukarno, D. (2021). </w:t>
      </w:r>
      <w:proofErr w:type="spellStart"/>
      <w:r>
        <w:t>Implementasi</w:t>
      </w:r>
      <w:proofErr w:type="spellEnd"/>
      <w:r>
        <w:t xml:space="preserve"> </w:t>
      </w:r>
      <w:proofErr w:type="spellStart"/>
      <w:r>
        <w:t>kebijakan</w:t>
      </w:r>
      <w:proofErr w:type="spellEnd"/>
      <w:r>
        <w:t xml:space="preserve"> </w:t>
      </w:r>
      <w:proofErr w:type="spellStart"/>
      <w:r>
        <w:t>pengelolaan</w:t>
      </w:r>
      <w:proofErr w:type="spellEnd"/>
      <w:r>
        <w:t xml:space="preserve"> </w:t>
      </w:r>
      <w:proofErr w:type="spellStart"/>
      <w:r>
        <w:t>sampah</w:t>
      </w:r>
      <w:proofErr w:type="spellEnd"/>
      <w:r>
        <w:t xml:space="preserve"> di </w:t>
      </w:r>
      <w:proofErr w:type="spellStart"/>
      <w:r>
        <w:t>Kabupaten</w:t>
      </w:r>
      <w:proofErr w:type="spellEnd"/>
      <w:r>
        <w:t xml:space="preserve"> Bandung (</w:t>
      </w:r>
      <w:proofErr w:type="spellStart"/>
      <w:r>
        <w:t>studi</w:t>
      </w:r>
      <w:proofErr w:type="spellEnd"/>
      <w:r>
        <w:t xml:space="preserve"> </w:t>
      </w:r>
      <w:proofErr w:type="spellStart"/>
      <w:r>
        <w:t>kasus</w:t>
      </w:r>
      <w:proofErr w:type="spellEnd"/>
      <w:r>
        <w:t xml:space="preserve"> di wilayah </w:t>
      </w:r>
      <w:proofErr w:type="spellStart"/>
      <w:r>
        <w:t>pelayanan</w:t>
      </w:r>
      <w:proofErr w:type="spellEnd"/>
      <w:r>
        <w:t xml:space="preserve"> </w:t>
      </w:r>
      <w:proofErr w:type="spellStart"/>
      <w:r>
        <w:t>sampah</w:t>
      </w:r>
      <w:proofErr w:type="spellEnd"/>
      <w:r>
        <w:t xml:space="preserve"> </w:t>
      </w:r>
      <w:proofErr w:type="spellStart"/>
      <w:r>
        <w:t>Soreang</w:t>
      </w:r>
      <w:proofErr w:type="spellEnd"/>
      <w:r>
        <w:t xml:space="preserve">). JANE - </w:t>
      </w:r>
      <w:proofErr w:type="spellStart"/>
      <w:r>
        <w:t>Jurnal</w:t>
      </w:r>
      <w:proofErr w:type="spellEnd"/>
      <w:r>
        <w:t xml:space="preserve"> </w:t>
      </w:r>
      <w:proofErr w:type="spellStart"/>
      <w:r>
        <w:t>Administrasi</w:t>
      </w:r>
      <w:proofErr w:type="spellEnd"/>
      <w:r>
        <w:t xml:space="preserve"> Negara, 13(1), 1–10. https://doi.org/10.24198/jane.v13i1.28690</w:t>
      </w:r>
    </w:p>
    <w:p w14:paraId="7438F51F" w14:textId="77777777" w:rsidR="0054582D" w:rsidRDefault="00000000" w:rsidP="00B81EDD">
      <w:pPr>
        <w:spacing w:after="0" w:line="240" w:lineRule="auto"/>
        <w:ind w:left="567" w:hanging="567"/>
        <w:jc w:val="both"/>
      </w:pPr>
      <w:proofErr w:type="spellStart"/>
      <w:r>
        <w:t>Raharjo</w:t>
      </w:r>
      <w:proofErr w:type="spellEnd"/>
      <w:r>
        <w:t xml:space="preserve">, S. T. (2017). </w:t>
      </w:r>
      <w:proofErr w:type="spellStart"/>
      <w:r>
        <w:t>Keterampilan</w:t>
      </w:r>
      <w:proofErr w:type="spellEnd"/>
      <w:r>
        <w:t xml:space="preserve"> </w:t>
      </w:r>
      <w:proofErr w:type="spellStart"/>
      <w:r>
        <w:t>pekerjaan</w:t>
      </w:r>
      <w:proofErr w:type="spellEnd"/>
      <w:r>
        <w:t xml:space="preserve"> </w:t>
      </w:r>
      <w:proofErr w:type="spellStart"/>
      <w:r>
        <w:t>sosial</w:t>
      </w:r>
      <w:proofErr w:type="spellEnd"/>
      <w:r>
        <w:t xml:space="preserve"> </w:t>
      </w:r>
      <w:proofErr w:type="spellStart"/>
      <w:r>
        <w:t>dasar-dasar</w:t>
      </w:r>
      <w:proofErr w:type="spellEnd"/>
      <w:r>
        <w:t xml:space="preserve">. </w:t>
      </w:r>
      <w:proofErr w:type="spellStart"/>
      <w:r>
        <w:t>Unpad</w:t>
      </w:r>
      <w:proofErr w:type="spellEnd"/>
      <w:r>
        <w:t xml:space="preserve"> Press.</w:t>
      </w:r>
    </w:p>
    <w:p w14:paraId="4820AD6F" w14:textId="77777777" w:rsidR="0054582D" w:rsidRDefault="00000000" w:rsidP="00B81EDD">
      <w:pPr>
        <w:spacing w:after="0" w:line="240" w:lineRule="auto"/>
        <w:ind w:left="567" w:hanging="567"/>
        <w:jc w:val="both"/>
      </w:pPr>
      <w:proofErr w:type="spellStart"/>
      <w:r>
        <w:t>Sartika</w:t>
      </w:r>
      <w:proofErr w:type="spellEnd"/>
      <w:r>
        <w:t xml:space="preserve">, E., </w:t>
      </w:r>
      <w:proofErr w:type="spellStart"/>
      <w:r>
        <w:t>Murniati</w:t>
      </w:r>
      <w:proofErr w:type="spellEnd"/>
      <w:r>
        <w:t xml:space="preserve">, S., &amp; </w:t>
      </w:r>
      <w:proofErr w:type="spellStart"/>
      <w:r>
        <w:t>Karnisah</w:t>
      </w:r>
      <w:proofErr w:type="spellEnd"/>
      <w:r>
        <w:t xml:space="preserve">, I. (2019). </w:t>
      </w:r>
      <w:proofErr w:type="spellStart"/>
      <w:r>
        <w:t>Pemberdayaan</w:t>
      </w:r>
      <w:proofErr w:type="spellEnd"/>
      <w:r>
        <w:t xml:space="preserve"> </w:t>
      </w:r>
      <w:proofErr w:type="spellStart"/>
      <w:r>
        <w:t>masyarakat</w:t>
      </w:r>
      <w:proofErr w:type="spellEnd"/>
      <w:r>
        <w:t xml:space="preserve"> </w:t>
      </w:r>
      <w:proofErr w:type="spellStart"/>
      <w:r>
        <w:t>melalui</w:t>
      </w:r>
      <w:proofErr w:type="spellEnd"/>
      <w:r>
        <w:t xml:space="preserve"> </w:t>
      </w:r>
      <w:proofErr w:type="spellStart"/>
      <w:r>
        <w:t>pengelolaan</w:t>
      </w:r>
      <w:proofErr w:type="spellEnd"/>
      <w:r>
        <w:t xml:space="preserve"> </w:t>
      </w:r>
      <w:proofErr w:type="spellStart"/>
      <w:r>
        <w:t>sampah</w:t>
      </w:r>
      <w:proofErr w:type="spellEnd"/>
      <w:r>
        <w:t xml:space="preserve"> </w:t>
      </w:r>
      <w:proofErr w:type="spellStart"/>
      <w:r>
        <w:t>secara</w:t>
      </w:r>
      <w:proofErr w:type="spellEnd"/>
      <w:r>
        <w:t xml:space="preserve"> </w:t>
      </w:r>
      <w:proofErr w:type="spellStart"/>
      <w:r>
        <w:t>mandiri</w:t>
      </w:r>
      <w:proofErr w:type="spellEnd"/>
      <w:r>
        <w:t xml:space="preserve"> di </w:t>
      </w:r>
      <w:proofErr w:type="spellStart"/>
      <w:r>
        <w:t>lingkungan</w:t>
      </w:r>
      <w:proofErr w:type="spellEnd"/>
      <w:r>
        <w:t xml:space="preserve"> RW 06 </w:t>
      </w:r>
      <w:proofErr w:type="spellStart"/>
      <w:r>
        <w:t>Desa</w:t>
      </w:r>
      <w:proofErr w:type="spellEnd"/>
      <w:r>
        <w:t xml:space="preserve"> </w:t>
      </w:r>
      <w:proofErr w:type="spellStart"/>
      <w:r>
        <w:t>Sukamenak</w:t>
      </w:r>
      <w:proofErr w:type="spellEnd"/>
      <w:r>
        <w:t xml:space="preserve"> </w:t>
      </w:r>
      <w:proofErr w:type="spellStart"/>
      <w:r>
        <w:t>Kecamatan</w:t>
      </w:r>
      <w:proofErr w:type="spellEnd"/>
      <w:r>
        <w:t xml:space="preserve"> </w:t>
      </w:r>
      <w:proofErr w:type="spellStart"/>
      <w:r>
        <w:t>Margahayu</w:t>
      </w:r>
      <w:proofErr w:type="spellEnd"/>
      <w:r>
        <w:t xml:space="preserve">. </w:t>
      </w:r>
      <w:proofErr w:type="spellStart"/>
      <w:r>
        <w:t>Prosiding</w:t>
      </w:r>
      <w:proofErr w:type="spellEnd"/>
      <w:r>
        <w:t xml:space="preserve"> </w:t>
      </w:r>
      <w:proofErr w:type="spellStart"/>
      <w:r>
        <w:t>Penelitian</w:t>
      </w:r>
      <w:proofErr w:type="spellEnd"/>
      <w:r>
        <w:t xml:space="preserve"> dan </w:t>
      </w:r>
      <w:proofErr w:type="spellStart"/>
      <w:r>
        <w:t>Pengabdian</w:t>
      </w:r>
      <w:proofErr w:type="spellEnd"/>
      <w:r>
        <w:t xml:space="preserve"> </w:t>
      </w:r>
      <w:proofErr w:type="spellStart"/>
      <w:r>
        <w:t>kepada</w:t>
      </w:r>
      <w:proofErr w:type="spellEnd"/>
      <w:r>
        <w:t xml:space="preserve"> Masyarakat, Universitas </w:t>
      </w:r>
      <w:proofErr w:type="spellStart"/>
      <w:r>
        <w:t>Padjadjaran</w:t>
      </w:r>
      <w:proofErr w:type="spellEnd"/>
      <w:r>
        <w:t>.</w:t>
      </w:r>
    </w:p>
    <w:p w14:paraId="28AA48E0" w14:textId="77777777" w:rsidR="0054582D" w:rsidRDefault="00000000" w:rsidP="00B81EDD">
      <w:pPr>
        <w:spacing w:after="0" w:line="240" w:lineRule="auto"/>
        <w:ind w:left="567" w:hanging="567"/>
        <w:jc w:val="both"/>
      </w:pPr>
      <w:proofErr w:type="spellStart"/>
      <w:r>
        <w:t>Sekarningrum</w:t>
      </w:r>
      <w:proofErr w:type="spellEnd"/>
      <w:r>
        <w:t xml:space="preserve">, B., </w:t>
      </w:r>
      <w:proofErr w:type="spellStart"/>
      <w:r>
        <w:t>Lukmanul</w:t>
      </w:r>
      <w:proofErr w:type="spellEnd"/>
      <w:r>
        <w:t xml:space="preserve"> H, R. M. A., &amp; </w:t>
      </w:r>
      <w:proofErr w:type="spellStart"/>
      <w:r>
        <w:t>Yunita</w:t>
      </w:r>
      <w:proofErr w:type="spellEnd"/>
      <w:r>
        <w:t xml:space="preserve">, D. (2024). </w:t>
      </w:r>
      <w:proofErr w:type="spellStart"/>
      <w:r>
        <w:t>Tahapan</w:t>
      </w:r>
      <w:proofErr w:type="spellEnd"/>
      <w:r>
        <w:t xml:space="preserve"> </w:t>
      </w:r>
      <w:proofErr w:type="spellStart"/>
      <w:r>
        <w:lastRenderedPageBreak/>
        <w:t>pemberdayaan</w:t>
      </w:r>
      <w:proofErr w:type="spellEnd"/>
      <w:r>
        <w:t xml:space="preserve"> </w:t>
      </w:r>
      <w:proofErr w:type="spellStart"/>
      <w:r>
        <w:t>perempuan</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sampah</w:t>
      </w:r>
      <w:proofErr w:type="spellEnd"/>
      <w:r>
        <w:t xml:space="preserve"> di </w:t>
      </w:r>
      <w:proofErr w:type="spellStart"/>
      <w:r>
        <w:t>Kabupaten</w:t>
      </w:r>
      <w:proofErr w:type="spellEnd"/>
      <w:r>
        <w:t xml:space="preserve"> Bandung. </w:t>
      </w:r>
      <w:proofErr w:type="spellStart"/>
      <w:r>
        <w:t>Jurnal</w:t>
      </w:r>
      <w:proofErr w:type="spellEnd"/>
      <w:r>
        <w:t xml:space="preserve"> </w:t>
      </w:r>
      <w:proofErr w:type="spellStart"/>
      <w:r>
        <w:t>Sosiologi</w:t>
      </w:r>
      <w:proofErr w:type="spellEnd"/>
      <w:r>
        <w:t xml:space="preserve"> </w:t>
      </w:r>
      <w:proofErr w:type="spellStart"/>
      <w:r>
        <w:t>Andalas</w:t>
      </w:r>
      <w:proofErr w:type="spellEnd"/>
      <w:r>
        <w:t>, 10(2), 153–169. https://doi.org/10.25077/jsa.10.2.44-60.2024</w:t>
      </w:r>
    </w:p>
    <w:p w14:paraId="27BA9324" w14:textId="77777777" w:rsidR="0054582D" w:rsidRDefault="00000000" w:rsidP="00B81EDD">
      <w:pPr>
        <w:spacing w:after="0" w:line="240" w:lineRule="auto"/>
        <w:ind w:left="567" w:hanging="567"/>
        <w:jc w:val="both"/>
      </w:pPr>
      <w:proofErr w:type="spellStart"/>
      <w:r>
        <w:t>Sulistiyorini</w:t>
      </w:r>
      <w:proofErr w:type="spellEnd"/>
      <w:r>
        <w:t xml:space="preserve">, N. R., Darwis, R. S., &amp; </w:t>
      </w:r>
      <w:proofErr w:type="spellStart"/>
      <w:r>
        <w:t>Gutama</w:t>
      </w:r>
      <w:proofErr w:type="spellEnd"/>
      <w:r>
        <w:t xml:space="preserve">, A. S. (2015). </w:t>
      </w:r>
      <w:proofErr w:type="spellStart"/>
      <w:r>
        <w:t>Partisipasi</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sampah</w:t>
      </w:r>
      <w:proofErr w:type="spellEnd"/>
      <w:r>
        <w:t xml:space="preserve"> di </w:t>
      </w:r>
      <w:proofErr w:type="spellStart"/>
      <w:r>
        <w:t>lingkungan</w:t>
      </w:r>
      <w:proofErr w:type="spellEnd"/>
      <w:r>
        <w:t xml:space="preserve"> </w:t>
      </w:r>
      <w:proofErr w:type="spellStart"/>
      <w:r>
        <w:t>Margaluyu</w:t>
      </w:r>
      <w:proofErr w:type="spellEnd"/>
      <w:r>
        <w:t xml:space="preserve"> </w:t>
      </w:r>
      <w:proofErr w:type="spellStart"/>
      <w:r>
        <w:t>Kelurahan</w:t>
      </w:r>
      <w:proofErr w:type="spellEnd"/>
      <w:r>
        <w:t xml:space="preserve"> </w:t>
      </w:r>
      <w:proofErr w:type="spellStart"/>
      <w:r>
        <w:t>Cicurug</w:t>
      </w:r>
      <w:proofErr w:type="spellEnd"/>
      <w:r>
        <w:t>. Share: Social Work Journal, 5(1).</w:t>
      </w:r>
    </w:p>
    <w:p w14:paraId="3BAB96C8" w14:textId="77777777" w:rsidR="0054582D" w:rsidRDefault="00000000" w:rsidP="00B81EDD">
      <w:pPr>
        <w:spacing w:after="0" w:line="240" w:lineRule="auto"/>
        <w:ind w:left="567" w:hanging="567"/>
        <w:jc w:val="both"/>
      </w:pPr>
      <w:proofErr w:type="spellStart"/>
      <w:r>
        <w:t>Supriatna</w:t>
      </w:r>
      <w:proofErr w:type="spellEnd"/>
      <w:r>
        <w:t xml:space="preserve">, A. (2014). </w:t>
      </w:r>
      <w:proofErr w:type="spellStart"/>
      <w:r>
        <w:t>Relevansi</w:t>
      </w:r>
      <w:proofErr w:type="spellEnd"/>
      <w:r>
        <w:t xml:space="preserve"> </w:t>
      </w:r>
      <w:proofErr w:type="spellStart"/>
      <w:r>
        <w:t>metode</w:t>
      </w:r>
      <w:proofErr w:type="spellEnd"/>
      <w:r>
        <w:t xml:space="preserve"> participatory rural appraisal </w:t>
      </w:r>
      <w:proofErr w:type="spellStart"/>
      <w:r>
        <w:t>dalam</w:t>
      </w:r>
      <w:proofErr w:type="spellEnd"/>
      <w:r>
        <w:t xml:space="preserve"> </w:t>
      </w:r>
      <w:proofErr w:type="spellStart"/>
      <w:r>
        <w:t>mendukung</w:t>
      </w:r>
      <w:proofErr w:type="spellEnd"/>
      <w:r>
        <w:t xml:space="preserve"> </w:t>
      </w:r>
      <w:proofErr w:type="spellStart"/>
      <w:r>
        <w:t>implementasi</w:t>
      </w:r>
      <w:proofErr w:type="spellEnd"/>
      <w:r>
        <w:t xml:space="preserve"> </w:t>
      </w:r>
      <w:proofErr w:type="spellStart"/>
      <w:r>
        <w:t>Undang-Undang</w:t>
      </w:r>
      <w:proofErr w:type="spellEnd"/>
      <w:r>
        <w:t xml:space="preserve"> </w:t>
      </w:r>
      <w:proofErr w:type="spellStart"/>
      <w:r>
        <w:t>Pemerintahan</w:t>
      </w:r>
      <w:proofErr w:type="spellEnd"/>
      <w:r>
        <w:t xml:space="preserve"> </w:t>
      </w:r>
      <w:proofErr w:type="spellStart"/>
      <w:r>
        <w:t>Desa</w:t>
      </w:r>
      <w:proofErr w:type="spellEnd"/>
      <w:r>
        <w:t xml:space="preserve">. </w:t>
      </w:r>
      <w:proofErr w:type="spellStart"/>
      <w:r>
        <w:t>Jurnal</w:t>
      </w:r>
      <w:proofErr w:type="spellEnd"/>
      <w:r>
        <w:t xml:space="preserve"> </w:t>
      </w:r>
      <w:proofErr w:type="spellStart"/>
      <w:r>
        <w:t>Lingkar</w:t>
      </w:r>
      <w:proofErr w:type="spellEnd"/>
      <w:r>
        <w:t xml:space="preserve"> </w:t>
      </w:r>
      <w:proofErr w:type="spellStart"/>
      <w:r>
        <w:t>Widyaiswara</w:t>
      </w:r>
      <w:proofErr w:type="spellEnd"/>
      <w:r>
        <w:t>, 1(1), 39–45.</w:t>
      </w:r>
    </w:p>
    <w:p w14:paraId="40C4542B" w14:textId="77777777" w:rsidR="0054582D" w:rsidRDefault="00000000" w:rsidP="00B81EDD">
      <w:pPr>
        <w:spacing w:after="0" w:line="240" w:lineRule="auto"/>
        <w:ind w:left="567" w:hanging="567"/>
        <w:jc w:val="both"/>
      </w:pPr>
      <w:r>
        <w:t xml:space="preserve">Wahyudi, A., &amp; </w:t>
      </w:r>
      <w:proofErr w:type="spellStart"/>
      <w:r>
        <w:t>Nurwulan</w:t>
      </w:r>
      <w:proofErr w:type="spellEnd"/>
      <w:r>
        <w:t xml:space="preserve">, R. L. (2023). </w:t>
      </w:r>
      <w:proofErr w:type="spellStart"/>
      <w:r>
        <w:t>Pemberdayaan</w:t>
      </w:r>
      <w:proofErr w:type="spellEnd"/>
      <w:r>
        <w:t xml:space="preserve"> </w:t>
      </w:r>
      <w:proofErr w:type="spellStart"/>
      <w:r>
        <w:t>penyandang</w:t>
      </w:r>
      <w:proofErr w:type="spellEnd"/>
      <w:r>
        <w:t xml:space="preserve"> </w:t>
      </w:r>
      <w:proofErr w:type="spellStart"/>
      <w:r>
        <w:t>disabilitas</w:t>
      </w:r>
      <w:proofErr w:type="spellEnd"/>
      <w:r>
        <w:t xml:space="preserve"> pada Program </w:t>
      </w:r>
      <w:proofErr w:type="spellStart"/>
      <w:r>
        <w:t>Permatabrave</w:t>
      </w:r>
      <w:proofErr w:type="spellEnd"/>
      <w:r>
        <w:t xml:space="preserve"> Corporate Social Responsibility (CSR) Bank Permata </w:t>
      </w:r>
      <w:proofErr w:type="spellStart"/>
      <w:r>
        <w:t>Tbk</w:t>
      </w:r>
      <w:proofErr w:type="spellEnd"/>
      <w:r>
        <w:t xml:space="preserve">. </w:t>
      </w:r>
      <w:proofErr w:type="spellStart"/>
      <w:r>
        <w:t>Jurnal</w:t>
      </w:r>
      <w:proofErr w:type="spellEnd"/>
      <w:r>
        <w:t xml:space="preserve"> </w:t>
      </w:r>
      <w:proofErr w:type="spellStart"/>
      <w:r>
        <w:t>Ilmu</w:t>
      </w:r>
      <w:proofErr w:type="spellEnd"/>
      <w:r>
        <w:t xml:space="preserve"> </w:t>
      </w:r>
      <w:proofErr w:type="spellStart"/>
      <w:r>
        <w:t>Kesejahteraan</w:t>
      </w:r>
      <w:proofErr w:type="spellEnd"/>
      <w:r>
        <w:t xml:space="preserve"> </w:t>
      </w:r>
      <w:proofErr w:type="spellStart"/>
      <w:r>
        <w:t>Sosial</w:t>
      </w:r>
      <w:proofErr w:type="spellEnd"/>
      <w:r>
        <w:t xml:space="preserve"> </w:t>
      </w:r>
      <w:proofErr w:type="spellStart"/>
      <w:r>
        <w:t>Humanitas</w:t>
      </w:r>
      <w:proofErr w:type="spellEnd"/>
      <w:r>
        <w:t>, 5(2).</w:t>
      </w:r>
    </w:p>
    <w:p w14:paraId="46DDC379" w14:textId="77777777" w:rsidR="0054582D" w:rsidRDefault="00000000" w:rsidP="00B81EDD">
      <w:pPr>
        <w:spacing w:after="0" w:line="240" w:lineRule="auto"/>
        <w:ind w:left="567" w:hanging="567"/>
        <w:jc w:val="both"/>
      </w:pPr>
      <w:proofErr w:type="spellStart"/>
      <w:r>
        <w:t>Wirawan</w:t>
      </w:r>
      <w:proofErr w:type="spellEnd"/>
      <w:r>
        <w:t xml:space="preserve">, P. E., </w:t>
      </w:r>
      <w:proofErr w:type="spellStart"/>
      <w:r>
        <w:t>Arianty</w:t>
      </w:r>
      <w:proofErr w:type="spellEnd"/>
      <w:r>
        <w:t xml:space="preserve">, A. A. A. A. S., Dewi, I. G. A. M., Susanti, L. E., &amp; Sari, K. R. T. (2021). Model participatory rural appraisal (PRA) </w:t>
      </w:r>
      <w:proofErr w:type="spellStart"/>
      <w:r>
        <w:t>untuk</w:t>
      </w:r>
      <w:proofErr w:type="spellEnd"/>
      <w:r>
        <w:t xml:space="preserve"> </w:t>
      </w:r>
      <w:proofErr w:type="spellStart"/>
      <w:r>
        <w:t>pemberdayaan</w:t>
      </w:r>
      <w:proofErr w:type="spellEnd"/>
      <w:r>
        <w:t xml:space="preserve"> </w:t>
      </w:r>
      <w:proofErr w:type="spellStart"/>
      <w:r>
        <w:t>perempuan</w:t>
      </w:r>
      <w:proofErr w:type="spellEnd"/>
      <w:r>
        <w:t xml:space="preserve"> </w:t>
      </w:r>
      <w:proofErr w:type="spellStart"/>
      <w:r>
        <w:t>berbasis</w:t>
      </w:r>
      <w:proofErr w:type="spellEnd"/>
      <w:r>
        <w:t xml:space="preserve"> </w:t>
      </w:r>
      <w:proofErr w:type="spellStart"/>
      <w:r>
        <w:t>pendampingan</w:t>
      </w:r>
      <w:proofErr w:type="spellEnd"/>
      <w:r>
        <w:t xml:space="preserve"> </w:t>
      </w:r>
      <w:proofErr w:type="spellStart"/>
      <w:r>
        <w:t>melalui</w:t>
      </w:r>
      <w:proofErr w:type="spellEnd"/>
      <w:r>
        <w:t xml:space="preserve"> </w:t>
      </w:r>
      <w:proofErr w:type="spellStart"/>
      <w:r>
        <w:t>pelatihan</w:t>
      </w:r>
      <w:proofErr w:type="spellEnd"/>
      <w:r>
        <w:t xml:space="preserve"> cake decoration di </w:t>
      </w:r>
      <w:proofErr w:type="spellStart"/>
      <w:r>
        <w:t>Desa</w:t>
      </w:r>
      <w:proofErr w:type="spellEnd"/>
      <w:r>
        <w:t xml:space="preserve"> Batuan. </w:t>
      </w:r>
      <w:proofErr w:type="spellStart"/>
      <w:r>
        <w:t>Jurnal</w:t>
      </w:r>
      <w:proofErr w:type="spellEnd"/>
      <w:r>
        <w:t xml:space="preserve"> Abdi Masyarakat, 1(1), 11–21. https://doi.org/10.22334/jam.v1i1.1</w:t>
      </w:r>
    </w:p>
    <w:sectPr w:rsidR="0054582D" w:rsidSect="0018005E">
      <w:type w:val="continuous"/>
      <w:pgSz w:w="11900" w:h="16840"/>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77C36" w14:textId="77777777" w:rsidR="00083447" w:rsidRDefault="00083447" w:rsidP="0018005E">
      <w:pPr>
        <w:spacing w:after="0" w:line="240" w:lineRule="auto"/>
      </w:pPr>
      <w:r>
        <w:separator/>
      </w:r>
    </w:p>
  </w:endnote>
  <w:endnote w:type="continuationSeparator" w:id="0">
    <w:p w14:paraId="7837FEB8" w14:textId="77777777" w:rsidR="00083447" w:rsidRDefault="00083447" w:rsidP="00180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40647753"/>
      <w:docPartObj>
        <w:docPartGallery w:val="Page Numbers (Bottom of Page)"/>
        <w:docPartUnique/>
      </w:docPartObj>
    </w:sdtPr>
    <w:sdtContent>
      <w:p w14:paraId="001E50B1" w14:textId="70FA08C7" w:rsidR="00DF7022" w:rsidRDefault="00DF7022" w:rsidP="00E021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3FFCD0" w14:textId="77777777" w:rsidR="00DF7022" w:rsidRDefault="00DF7022" w:rsidP="00DF70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83214803"/>
      <w:docPartObj>
        <w:docPartGallery w:val="Page Numbers (Bottom of Page)"/>
        <w:docPartUnique/>
      </w:docPartObj>
    </w:sdtPr>
    <w:sdtContent>
      <w:p w14:paraId="6D0CF144" w14:textId="3610C86C" w:rsidR="00DF7022" w:rsidRDefault="00DF7022" w:rsidP="00E0213C">
        <w:pPr>
          <w:pStyle w:val="Footer"/>
          <w:framePr w:wrap="none" w:vAnchor="text" w:hAnchor="margin" w:xAlign="right" w:y="1"/>
          <w:rPr>
            <w:rStyle w:val="PageNumber"/>
          </w:rPr>
        </w:pPr>
        <w:r w:rsidRPr="00DF7022">
          <w:rPr>
            <w:rStyle w:val="PageNumber"/>
            <w:rFonts w:ascii="Century Gothic" w:hAnsi="Century Gothic"/>
            <w:sz w:val="16"/>
            <w:szCs w:val="16"/>
          </w:rPr>
          <w:fldChar w:fldCharType="begin"/>
        </w:r>
        <w:r w:rsidRPr="00DF7022">
          <w:rPr>
            <w:rStyle w:val="PageNumber"/>
            <w:rFonts w:ascii="Century Gothic" w:hAnsi="Century Gothic"/>
            <w:sz w:val="16"/>
            <w:szCs w:val="16"/>
          </w:rPr>
          <w:instrText xml:space="preserve"> PAGE </w:instrText>
        </w:r>
        <w:r w:rsidRPr="00DF7022">
          <w:rPr>
            <w:rStyle w:val="PageNumber"/>
            <w:rFonts w:ascii="Century Gothic" w:hAnsi="Century Gothic"/>
            <w:sz w:val="16"/>
            <w:szCs w:val="16"/>
          </w:rPr>
          <w:fldChar w:fldCharType="separate"/>
        </w:r>
        <w:r w:rsidRPr="00DF7022">
          <w:rPr>
            <w:rStyle w:val="PageNumber"/>
            <w:rFonts w:ascii="Century Gothic" w:hAnsi="Century Gothic"/>
            <w:noProof/>
            <w:sz w:val="16"/>
            <w:szCs w:val="16"/>
          </w:rPr>
          <w:t>148</w:t>
        </w:r>
        <w:r w:rsidRPr="00DF7022">
          <w:rPr>
            <w:rStyle w:val="PageNumber"/>
            <w:rFonts w:ascii="Century Gothic" w:hAnsi="Century Gothic"/>
            <w:sz w:val="16"/>
            <w:szCs w:val="16"/>
          </w:rPr>
          <w:fldChar w:fldCharType="end"/>
        </w:r>
      </w:p>
    </w:sdtContent>
  </w:sdt>
  <w:p w14:paraId="4A4E697E" w14:textId="77777777" w:rsidR="00DF7022" w:rsidRDefault="00DF7022" w:rsidP="00DF70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CFAA2" w14:textId="77777777" w:rsidR="00083447" w:rsidRDefault="00083447" w:rsidP="0018005E">
      <w:pPr>
        <w:spacing w:after="0" w:line="240" w:lineRule="auto"/>
      </w:pPr>
      <w:r>
        <w:separator/>
      </w:r>
    </w:p>
  </w:footnote>
  <w:footnote w:type="continuationSeparator" w:id="0">
    <w:p w14:paraId="76945ADB" w14:textId="77777777" w:rsidR="00083447" w:rsidRDefault="00083447" w:rsidP="001800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61928" w14:textId="77777777" w:rsidR="0018005E" w:rsidRPr="007046C8" w:rsidRDefault="0018005E" w:rsidP="0018005E">
    <w:pPr>
      <w:pStyle w:val="Header"/>
      <w:jc w:val="center"/>
      <w:rPr>
        <w:b/>
        <w:sz w:val="24"/>
        <w:szCs w:val="24"/>
      </w:rPr>
    </w:pPr>
    <w:proofErr w:type="gramStart"/>
    <w:r w:rsidRPr="007046C8">
      <w:rPr>
        <w:b/>
        <w:sz w:val="24"/>
        <w:szCs w:val="24"/>
      </w:rPr>
      <w:t>Focus :</w:t>
    </w:r>
    <w:proofErr w:type="gramEnd"/>
    <w:r w:rsidRPr="007046C8">
      <w:rPr>
        <w:b/>
        <w:sz w:val="24"/>
        <w:szCs w:val="24"/>
      </w:rPr>
      <w:t xml:space="preserve"> </w:t>
    </w:r>
    <w:proofErr w:type="spellStart"/>
    <w:r w:rsidRPr="007046C8">
      <w:rPr>
        <w:b/>
        <w:sz w:val="24"/>
        <w:szCs w:val="24"/>
      </w:rPr>
      <w:t>Jurnal</w:t>
    </w:r>
    <w:proofErr w:type="spellEnd"/>
    <w:r w:rsidRPr="007046C8">
      <w:rPr>
        <w:b/>
        <w:sz w:val="24"/>
        <w:szCs w:val="24"/>
      </w:rPr>
      <w:t xml:space="preserve"> </w:t>
    </w:r>
    <w:proofErr w:type="spellStart"/>
    <w:r w:rsidRPr="007046C8">
      <w:rPr>
        <w:b/>
        <w:sz w:val="24"/>
        <w:szCs w:val="24"/>
      </w:rPr>
      <w:t>Pekerjaan</w:t>
    </w:r>
    <w:proofErr w:type="spellEnd"/>
    <w:r w:rsidRPr="007046C8">
      <w:rPr>
        <w:b/>
        <w:sz w:val="24"/>
        <w:szCs w:val="24"/>
      </w:rPr>
      <w:t xml:space="preserve"> </w:t>
    </w:r>
    <w:proofErr w:type="spellStart"/>
    <w:r w:rsidRPr="007046C8">
      <w:rPr>
        <w:b/>
        <w:sz w:val="24"/>
        <w:szCs w:val="24"/>
      </w:rPr>
      <w:t>Sosial</w:t>
    </w:r>
    <w:proofErr w:type="spellEnd"/>
  </w:p>
  <w:p w14:paraId="4D1FE02F" w14:textId="3F7872AB" w:rsidR="0018005E" w:rsidRPr="00BA17B1" w:rsidRDefault="0018005E" w:rsidP="0018005E">
    <w:pPr>
      <w:pStyle w:val="Header"/>
      <w:jc w:val="center"/>
      <w:rPr>
        <w:rFonts w:cs="Tahoma"/>
        <w:sz w:val="20"/>
        <w:szCs w:val="20"/>
      </w:rPr>
    </w:pPr>
    <w:r w:rsidRPr="007046C8">
      <w:rPr>
        <w:rFonts w:cs="Tahoma"/>
        <w:sz w:val="20"/>
        <w:szCs w:val="20"/>
      </w:rPr>
      <w:t xml:space="preserve">ISSN: 2620-3367 </w:t>
    </w:r>
    <w:r>
      <w:rPr>
        <w:rFonts w:cs="Tahoma"/>
        <w:sz w:val="20"/>
        <w:szCs w:val="20"/>
      </w:rPr>
      <w:t xml:space="preserve">(Online) </w:t>
    </w:r>
    <w:r w:rsidRPr="007046C8">
      <w:rPr>
        <w:rFonts w:cs="Tahoma"/>
        <w:sz w:val="20"/>
        <w:szCs w:val="20"/>
      </w:rPr>
      <w:t xml:space="preserve">Vol. </w:t>
    </w:r>
    <w:r>
      <w:rPr>
        <w:rFonts w:cs="Tahoma"/>
        <w:sz w:val="20"/>
        <w:szCs w:val="20"/>
      </w:rPr>
      <w:t>9</w:t>
    </w:r>
    <w:r w:rsidRPr="007046C8">
      <w:rPr>
        <w:rFonts w:cs="Tahoma"/>
        <w:sz w:val="20"/>
        <w:szCs w:val="20"/>
      </w:rPr>
      <w:t xml:space="preserve"> No. </w:t>
    </w:r>
    <w:r>
      <w:rPr>
        <w:rFonts w:cs="Tahoma"/>
        <w:sz w:val="20"/>
        <w:szCs w:val="20"/>
      </w:rPr>
      <w:t>1</w:t>
    </w:r>
    <w:r w:rsidRPr="007046C8">
      <w:rPr>
        <w:rFonts w:cs="Tahoma"/>
        <w:sz w:val="20"/>
        <w:szCs w:val="20"/>
      </w:rPr>
      <w:t xml:space="preserve"> </w:t>
    </w:r>
    <w:r>
      <w:rPr>
        <w:rFonts w:cs="Tahoma"/>
        <w:sz w:val="20"/>
        <w:szCs w:val="20"/>
      </w:rPr>
      <w:t>Juli</w:t>
    </w:r>
    <w:r w:rsidRPr="007046C8">
      <w:rPr>
        <w:rFonts w:cs="Tahoma"/>
        <w:sz w:val="20"/>
        <w:szCs w:val="20"/>
      </w:rPr>
      <w:t xml:space="preserve"> 202</w:t>
    </w:r>
    <w:r>
      <w:rPr>
        <w:rFonts w:cs="Tahoma"/>
        <w:sz w:val="20"/>
        <w:szCs w:val="20"/>
      </w:rPr>
      <w:t>6</w:t>
    </w:r>
    <w:r w:rsidRPr="007046C8">
      <w:rPr>
        <w:rFonts w:cs="Tahoma"/>
        <w:sz w:val="20"/>
        <w:szCs w:val="20"/>
      </w:rPr>
      <w:t xml:space="preserve"> </w:t>
    </w:r>
    <w:proofErr w:type="gramStart"/>
    <w:r w:rsidRPr="007046C8">
      <w:rPr>
        <w:rFonts w:cs="Tahoma"/>
        <w:sz w:val="20"/>
        <w:szCs w:val="20"/>
      </w:rPr>
      <w:t>Hal :</w:t>
    </w:r>
    <w:proofErr w:type="gramEnd"/>
    <w:r w:rsidRPr="007046C8">
      <w:rPr>
        <w:rFonts w:cs="Tahoma"/>
        <w:sz w:val="20"/>
        <w:szCs w:val="20"/>
      </w:rPr>
      <w:t xml:space="preserve"> </w:t>
    </w:r>
    <w:r w:rsidR="00DF7022">
      <w:rPr>
        <w:rFonts w:cs="Tahoma"/>
        <w:sz w:val="20"/>
        <w:szCs w:val="20"/>
      </w:rPr>
      <w:t>148 - 155</w:t>
    </w:r>
  </w:p>
  <w:p w14:paraId="5AE83DF2" w14:textId="7CDA7DB7" w:rsidR="0018005E" w:rsidRPr="007046C8" w:rsidRDefault="0018005E" w:rsidP="0018005E">
    <w:pPr>
      <w:pStyle w:val="Header"/>
      <w:jc w:val="center"/>
      <w:rPr>
        <w:rFonts w:cs="Tahoma"/>
        <w:sz w:val="20"/>
        <w:szCs w:val="20"/>
      </w:rPr>
    </w:pPr>
    <w:r w:rsidRPr="007046C8">
      <w:rPr>
        <w:rFonts w:cs="Arial"/>
        <w:sz w:val="20"/>
        <w:szCs w:val="20"/>
        <w:shd w:val="clear" w:color="auto" w:fill="FFFFFF"/>
      </w:rPr>
      <w:t>Available Online at jurnal.unpad.ac.id/focus</w:t>
    </w:r>
  </w:p>
  <w:p w14:paraId="1D028285" w14:textId="6515DEC9" w:rsidR="0018005E" w:rsidRDefault="0018005E">
    <w:pPr>
      <w:pStyle w:val="Header"/>
    </w:pPr>
    <w:r>
      <w:rPr>
        <w:b/>
        <w:noProof/>
        <w:sz w:val="20"/>
        <w:szCs w:val="20"/>
        <w:lang w:eastAsia="id-ID"/>
      </w:rPr>
      <mc:AlternateContent>
        <mc:Choice Requires="wps">
          <w:drawing>
            <wp:anchor distT="0" distB="0" distL="114300" distR="114300" simplePos="0" relativeHeight="251659264" behindDoc="0" locked="0" layoutInCell="1" allowOverlap="1" wp14:anchorId="1A9D42B6" wp14:editId="5504AD13">
              <wp:simplePos x="0" y="0"/>
              <wp:positionH relativeFrom="column">
                <wp:posOffset>140665</wp:posOffset>
              </wp:positionH>
              <wp:positionV relativeFrom="paragraph">
                <wp:posOffset>73660</wp:posOffset>
              </wp:positionV>
              <wp:extent cx="5734050" cy="0"/>
              <wp:effectExtent l="0" t="0" r="19050" b="19050"/>
              <wp:wrapNone/>
              <wp:docPr id="476717400" name="Straight Connector 476717400"/>
              <wp:cNvGraphicFramePr/>
              <a:graphic xmlns:a="http://schemas.openxmlformats.org/drawingml/2006/main">
                <a:graphicData uri="http://schemas.microsoft.com/office/word/2010/wordprocessingShape">
                  <wps:wsp>
                    <wps:cNvCnPr/>
                    <wps:spPr>
                      <a:xfrm>
                        <a:off x="0" y="0"/>
                        <a:ext cx="573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3516B7" id="Straight Connector 47671740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pt,5.8pt" to="462.6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" strokecolor="black [304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72758564">
    <w:abstractNumId w:val="8"/>
  </w:num>
  <w:num w:numId="2" w16cid:durableId="1769738469">
    <w:abstractNumId w:val="6"/>
  </w:num>
  <w:num w:numId="3" w16cid:durableId="1342976836">
    <w:abstractNumId w:val="5"/>
  </w:num>
  <w:num w:numId="4" w16cid:durableId="1247762716">
    <w:abstractNumId w:val="4"/>
  </w:num>
  <w:num w:numId="5" w16cid:durableId="157841796">
    <w:abstractNumId w:val="7"/>
  </w:num>
  <w:num w:numId="6" w16cid:durableId="200940321">
    <w:abstractNumId w:val="3"/>
  </w:num>
  <w:num w:numId="7" w16cid:durableId="675110195">
    <w:abstractNumId w:val="2"/>
  </w:num>
  <w:num w:numId="8" w16cid:durableId="1275482979">
    <w:abstractNumId w:val="1"/>
  </w:num>
  <w:num w:numId="9" w16cid:durableId="186616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3447"/>
    <w:rsid w:val="000A6624"/>
    <w:rsid w:val="000D7D77"/>
    <w:rsid w:val="0015074B"/>
    <w:rsid w:val="0018005E"/>
    <w:rsid w:val="00240711"/>
    <w:rsid w:val="002415D8"/>
    <w:rsid w:val="0029639D"/>
    <w:rsid w:val="00326F90"/>
    <w:rsid w:val="003527E5"/>
    <w:rsid w:val="0054582D"/>
    <w:rsid w:val="00663CC5"/>
    <w:rsid w:val="008D55E6"/>
    <w:rsid w:val="009C3A6B"/>
    <w:rsid w:val="00AA1D8D"/>
    <w:rsid w:val="00B47730"/>
    <w:rsid w:val="00B81EDD"/>
    <w:rsid w:val="00BA6724"/>
    <w:rsid w:val="00BD07BC"/>
    <w:rsid w:val="00C92FF9"/>
    <w:rsid w:val="00CB0664"/>
    <w:rsid w:val="00DF7022"/>
    <w:rsid w:val="00FA587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105206"/>
  <w14:defaultImageDpi w14:val="300"/>
  <w15:docId w15:val="{399A6105-0AF9-4002-A429-6AB4537E6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Book Antiqua" w:eastAsia="Book Antiqua" w:hAnsi="Book Antiqua"/>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DF7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3725</Words>
  <Characters>21234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24910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Shinas Faiza</cp:lastModifiedBy>
  <cp:revision>12</cp:revision>
  <dcterms:created xsi:type="dcterms:W3CDTF">2026-08-08T23:20:00Z</dcterms:created>
  <dcterms:modified xsi:type="dcterms:W3CDTF">2026-08-13T14:56:00Z</dcterms:modified>
  <cp:category/>
</cp:coreProperties>
</file>