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0508D" w14:textId="77777777" w:rsidR="00D77EA0" w:rsidRDefault="00000000" w:rsidP="00F01415">
      <w:pPr>
        <w:spacing w:after="0" w:line="240" w:lineRule="auto"/>
        <w:jc w:val="center"/>
        <w:rPr>
          <w:b/>
          <w:sz w:val="24"/>
        </w:rPr>
      </w:pPr>
      <w:r>
        <w:rPr>
          <w:b/>
          <w:sz w:val="24"/>
        </w:rPr>
        <w:t>PEMBANGUNAN KEBERLANJUTAN OLEH PT. UNILEVER INDONESIA GUNA MENINGKATKAN UMKM MASYARAKAT LOKAL</w:t>
      </w:r>
    </w:p>
    <w:p w14:paraId="12132F5A" w14:textId="77777777" w:rsidR="00F01415" w:rsidRDefault="00F01415" w:rsidP="00F01415">
      <w:pPr>
        <w:spacing w:after="0" w:line="240" w:lineRule="auto"/>
        <w:jc w:val="center"/>
      </w:pPr>
    </w:p>
    <w:p w14:paraId="6D83A005" w14:textId="77777777" w:rsidR="00CB3C07" w:rsidRDefault="00CB3C07" w:rsidP="00F01415">
      <w:pPr>
        <w:spacing w:after="0" w:line="240" w:lineRule="auto"/>
        <w:jc w:val="center"/>
      </w:pPr>
    </w:p>
    <w:tbl>
      <w:tblPr>
        <w:tblW w:w="0" w:type="auto"/>
        <w:tblLook w:val="04A0" w:firstRow="1" w:lastRow="0" w:firstColumn="1" w:lastColumn="0" w:noHBand="0" w:noVBand="1"/>
      </w:tblPr>
      <w:tblGrid>
        <w:gridCol w:w="3193"/>
        <w:gridCol w:w="6439"/>
      </w:tblGrid>
      <w:tr w:rsidR="00D77EA0" w14:paraId="2211A8B6" w14:textId="77777777" w:rsidTr="00EB6A6F">
        <w:tc>
          <w:tcPr>
            <w:tcW w:w="3227" w:type="dxa"/>
          </w:tcPr>
          <w:p w14:paraId="2EA24DE8" w14:textId="123F3806" w:rsidR="00F01415" w:rsidRPr="00CB3C07" w:rsidRDefault="00EB6A6F" w:rsidP="00E02CD7">
            <w:pPr>
              <w:spacing w:after="0" w:line="240" w:lineRule="auto"/>
              <w:jc w:val="center"/>
              <w:rPr>
                <w:b/>
              </w:rPr>
            </w:pPr>
            <w:r w:rsidRPr="00CB3C07">
              <w:rPr>
                <w:b/>
              </w:rPr>
              <w:t>Sahadi Humaedi</w:t>
            </w:r>
            <w:r w:rsidRPr="00CB3C07">
              <w:rPr>
                <w:b/>
                <w:vertAlign w:val="superscript"/>
              </w:rPr>
              <w:t>1*</w:t>
            </w:r>
            <w:r w:rsidRPr="00CB3C07">
              <w:rPr>
                <w:b/>
              </w:rPr>
              <w:t xml:space="preserve">, </w:t>
            </w:r>
            <w:r w:rsidR="00F35138" w:rsidRPr="00CB3C07">
              <w:rPr>
                <w:b/>
              </w:rPr>
              <w:t>Santoso Tri Raharjo</w:t>
            </w:r>
            <w:r w:rsidRPr="00CB3C07">
              <w:rPr>
                <w:b/>
                <w:vertAlign w:val="superscript"/>
              </w:rPr>
              <w:t>2</w:t>
            </w:r>
            <w:r w:rsidRPr="00CB3C07">
              <w:rPr>
                <w:b/>
              </w:rPr>
              <w:t xml:space="preserve">, </w:t>
            </w:r>
            <w:r w:rsidR="00CB3C07">
              <w:rPr>
                <w:b/>
              </w:rPr>
              <w:t xml:space="preserve">Rudi </w:t>
            </w:r>
            <w:proofErr w:type="spellStart"/>
            <w:r w:rsidR="00CB3C07">
              <w:rPr>
                <w:b/>
              </w:rPr>
              <w:t>Saprudin</w:t>
            </w:r>
            <w:proofErr w:type="spellEnd"/>
            <w:r w:rsidR="00CB3C07">
              <w:rPr>
                <w:b/>
              </w:rPr>
              <w:t xml:space="preserve"> Darwis</w:t>
            </w:r>
            <w:r w:rsidR="00CB3C07">
              <w:rPr>
                <w:b/>
                <w:vertAlign w:val="superscript"/>
              </w:rPr>
              <w:t>3</w:t>
            </w:r>
            <w:r w:rsidR="00CB3C07">
              <w:rPr>
                <w:b/>
              </w:rPr>
              <w:t xml:space="preserve">, </w:t>
            </w:r>
            <w:r w:rsidR="006E337B" w:rsidRPr="00CB3C07">
              <w:rPr>
                <w:b/>
              </w:rPr>
              <w:t>Shinas Faiza</w:t>
            </w:r>
            <w:r w:rsidR="00E85E33">
              <w:rPr>
                <w:b/>
                <w:vertAlign w:val="superscript"/>
              </w:rPr>
              <w:t>4</w:t>
            </w:r>
            <w:r w:rsidR="00CB3C07">
              <w:rPr>
                <w:b/>
              </w:rPr>
              <w:t>.</w:t>
            </w:r>
          </w:p>
          <w:p w14:paraId="1D40A656" w14:textId="7860239D" w:rsidR="00D77EA0" w:rsidRPr="00CB3C07" w:rsidRDefault="00000000" w:rsidP="00F01415">
            <w:pPr>
              <w:spacing w:after="0" w:line="240" w:lineRule="auto"/>
              <w:jc w:val="center"/>
              <w:rPr>
                <w:iCs/>
              </w:rPr>
            </w:pPr>
            <w:r w:rsidRPr="00CB3C07">
              <w:rPr>
                <w:vertAlign w:val="superscript"/>
              </w:rPr>
              <w:t>1,2,3</w:t>
            </w:r>
            <w:r w:rsidR="00CB3C07">
              <w:rPr>
                <w:vertAlign w:val="superscript"/>
              </w:rPr>
              <w:t>,4</w:t>
            </w:r>
            <w:r w:rsidRPr="00CB3C07">
              <w:rPr>
                <w:iCs/>
              </w:rPr>
              <w:t xml:space="preserve">Program </w:t>
            </w:r>
            <w:proofErr w:type="spellStart"/>
            <w:r w:rsidRPr="00CB3C07">
              <w:rPr>
                <w:iCs/>
              </w:rPr>
              <w:t>Studi</w:t>
            </w:r>
            <w:proofErr w:type="spellEnd"/>
            <w:r w:rsidRPr="00CB3C07">
              <w:rPr>
                <w:iCs/>
              </w:rPr>
              <w:t xml:space="preserve"> </w:t>
            </w:r>
            <w:proofErr w:type="spellStart"/>
            <w:r w:rsidRPr="00CB3C07">
              <w:rPr>
                <w:iCs/>
              </w:rPr>
              <w:t>Ilmu</w:t>
            </w:r>
            <w:proofErr w:type="spellEnd"/>
            <w:r w:rsidRPr="00CB3C07">
              <w:rPr>
                <w:iCs/>
              </w:rPr>
              <w:t xml:space="preserve"> </w:t>
            </w:r>
            <w:proofErr w:type="spellStart"/>
            <w:r w:rsidRPr="00CB3C07">
              <w:rPr>
                <w:iCs/>
              </w:rPr>
              <w:t>Kesejahteraan</w:t>
            </w:r>
            <w:proofErr w:type="spellEnd"/>
            <w:r w:rsidRPr="00CB3C07">
              <w:rPr>
                <w:iCs/>
              </w:rPr>
              <w:t xml:space="preserve"> </w:t>
            </w:r>
            <w:proofErr w:type="spellStart"/>
            <w:r w:rsidRPr="00CB3C07">
              <w:rPr>
                <w:iCs/>
              </w:rPr>
              <w:t>Sosial</w:t>
            </w:r>
            <w:proofErr w:type="spellEnd"/>
            <w:r w:rsidRPr="00CB3C07">
              <w:rPr>
                <w:iCs/>
              </w:rPr>
              <w:t xml:space="preserve">, </w:t>
            </w:r>
            <w:proofErr w:type="spellStart"/>
            <w:r w:rsidRPr="00CB3C07">
              <w:rPr>
                <w:iCs/>
              </w:rPr>
              <w:t>Fakultas</w:t>
            </w:r>
            <w:proofErr w:type="spellEnd"/>
            <w:r w:rsidRPr="00CB3C07">
              <w:rPr>
                <w:iCs/>
              </w:rPr>
              <w:t xml:space="preserve"> </w:t>
            </w:r>
            <w:proofErr w:type="spellStart"/>
            <w:r w:rsidRPr="00CB3C07">
              <w:rPr>
                <w:iCs/>
              </w:rPr>
              <w:t>Ilmu</w:t>
            </w:r>
            <w:proofErr w:type="spellEnd"/>
            <w:r w:rsidRPr="00CB3C07">
              <w:rPr>
                <w:iCs/>
              </w:rPr>
              <w:t xml:space="preserve"> </w:t>
            </w:r>
            <w:proofErr w:type="spellStart"/>
            <w:r w:rsidRPr="00CB3C07">
              <w:rPr>
                <w:iCs/>
              </w:rPr>
              <w:t>Sosial</w:t>
            </w:r>
            <w:proofErr w:type="spellEnd"/>
            <w:r w:rsidRPr="00CB3C07">
              <w:rPr>
                <w:iCs/>
              </w:rPr>
              <w:t xml:space="preserve"> dan </w:t>
            </w:r>
            <w:proofErr w:type="spellStart"/>
            <w:r w:rsidRPr="00CB3C07">
              <w:rPr>
                <w:iCs/>
              </w:rPr>
              <w:t>Ilmu</w:t>
            </w:r>
            <w:proofErr w:type="spellEnd"/>
            <w:r w:rsidRPr="00CB3C07">
              <w:rPr>
                <w:iCs/>
              </w:rPr>
              <w:t xml:space="preserve"> </w:t>
            </w:r>
            <w:proofErr w:type="spellStart"/>
            <w:r w:rsidRPr="00CB3C07">
              <w:rPr>
                <w:iCs/>
              </w:rPr>
              <w:t>Politik</w:t>
            </w:r>
            <w:proofErr w:type="spellEnd"/>
            <w:r w:rsidRPr="00CB3C07">
              <w:rPr>
                <w:iCs/>
              </w:rPr>
              <w:t xml:space="preserve">, Universitas </w:t>
            </w:r>
            <w:proofErr w:type="spellStart"/>
            <w:r w:rsidRPr="00CB3C07">
              <w:rPr>
                <w:iCs/>
              </w:rPr>
              <w:t>Padjadjaran</w:t>
            </w:r>
            <w:proofErr w:type="spellEnd"/>
          </w:p>
          <w:p w14:paraId="5CEF5519" w14:textId="77777777" w:rsidR="006E337B" w:rsidRDefault="006E337B" w:rsidP="00F01415">
            <w:pPr>
              <w:spacing w:after="0" w:line="240" w:lineRule="auto"/>
              <w:jc w:val="center"/>
              <w:rPr>
                <w:iCs/>
                <w:sz w:val="18"/>
              </w:rPr>
            </w:pPr>
          </w:p>
          <w:p w14:paraId="289FC30A" w14:textId="77777777" w:rsidR="006E337B" w:rsidRDefault="006E337B" w:rsidP="00F01415">
            <w:pPr>
              <w:spacing w:after="0" w:line="240" w:lineRule="auto"/>
              <w:rPr>
                <w:sz w:val="18"/>
              </w:rPr>
            </w:pPr>
          </w:p>
          <w:p w14:paraId="7C58CBAE" w14:textId="77777777" w:rsidR="00CB3C07" w:rsidRDefault="00CB3C07" w:rsidP="00F01415">
            <w:pPr>
              <w:spacing w:after="0" w:line="240" w:lineRule="auto"/>
              <w:rPr>
                <w:sz w:val="18"/>
              </w:rPr>
            </w:pPr>
          </w:p>
          <w:p w14:paraId="6B4C4BF1" w14:textId="77777777" w:rsidR="00CB3C07" w:rsidRDefault="00CB3C07" w:rsidP="00F01415">
            <w:pPr>
              <w:spacing w:after="0" w:line="240" w:lineRule="auto"/>
              <w:rPr>
                <w:sz w:val="18"/>
              </w:rPr>
            </w:pPr>
          </w:p>
          <w:p w14:paraId="1DDA63A9" w14:textId="1389CD90" w:rsidR="00D77EA0" w:rsidRDefault="00000000" w:rsidP="00F01415">
            <w:pPr>
              <w:spacing w:after="0" w:line="240" w:lineRule="auto"/>
            </w:pPr>
            <w:r>
              <w:rPr>
                <w:sz w:val="18"/>
              </w:rPr>
              <w:t>*Corresponding author</w:t>
            </w:r>
          </w:p>
          <w:p w14:paraId="5E2E182B" w14:textId="665101DD" w:rsidR="00D77EA0" w:rsidRDefault="00000000" w:rsidP="00F01415">
            <w:pPr>
              <w:spacing w:after="0" w:line="240" w:lineRule="auto"/>
            </w:pPr>
            <w:r>
              <w:rPr>
                <w:sz w:val="18"/>
              </w:rPr>
              <w:t xml:space="preserve">Email: </w:t>
            </w:r>
            <w:r w:rsidR="00EB6A6F">
              <w:rPr>
                <w:sz w:val="18"/>
              </w:rPr>
              <w:t>sahadi.humaedi@</w:t>
            </w:r>
            <w:r>
              <w:rPr>
                <w:sz w:val="18"/>
              </w:rPr>
              <w:t>unpad.ac.id</w:t>
            </w:r>
          </w:p>
          <w:p w14:paraId="618E7632" w14:textId="77777777" w:rsidR="006E337B" w:rsidRDefault="006E337B" w:rsidP="00F01415">
            <w:pPr>
              <w:spacing w:after="0" w:line="240" w:lineRule="auto"/>
              <w:rPr>
                <w:sz w:val="18"/>
              </w:rPr>
            </w:pPr>
          </w:p>
          <w:p w14:paraId="2962184B" w14:textId="4352E66B" w:rsidR="00D77EA0" w:rsidRDefault="00000000" w:rsidP="00F01415">
            <w:pPr>
              <w:spacing w:after="0" w:line="240" w:lineRule="auto"/>
            </w:pPr>
            <w:r>
              <w:rPr>
                <w:sz w:val="18"/>
              </w:rPr>
              <w:t xml:space="preserve">No. </w:t>
            </w:r>
            <w:proofErr w:type="spellStart"/>
            <w:r>
              <w:rPr>
                <w:sz w:val="18"/>
              </w:rPr>
              <w:t>doi</w:t>
            </w:r>
            <w:proofErr w:type="spellEnd"/>
            <w:r>
              <w:rPr>
                <w:sz w:val="18"/>
              </w:rPr>
              <w:t>:</w:t>
            </w:r>
            <w:r w:rsidR="007F3677">
              <w:rPr>
                <w:sz w:val="18"/>
              </w:rPr>
              <w:t xml:space="preserve"> </w:t>
            </w:r>
            <w:r w:rsidR="007F3677" w:rsidRPr="006F1EAA">
              <w:rPr>
                <w:sz w:val="18"/>
                <w:lang w:val="id-ID"/>
              </w:rPr>
              <w:t>10.24198/focus.v</w:t>
            </w:r>
            <w:r w:rsidR="007F3677">
              <w:rPr>
                <w:sz w:val="18"/>
                <w:lang w:val="id-ID"/>
              </w:rPr>
              <w:t>9</w:t>
            </w:r>
            <w:r w:rsidR="007F3677" w:rsidRPr="006F1EAA">
              <w:rPr>
                <w:sz w:val="18"/>
                <w:lang w:val="id-ID"/>
              </w:rPr>
              <w:t>i</w:t>
            </w:r>
            <w:r w:rsidR="007F3677">
              <w:rPr>
                <w:sz w:val="18"/>
                <w:lang w:val="id-ID"/>
              </w:rPr>
              <w:t>1.</w:t>
            </w:r>
            <w:r w:rsidR="007F3677">
              <w:rPr>
                <w:sz w:val="18"/>
                <w:lang w:val="en-ID"/>
              </w:rPr>
              <w:t>72236</w:t>
            </w:r>
          </w:p>
        </w:tc>
        <w:tc>
          <w:tcPr>
            <w:tcW w:w="6696" w:type="dxa"/>
          </w:tcPr>
          <w:p w14:paraId="334AB396" w14:textId="77777777" w:rsidR="00D77EA0" w:rsidRDefault="00000000" w:rsidP="00F01415">
            <w:pPr>
              <w:spacing w:after="0" w:line="240" w:lineRule="auto"/>
              <w:jc w:val="center"/>
              <w:rPr>
                <w:b/>
              </w:rPr>
            </w:pPr>
            <w:r>
              <w:rPr>
                <w:b/>
              </w:rPr>
              <w:t>ABSTRAK</w:t>
            </w:r>
          </w:p>
          <w:p w14:paraId="42F55B18" w14:textId="77777777" w:rsidR="00F01415" w:rsidRDefault="00F01415" w:rsidP="00F01415">
            <w:pPr>
              <w:spacing w:after="0" w:line="240" w:lineRule="auto"/>
              <w:jc w:val="center"/>
            </w:pPr>
          </w:p>
          <w:p w14:paraId="53D86020" w14:textId="77777777" w:rsidR="00D77EA0" w:rsidRDefault="00000000" w:rsidP="00F01415">
            <w:pPr>
              <w:spacing w:after="0" w:line="240" w:lineRule="auto"/>
              <w:jc w:val="both"/>
            </w:pPr>
            <w:r>
              <w:rPr>
                <w:sz w:val="20"/>
              </w:rPr>
              <w:t xml:space="preserve">Perusahaan </w:t>
            </w:r>
            <w:proofErr w:type="spellStart"/>
            <w:r>
              <w:rPr>
                <w:sz w:val="20"/>
              </w:rPr>
              <w:t>multinasional</w:t>
            </w:r>
            <w:proofErr w:type="spellEnd"/>
            <w:r>
              <w:rPr>
                <w:sz w:val="20"/>
              </w:rPr>
              <w:t xml:space="preserve"> </w:t>
            </w:r>
            <w:proofErr w:type="spellStart"/>
            <w:r>
              <w:rPr>
                <w:sz w:val="20"/>
              </w:rPr>
              <w:t>memiliki</w:t>
            </w:r>
            <w:proofErr w:type="spellEnd"/>
            <w:r>
              <w:rPr>
                <w:sz w:val="20"/>
              </w:rPr>
              <w:t xml:space="preserve"> </w:t>
            </w:r>
            <w:proofErr w:type="spellStart"/>
            <w:r>
              <w:rPr>
                <w:sz w:val="20"/>
              </w:rPr>
              <w:t>peran</w:t>
            </w:r>
            <w:proofErr w:type="spellEnd"/>
            <w:r>
              <w:rPr>
                <w:sz w:val="20"/>
              </w:rPr>
              <w:t xml:space="preserve"> </w:t>
            </w:r>
            <w:proofErr w:type="spellStart"/>
            <w:r>
              <w:rPr>
                <w:sz w:val="20"/>
              </w:rPr>
              <w:t>strategis</w:t>
            </w:r>
            <w:proofErr w:type="spellEnd"/>
            <w:r>
              <w:rPr>
                <w:sz w:val="20"/>
              </w:rPr>
              <w:t xml:space="preserve"> </w:t>
            </w:r>
            <w:proofErr w:type="spellStart"/>
            <w:r>
              <w:rPr>
                <w:sz w:val="20"/>
              </w:rPr>
              <w:t>dalam</w:t>
            </w:r>
            <w:proofErr w:type="spellEnd"/>
            <w:r>
              <w:rPr>
                <w:sz w:val="20"/>
              </w:rPr>
              <w:t xml:space="preserve"> </w:t>
            </w:r>
            <w:proofErr w:type="spellStart"/>
            <w:r>
              <w:rPr>
                <w:sz w:val="20"/>
              </w:rPr>
              <w:t>perekonomian</w:t>
            </w:r>
            <w:proofErr w:type="spellEnd"/>
            <w:r>
              <w:rPr>
                <w:sz w:val="20"/>
              </w:rPr>
              <w:t xml:space="preserve"> global, </w:t>
            </w:r>
            <w:proofErr w:type="spellStart"/>
            <w:r>
              <w:rPr>
                <w:sz w:val="20"/>
              </w:rPr>
              <w:t>termasuk</w:t>
            </w:r>
            <w:proofErr w:type="spellEnd"/>
            <w:r>
              <w:rPr>
                <w:sz w:val="20"/>
              </w:rPr>
              <w:t xml:space="preserve"> </w:t>
            </w:r>
            <w:proofErr w:type="spellStart"/>
            <w:r>
              <w:rPr>
                <w:sz w:val="20"/>
              </w:rPr>
              <w:t>dalam</w:t>
            </w:r>
            <w:proofErr w:type="spellEnd"/>
            <w:r>
              <w:rPr>
                <w:sz w:val="20"/>
              </w:rPr>
              <w:t xml:space="preserve"> </w:t>
            </w:r>
            <w:proofErr w:type="spellStart"/>
            <w:r>
              <w:rPr>
                <w:sz w:val="20"/>
              </w:rPr>
              <w:t>mendorong</w:t>
            </w:r>
            <w:proofErr w:type="spellEnd"/>
            <w:r>
              <w:rPr>
                <w:sz w:val="20"/>
              </w:rPr>
              <w:t xml:space="preserve"> </w:t>
            </w:r>
            <w:proofErr w:type="spellStart"/>
            <w:r>
              <w:rPr>
                <w:sz w:val="20"/>
              </w:rPr>
              <w:t>pemulihan</w:t>
            </w:r>
            <w:proofErr w:type="spellEnd"/>
            <w:r>
              <w:rPr>
                <w:sz w:val="20"/>
              </w:rPr>
              <w:t xml:space="preserve"> </w:t>
            </w:r>
            <w:proofErr w:type="spellStart"/>
            <w:r>
              <w:rPr>
                <w:sz w:val="20"/>
              </w:rPr>
              <w:t>sektor</w:t>
            </w:r>
            <w:proofErr w:type="spellEnd"/>
            <w:r>
              <w:rPr>
                <w:sz w:val="20"/>
              </w:rPr>
              <w:t xml:space="preserve"> </w:t>
            </w:r>
            <w:proofErr w:type="spellStart"/>
            <w:r>
              <w:rPr>
                <w:sz w:val="20"/>
              </w:rPr>
              <w:t>usaha</w:t>
            </w:r>
            <w:proofErr w:type="spellEnd"/>
            <w:r>
              <w:rPr>
                <w:sz w:val="20"/>
              </w:rPr>
              <w:t xml:space="preserve"> </w:t>
            </w:r>
            <w:proofErr w:type="spellStart"/>
            <w:r>
              <w:rPr>
                <w:sz w:val="20"/>
              </w:rPr>
              <w:t>kecil</w:t>
            </w:r>
            <w:proofErr w:type="spellEnd"/>
            <w:r>
              <w:rPr>
                <w:sz w:val="20"/>
              </w:rPr>
              <w:t xml:space="preserve"> di negara </w:t>
            </w:r>
            <w:proofErr w:type="spellStart"/>
            <w:r>
              <w:rPr>
                <w:sz w:val="20"/>
              </w:rPr>
              <w:t>tempatnya</w:t>
            </w:r>
            <w:proofErr w:type="spellEnd"/>
            <w:r>
              <w:rPr>
                <w:sz w:val="20"/>
              </w:rPr>
              <w:t xml:space="preserve"> </w:t>
            </w:r>
            <w:proofErr w:type="spellStart"/>
            <w:r>
              <w:rPr>
                <w:sz w:val="20"/>
              </w:rPr>
              <w:t>beroperasi</w:t>
            </w:r>
            <w:proofErr w:type="spellEnd"/>
            <w:r>
              <w:rPr>
                <w:sz w:val="20"/>
              </w:rPr>
              <w:t xml:space="preserve">. PT Unilever Indonesia, </w:t>
            </w:r>
            <w:proofErr w:type="spellStart"/>
            <w:r>
              <w:rPr>
                <w:sz w:val="20"/>
              </w:rPr>
              <w:t>sebagai</w:t>
            </w:r>
            <w:proofErr w:type="spellEnd"/>
            <w:r>
              <w:rPr>
                <w:sz w:val="20"/>
              </w:rPr>
              <w:t xml:space="preserve"> </w:t>
            </w:r>
            <w:proofErr w:type="spellStart"/>
            <w:r>
              <w:rPr>
                <w:sz w:val="20"/>
              </w:rPr>
              <w:t>cabang</w:t>
            </w:r>
            <w:proofErr w:type="spellEnd"/>
            <w:r>
              <w:rPr>
                <w:sz w:val="20"/>
              </w:rPr>
              <w:t xml:space="preserve"> </w:t>
            </w:r>
            <w:proofErr w:type="spellStart"/>
            <w:r>
              <w:rPr>
                <w:sz w:val="20"/>
              </w:rPr>
              <w:t>lokal</w:t>
            </w:r>
            <w:proofErr w:type="spellEnd"/>
            <w:r>
              <w:rPr>
                <w:sz w:val="20"/>
              </w:rPr>
              <w:t xml:space="preserve"> </w:t>
            </w:r>
            <w:proofErr w:type="spellStart"/>
            <w:r>
              <w:rPr>
                <w:sz w:val="20"/>
              </w:rPr>
              <w:t>dari</w:t>
            </w:r>
            <w:proofErr w:type="spellEnd"/>
            <w:r>
              <w:rPr>
                <w:sz w:val="20"/>
              </w:rPr>
              <w:t xml:space="preserve"> </w:t>
            </w:r>
            <w:proofErr w:type="spellStart"/>
            <w:r>
              <w:rPr>
                <w:sz w:val="20"/>
              </w:rPr>
              <w:t>korporasi</w:t>
            </w:r>
            <w:proofErr w:type="spellEnd"/>
            <w:r>
              <w:rPr>
                <w:sz w:val="20"/>
              </w:rPr>
              <w:t xml:space="preserve"> consumer goods yang </w:t>
            </w:r>
            <w:proofErr w:type="spellStart"/>
            <w:r>
              <w:rPr>
                <w:sz w:val="20"/>
              </w:rPr>
              <w:t>telah</w:t>
            </w:r>
            <w:proofErr w:type="spellEnd"/>
            <w:r>
              <w:rPr>
                <w:sz w:val="20"/>
              </w:rPr>
              <w:t xml:space="preserve"> </w:t>
            </w:r>
            <w:proofErr w:type="spellStart"/>
            <w:r>
              <w:rPr>
                <w:sz w:val="20"/>
              </w:rPr>
              <w:t>beroperasi</w:t>
            </w:r>
            <w:proofErr w:type="spellEnd"/>
            <w:r>
              <w:rPr>
                <w:sz w:val="20"/>
              </w:rPr>
              <w:t xml:space="preserve"> di </w:t>
            </w:r>
            <w:proofErr w:type="spellStart"/>
            <w:r>
              <w:rPr>
                <w:sz w:val="20"/>
              </w:rPr>
              <w:t>lebih</w:t>
            </w:r>
            <w:proofErr w:type="spellEnd"/>
            <w:r>
              <w:rPr>
                <w:sz w:val="20"/>
              </w:rPr>
              <w:t xml:space="preserve"> </w:t>
            </w:r>
            <w:proofErr w:type="spellStart"/>
            <w:r>
              <w:rPr>
                <w:sz w:val="20"/>
              </w:rPr>
              <w:t>dari</w:t>
            </w:r>
            <w:proofErr w:type="spellEnd"/>
            <w:r>
              <w:rPr>
                <w:sz w:val="20"/>
              </w:rPr>
              <w:t xml:space="preserve"> 190 negara, </w:t>
            </w:r>
            <w:proofErr w:type="spellStart"/>
            <w:r>
              <w:rPr>
                <w:sz w:val="20"/>
              </w:rPr>
              <w:t>mewujudkan</w:t>
            </w:r>
            <w:proofErr w:type="spellEnd"/>
            <w:r>
              <w:rPr>
                <w:sz w:val="20"/>
              </w:rPr>
              <w:t xml:space="preserve"> </w:t>
            </w:r>
            <w:proofErr w:type="spellStart"/>
            <w:r>
              <w:rPr>
                <w:sz w:val="20"/>
              </w:rPr>
              <w:t>komitmen</w:t>
            </w:r>
            <w:proofErr w:type="spellEnd"/>
            <w:r>
              <w:rPr>
                <w:sz w:val="20"/>
              </w:rPr>
              <w:t xml:space="preserve"> </w:t>
            </w:r>
            <w:proofErr w:type="spellStart"/>
            <w:r>
              <w:rPr>
                <w:sz w:val="20"/>
              </w:rPr>
              <w:t>keberlanjutannya</w:t>
            </w:r>
            <w:proofErr w:type="spellEnd"/>
            <w:r>
              <w:rPr>
                <w:sz w:val="20"/>
              </w:rPr>
              <w:t xml:space="preserve"> </w:t>
            </w:r>
            <w:proofErr w:type="spellStart"/>
            <w:r>
              <w:rPr>
                <w:sz w:val="20"/>
              </w:rPr>
              <w:t>melalui</w:t>
            </w:r>
            <w:proofErr w:type="spellEnd"/>
            <w:r>
              <w:rPr>
                <w:sz w:val="20"/>
              </w:rPr>
              <w:t xml:space="preserve"> Unilever Sustainable Living Plan dan strategi The Unilever Compass, yang salah </w:t>
            </w:r>
            <w:proofErr w:type="spellStart"/>
            <w:r>
              <w:rPr>
                <w:sz w:val="20"/>
              </w:rPr>
              <w:t>satu</w:t>
            </w:r>
            <w:proofErr w:type="spellEnd"/>
            <w:r>
              <w:rPr>
                <w:sz w:val="20"/>
              </w:rPr>
              <w:t xml:space="preserve"> </w:t>
            </w:r>
            <w:proofErr w:type="spellStart"/>
            <w:r>
              <w:rPr>
                <w:sz w:val="20"/>
              </w:rPr>
              <w:t>implementasinya</w:t>
            </w:r>
            <w:proofErr w:type="spellEnd"/>
            <w:r>
              <w:rPr>
                <w:sz w:val="20"/>
              </w:rPr>
              <w:t xml:space="preserve"> </w:t>
            </w:r>
            <w:proofErr w:type="spellStart"/>
            <w:r>
              <w:rPr>
                <w:sz w:val="20"/>
              </w:rPr>
              <w:t>diarahkan</w:t>
            </w:r>
            <w:proofErr w:type="spellEnd"/>
            <w:r>
              <w:rPr>
                <w:sz w:val="20"/>
              </w:rPr>
              <w:t xml:space="preserve"> pada </w:t>
            </w:r>
            <w:proofErr w:type="spellStart"/>
            <w:r>
              <w:rPr>
                <w:sz w:val="20"/>
              </w:rPr>
              <w:t>pemberdayaan</w:t>
            </w:r>
            <w:proofErr w:type="spellEnd"/>
            <w:r>
              <w:rPr>
                <w:sz w:val="20"/>
              </w:rPr>
              <w:t xml:space="preserve"> Usaha </w:t>
            </w:r>
            <w:proofErr w:type="spellStart"/>
            <w:r>
              <w:rPr>
                <w:sz w:val="20"/>
              </w:rPr>
              <w:t>Mikro</w:t>
            </w:r>
            <w:proofErr w:type="spellEnd"/>
            <w:r>
              <w:rPr>
                <w:sz w:val="20"/>
              </w:rPr>
              <w:t xml:space="preserve">, Kecil, dan </w:t>
            </w:r>
            <w:proofErr w:type="spellStart"/>
            <w:r>
              <w:rPr>
                <w:sz w:val="20"/>
              </w:rPr>
              <w:t>Menengah</w:t>
            </w:r>
            <w:proofErr w:type="spellEnd"/>
            <w:r>
              <w:rPr>
                <w:sz w:val="20"/>
              </w:rPr>
              <w:t xml:space="preserve"> (UMKM). Kajian </w:t>
            </w:r>
            <w:proofErr w:type="spellStart"/>
            <w:r>
              <w:rPr>
                <w:sz w:val="20"/>
              </w:rPr>
              <w:t>ini</w:t>
            </w:r>
            <w:proofErr w:type="spellEnd"/>
            <w:r>
              <w:rPr>
                <w:sz w:val="20"/>
              </w:rPr>
              <w:t xml:space="preserve"> </w:t>
            </w:r>
            <w:proofErr w:type="spellStart"/>
            <w:r>
              <w:rPr>
                <w:sz w:val="20"/>
              </w:rPr>
              <w:t>bertujuan</w:t>
            </w:r>
            <w:proofErr w:type="spellEnd"/>
            <w:r>
              <w:rPr>
                <w:sz w:val="20"/>
              </w:rPr>
              <w:t xml:space="preserve"> </w:t>
            </w:r>
            <w:proofErr w:type="spellStart"/>
            <w:r>
              <w:rPr>
                <w:sz w:val="20"/>
              </w:rPr>
              <w:t>menganalisis</w:t>
            </w:r>
            <w:proofErr w:type="spellEnd"/>
            <w:r>
              <w:rPr>
                <w:sz w:val="20"/>
              </w:rPr>
              <w:t xml:space="preserve"> strategi dan </w:t>
            </w:r>
            <w:proofErr w:type="spellStart"/>
            <w:r>
              <w:rPr>
                <w:sz w:val="20"/>
              </w:rPr>
              <w:t>dampak</w:t>
            </w:r>
            <w:proofErr w:type="spellEnd"/>
            <w:r>
              <w:rPr>
                <w:sz w:val="20"/>
              </w:rPr>
              <w:t xml:space="preserve"> program </w:t>
            </w:r>
            <w:proofErr w:type="spellStart"/>
            <w:r>
              <w:rPr>
                <w:sz w:val="20"/>
              </w:rPr>
              <w:t>tanggung</w:t>
            </w:r>
            <w:proofErr w:type="spellEnd"/>
            <w:r>
              <w:rPr>
                <w:sz w:val="20"/>
              </w:rPr>
              <w:t xml:space="preserve"> </w:t>
            </w:r>
            <w:proofErr w:type="spellStart"/>
            <w:r>
              <w:rPr>
                <w:sz w:val="20"/>
              </w:rPr>
              <w:t>jawab</w:t>
            </w:r>
            <w:proofErr w:type="spellEnd"/>
            <w:r>
              <w:rPr>
                <w:sz w:val="20"/>
              </w:rPr>
              <w:t xml:space="preserve"> </w:t>
            </w:r>
            <w:proofErr w:type="spellStart"/>
            <w:r>
              <w:rPr>
                <w:sz w:val="20"/>
              </w:rPr>
              <w:t>sosial</w:t>
            </w:r>
            <w:proofErr w:type="spellEnd"/>
            <w:r>
              <w:rPr>
                <w:sz w:val="20"/>
              </w:rPr>
              <w:t xml:space="preserve"> (CSR) PT Unilever Indonesia </w:t>
            </w:r>
            <w:proofErr w:type="spellStart"/>
            <w:r>
              <w:rPr>
                <w:sz w:val="20"/>
              </w:rPr>
              <w:t>dalam</w:t>
            </w:r>
            <w:proofErr w:type="spellEnd"/>
            <w:r>
              <w:rPr>
                <w:sz w:val="20"/>
              </w:rPr>
              <w:t xml:space="preserve"> </w:t>
            </w:r>
            <w:proofErr w:type="spellStart"/>
            <w:r>
              <w:rPr>
                <w:sz w:val="20"/>
              </w:rPr>
              <w:t>mendukung</w:t>
            </w:r>
            <w:proofErr w:type="spellEnd"/>
            <w:r>
              <w:rPr>
                <w:sz w:val="20"/>
              </w:rPr>
              <w:t xml:space="preserve"> </w:t>
            </w:r>
            <w:proofErr w:type="spellStart"/>
            <w:r>
              <w:rPr>
                <w:sz w:val="20"/>
              </w:rPr>
              <w:t>keberlangsungan</w:t>
            </w:r>
            <w:proofErr w:type="spellEnd"/>
            <w:r>
              <w:rPr>
                <w:sz w:val="20"/>
              </w:rPr>
              <w:t xml:space="preserve"> UMKM, </w:t>
            </w:r>
            <w:proofErr w:type="spellStart"/>
            <w:r>
              <w:rPr>
                <w:sz w:val="20"/>
              </w:rPr>
              <w:t>khususnya</w:t>
            </w:r>
            <w:proofErr w:type="spellEnd"/>
            <w:r>
              <w:rPr>
                <w:sz w:val="20"/>
              </w:rPr>
              <w:t xml:space="preserve"> pada masa </w:t>
            </w:r>
            <w:proofErr w:type="spellStart"/>
            <w:r>
              <w:rPr>
                <w:sz w:val="20"/>
              </w:rPr>
              <w:t>pemulihan</w:t>
            </w:r>
            <w:proofErr w:type="spellEnd"/>
            <w:r>
              <w:rPr>
                <w:sz w:val="20"/>
              </w:rPr>
              <w:t xml:space="preserve"> </w:t>
            </w:r>
            <w:proofErr w:type="spellStart"/>
            <w:r>
              <w:rPr>
                <w:sz w:val="20"/>
              </w:rPr>
              <w:t>pandemi</w:t>
            </w:r>
            <w:proofErr w:type="spellEnd"/>
            <w:r>
              <w:rPr>
                <w:sz w:val="20"/>
              </w:rPr>
              <w:t xml:space="preserve"> Covid-19. Kajian </w:t>
            </w:r>
            <w:proofErr w:type="spellStart"/>
            <w:r>
              <w:rPr>
                <w:sz w:val="20"/>
              </w:rPr>
              <w:t>disusun</w:t>
            </w:r>
            <w:proofErr w:type="spellEnd"/>
            <w:r>
              <w:rPr>
                <w:sz w:val="20"/>
              </w:rPr>
              <w:t xml:space="preserve"> </w:t>
            </w:r>
            <w:proofErr w:type="spellStart"/>
            <w:r>
              <w:rPr>
                <w:sz w:val="20"/>
              </w:rPr>
              <w:t>menggunakan</w:t>
            </w:r>
            <w:proofErr w:type="spellEnd"/>
            <w:r>
              <w:rPr>
                <w:sz w:val="20"/>
              </w:rPr>
              <w:t xml:space="preserve"> </w:t>
            </w:r>
            <w:proofErr w:type="spellStart"/>
            <w:r>
              <w:rPr>
                <w:sz w:val="20"/>
              </w:rPr>
              <w:t>metode</w:t>
            </w:r>
            <w:proofErr w:type="spellEnd"/>
            <w:r>
              <w:rPr>
                <w:sz w:val="20"/>
              </w:rPr>
              <w:t xml:space="preserve"> </w:t>
            </w:r>
            <w:proofErr w:type="spellStart"/>
            <w:r>
              <w:rPr>
                <w:sz w:val="20"/>
              </w:rPr>
              <w:t>studi</w:t>
            </w:r>
            <w:proofErr w:type="spellEnd"/>
            <w:r>
              <w:rPr>
                <w:sz w:val="20"/>
              </w:rPr>
              <w:t xml:space="preserve"> </w:t>
            </w:r>
            <w:proofErr w:type="spellStart"/>
            <w:r>
              <w:rPr>
                <w:sz w:val="20"/>
              </w:rPr>
              <w:t>literatur</w:t>
            </w:r>
            <w:proofErr w:type="spellEnd"/>
            <w:r>
              <w:rPr>
                <w:sz w:val="20"/>
              </w:rPr>
              <w:t xml:space="preserve"> </w:t>
            </w:r>
            <w:proofErr w:type="spellStart"/>
            <w:r>
              <w:rPr>
                <w:sz w:val="20"/>
              </w:rPr>
              <w:t>dengan</w:t>
            </w:r>
            <w:proofErr w:type="spellEnd"/>
            <w:r>
              <w:rPr>
                <w:sz w:val="20"/>
              </w:rPr>
              <w:t xml:space="preserve"> </w:t>
            </w:r>
            <w:proofErr w:type="spellStart"/>
            <w:r>
              <w:rPr>
                <w:sz w:val="20"/>
              </w:rPr>
              <w:t>menelaah</w:t>
            </w:r>
            <w:proofErr w:type="spellEnd"/>
            <w:r>
              <w:rPr>
                <w:sz w:val="20"/>
              </w:rPr>
              <w:t xml:space="preserve"> </w:t>
            </w:r>
            <w:proofErr w:type="spellStart"/>
            <w:r>
              <w:rPr>
                <w:sz w:val="20"/>
              </w:rPr>
              <w:t>jurnal</w:t>
            </w:r>
            <w:proofErr w:type="spellEnd"/>
            <w:r>
              <w:rPr>
                <w:sz w:val="20"/>
              </w:rPr>
              <w:t xml:space="preserve"> </w:t>
            </w:r>
            <w:proofErr w:type="spellStart"/>
            <w:r>
              <w:rPr>
                <w:sz w:val="20"/>
              </w:rPr>
              <w:t>ilmiah</w:t>
            </w:r>
            <w:proofErr w:type="spellEnd"/>
            <w:r>
              <w:rPr>
                <w:sz w:val="20"/>
              </w:rPr>
              <w:t xml:space="preserve"> minimal </w:t>
            </w:r>
            <w:proofErr w:type="spellStart"/>
            <w:r>
              <w:rPr>
                <w:sz w:val="20"/>
              </w:rPr>
              <w:t>terindeks</w:t>
            </w:r>
            <w:proofErr w:type="spellEnd"/>
            <w:r>
              <w:rPr>
                <w:sz w:val="20"/>
              </w:rPr>
              <w:t xml:space="preserve"> Sinta 3, </w:t>
            </w:r>
            <w:proofErr w:type="spellStart"/>
            <w:r>
              <w:rPr>
                <w:sz w:val="20"/>
              </w:rPr>
              <w:t>laporan</w:t>
            </w:r>
            <w:proofErr w:type="spellEnd"/>
            <w:r>
              <w:rPr>
                <w:sz w:val="20"/>
              </w:rPr>
              <w:t xml:space="preserve"> </w:t>
            </w:r>
            <w:proofErr w:type="spellStart"/>
            <w:r>
              <w:rPr>
                <w:sz w:val="20"/>
              </w:rPr>
              <w:t>resmi</w:t>
            </w:r>
            <w:proofErr w:type="spellEnd"/>
            <w:r>
              <w:rPr>
                <w:sz w:val="20"/>
              </w:rPr>
              <w:t xml:space="preserve"> </w:t>
            </w:r>
            <w:proofErr w:type="spellStart"/>
            <w:r>
              <w:rPr>
                <w:sz w:val="20"/>
              </w:rPr>
              <w:t>perusahaan</w:t>
            </w:r>
            <w:proofErr w:type="spellEnd"/>
            <w:r>
              <w:rPr>
                <w:sz w:val="20"/>
              </w:rPr>
              <w:t xml:space="preserve">, </w:t>
            </w:r>
            <w:proofErr w:type="spellStart"/>
            <w:r>
              <w:rPr>
                <w:sz w:val="20"/>
              </w:rPr>
              <w:t>serta</w:t>
            </w:r>
            <w:proofErr w:type="spellEnd"/>
            <w:r>
              <w:rPr>
                <w:sz w:val="20"/>
              </w:rPr>
              <w:t xml:space="preserve"> data </w:t>
            </w:r>
            <w:proofErr w:type="spellStart"/>
            <w:r>
              <w:rPr>
                <w:sz w:val="20"/>
              </w:rPr>
              <w:t>dari</w:t>
            </w:r>
            <w:proofErr w:type="spellEnd"/>
            <w:r>
              <w:rPr>
                <w:sz w:val="20"/>
              </w:rPr>
              <w:t xml:space="preserve"> </w:t>
            </w:r>
            <w:proofErr w:type="spellStart"/>
            <w:r>
              <w:rPr>
                <w:sz w:val="20"/>
              </w:rPr>
              <w:t>lembaga</w:t>
            </w:r>
            <w:proofErr w:type="spellEnd"/>
            <w:r>
              <w:rPr>
                <w:sz w:val="20"/>
              </w:rPr>
              <w:t xml:space="preserve"> </w:t>
            </w:r>
            <w:proofErr w:type="spellStart"/>
            <w:r>
              <w:rPr>
                <w:sz w:val="20"/>
              </w:rPr>
              <w:t>pemerintah</w:t>
            </w:r>
            <w:proofErr w:type="spellEnd"/>
            <w:r>
              <w:rPr>
                <w:sz w:val="20"/>
              </w:rPr>
              <w:t xml:space="preserve"> </w:t>
            </w:r>
            <w:proofErr w:type="spellStart"/>
            <w:r>
              <w:rPr>
                <w:sz w:val="20"/>
              </w:rPr>
              <w:t>terkait</w:t>
            </w:r>
            <w:proofErr w:type="spellEnd"/>
            <w:r>
              <w:rPr>
                <w:sz w:val="20"/>
              </w:rPr>
              <w:t xml:space="preserve">. Hasil </w:t>
            </w:r>
            <w:proofErr w:type="spellStart"/>
            <w:r>
              <w:rPr>
                <w:sz w:val="20"/>
              </w:rPr>
              <w:t>kajian</w:t>
            </w:r>
            <w:proofErr w:type="spellEnd"/>
            <w:r>
              <w:rPr>
                <w:sz w:val="20"/>
              </w:rPr>
              <w:t xml:space="preserve"> </w:t>
            </w:r>
            <w:proofErr w:type="spellStart"/>
            <w:r>
              <w:rPr>
                <w:sz w:val="20"/>
              </w:rPr>
              <w:t>menunjukkan</w:t>
            </w:r>
            <w:proofErr w:type="spellEnd"/>
            <w:r>
              <w:rPr>
                <w:sz w:val="20"/>
              </w:rPr>
              <w:t xml:space="preserve"> </w:t>
            </w:r>
            <w:proofErr w:type="spellStart"/>
            <w:r>
              <w:rPr>
                <w:sz w:val="20"/>
              </w:rPr>
              <w:t>bahwa</w:t>
            </w:r>
            <w:proofErr w:type="spellEnd"/>
            <w:r>
              <w:rPr>
                <w:sz w:val="20"/>
              </w:rPr>
              <w:t xml:space="preserve"> Unilever Indonesia </w:t>
            </w:r>
            <w:proofErr w:type="spellStart"/>
            <w:r>
              <w:rPr>
                <w:sz w:val="20"/>
              </w:rPr>
              <w:t>mengintegrasikan</w:t>
            </w:r>
            <w:proofErr w:type="spellEnd"/>
            <w:r>
              <w:rPr>
                <w:sz w:val="20"/>
              </w:rPr>
              <w:t xml:space="preserve"> </w:t>
            </w:r>
            <w:proofErr w:type="spellStart"/>
            <w:r>
              <w:rPr>
                <w:sz w:val="20"/>
              </w:rPr>
              <w:t>pemberdayaan</w:t>
            </w:r>
            <w:proofErr w:type="spellEnd"/>
            <w:r>
              <w:rPr>
                <w:sz w:val="20"/>
              </w:rPr>
              <w:t xml:space="preserve"> UMKM </w:t>
            </w:r>
            <w:proofErr w:type="spellStart"/>
            <w:r>
              <w:rPr>
                <w:sz w:val="20"/>
              </w:rPr>
              <w:t>ke</w:t>
            </w:r>
            <w:proofErr w:type="spellEnd"/>
            <w:r>
              <w:rPr>
                <w:sz w:val="20"/>
              </w:rPr>
              <w:t xml:space="preserve"> </w:t>
            </w:r>
            <w:proofErr w:type="spellStart"/>
            <w:r>
              <w:rPr>
                <w:sz w:val="20"/>
              </w:rPr>
              <w:t>dalam</w:t>
            </w:r>
            <w:proofErr w:type="spellEnd"/>
            <w:r>
              <w:rPr>
                <w:sz w:val="20"/>
              </w:rPr>
              <w:t xml:space="preserve"> </w:t>
            </w:r>
            <w:proofErr w:type="spellStart"/>
            <w:r>
              <w:rPr>
                <w:sz w:val="20"/>
              </w:rPr>
              <w:t>kerangka</w:t>
            </w:r>
            <w:proofErr w:type="spellEnd"/>
            <w:r>
              <w:rPr>
                <w:sz w:val="20"/>
              </w:rPr>
              <w:t xml:space="preserve"> </w:t>
            </w:r>
            <w:proofErr w:type="spellStart"/>
            <w:r>
              <w:rPr>
                <w:sz w:val="20"/>
              </w:rPr>
              <w:t>tanggung</w:t>
            </w:r>
            <w:proofErr w:type="spellEnd"/>
            <w:r>
              <w:rPr>
                <w:sz w:val="20"/>
              </w:rPr>
              <w:t xml:space="preserve"> </w:t>
            </w:r>
            <w:proofErr w:type="spellStart"/>
            <w:r>
              <w:rPr>
                <w:sz w:val="20"/>
              </w:rPr>
              <w:t>jawab</w:t>
            </w:r>
            <w:proofErr w:type="spellEnd"/>
            <w:r>
              <w:rPr>
                <w:sz w:val="20"/>
              </w:rPr>
              <w:t xml:space="preserve"> </w:t>
            </w:r>
            <w:proofErr w:type="spellStart"/>
            <w:r>
              <w:rPr>
                <w:sz w:val="20"/>
              </w:rPr>
              <w:t>sosial</w:t>
            </w:r>
            <w:proofErr w:type="spellEnd"/>
            <w:r>
              <w:rPr>
                <w:sz w:val="20"/>
              </w:rPr>
              <w:t xml:space="preserve"> </w:t>
            </w:r>
            <w:proofErr w:type="spellStart"/>
            <w:r>
              <w:rPr>
                <w:sz w:val="20"/>
              </w:rPr>
              <w:t>berbasis</w:t>
            </w:r>
            <w:proofErr w:type="spellEnd"/>
            <w:r>
              <w:rPr>
                <w:sz w:val="20"/>
              </w:rPr>
              <w:t xml:space="preserve"> Triple Bottom Line, </w:t>
            </w:r>
            <w:proofErr w:type="spellStart"/>
            <w:r>
              <w:rPr>
                <w:sz w:val="20"/>
              </w:rPr>
              <w:t>terwujud</w:t>
            </w:r>
            <w:proofErr w:type="spellEnd"/>
            <w:r>
              <w:rPr>
                <w:sz w:val="20"/>
              </w:rPr>
              <w:t xml:space="preserve"> </w:t>
            </w:r>
            <w:proofErr w:type="spellStart"/>
            <w:r>
              <w:rPr>
                <w:sz w:val="20"/>
              </w:rPr>
              <w:t>melalui</w:t>
            </w:r>
            <w:proofErr w:type="spellEnd"/>
            <w:r>
              <w:rPr>
                <w:sz w:val="20"/>
              </w:rPr>
              <w:t xml:space="preserve"> </w:t>
            </w:r>
            <w:proofErr w:type="spellStart"/>
            <w:r>
              <w:rPr>
                <w:sz w:val="20"/>
              </w:rPr>
              <w:t>bantuan</w:t>
            </w:r>
            <w:proofErr w:type="spellEnd"/>
            <w:r>
              <w:rPr>
                <w:sz w:val="20"/>
              </w:rPr>
              <w:t xml:space="preserve"> dana </w:t>
            </w:r>
            <w:proofErr w:type="spellStart"/>
            <w:r>
              <w:rPr>
                <w:sz w:val="20"/>
              </w:rPr>
              <w:t>senilai</w:t>
            </w:r>
            <w:proofErr w:type="spellEnd"/>
            <w:r>
              <w:rPr>
                <w:sz w:val="20"/>
              </w:rPr>
              <w:t xml:space="preserve"> Rp40 </w:t>
            </w:r>
            <w:proofErr w:type="spellStart"/>
            <w:r>
              <w:rPr>
                <w:sz w:val="20"/>
              </w:rPr>
              <w:t>miliar</w:t>
            </w:r>
            <w:proofErr w:type="spellEnd"/>
            <w:r>
              <w:rPr>
                <w:sz w:val="20"/>
              </w:rPr>
              <w:t xml:space="preserve"> </w:t>
            </w:r>
            <w:proofErr w:type="spellStart"/>
            <w:r>
              <w:rPr>
                <w:sz w:val="20"/>
              </w:rPr>
              <w:t>bagi</w:t>
            </w:r>
            <w:proofErr w:type="spellEnd"/>
            <w:r>
              <w:rPr>
                <w:sz w:val="20"/>
              </w:rPr>
              <w:t xml:space="preserve"> 147.000 </w:t>
            </w:r>
            <w:proofErr w:type="spellStart"/>
            <w:r>
              <w:rPr>
                <w:sz w:val="20"/>
              </w:rPr>
              <w:t>pedagang</w:t>
            </w:r>
            <w:proofErr w:type="spellEnd"/>
            <w:r>
              <w:rPr>
                <w:sz w:val="20"/>
              </w:rPr>
              <w:t xml:space="preserve"> </w:t>
            </w:r>
            <w:proofErr w:type="spellStart"/>
            <w:r>
              <w:rPr>
                <w:sz w:val="20"/>
              </w:rPr>
              <w:t>warung</w:t>
            </w:r>
            <w:proofErr w:type="spellEnd"/>
            <w:r>
              <w:rPr>
                <w:sz w:val="20"/>
              </w:rPr>
              <w:t xml:space="preserve">, </w:t>
            </w:r>
            <w:proofErr w:type="spellStart"/>
            <w:r>
              <w:rPr>
                <w:sz w:val="20"/>
              </w:rPr>
              <w:t>digitalisasi</w:t>
            </w:r>
            <w:proofErr w:type="spellEnd"/>
            <w:r>
              <w:rPr>
                <w:sz w:val="20"/>
              </w:rPr>
              <w:t xml:space="preserve"> </w:t>
            </w:r>
            <w:proofErr w:type="spellStart"/>
            <w:r>
              <w:rPr>
                <w:sz w:val="20"/>
              </w:rPr>
              <w:t>rantai</w:t>
            </w:r>
            <w:proofErr w:type="spellEnd"/>
            <w:r>
              <w:rPr>
                <w:sz w:val="20"/>
              </w:rPr>
              <w:t xml:space="preserve"> </w:t>
            </w:r>
            <w:proofErr w:type="spellStart"/>
            <w:r>
              <w:rPr>
                <w:sz w:val="20"/>
              </w:rPr>
              <w:t>pasok</w:t>
            </w:r>
            <w:proofErr w:type="spellEnd"/>
            <w:r>
              <w:rPr>
                <w:sz w:val="20"/>
              </w:rPr>
              <w:t xml:space="preserve"> </w:t>
            </w:r>
            <w:proofErr w:type="spellStart"/>
            <w:r>
              <w:rPr>
                <w:sz w:val="20"/>
              </w:rPr>
              <w:t>lewat</w:t>
            </w:r>
            <w:proofErr w:type="spellEnd"/>
            <w:r>
              <w:rPr>
                <w:sz w:val="20"/>
              </w:rPr>
              <w:t xml:space="preserve"> </w:t>
            </w:r>
            <w:proofErr w:type="spellStart"/>
            <w:r>
              <w:rPr>
                <w:sz w:val="20"/>
              </w:rPr>
              <w:t>aplikasi</w:t>
            </w:r>
            <w:proofErr w:type="spellEnd"/>
            <w:r>
              <w:rPr>
                <w:sz w:val="20"/>
              </w:rPr>
              <w:t xml:space="preserve"> </w:t>
            </w:r>
            <w:proofErr w:type="spellStart"/>
            <w:r>
              <w:rPr>
                <w:sz w:val="20"/>
              </w:rPr>
              <w:t>Sahabat</w:t>
            </w:r>
            <w:proofErr w:type="spellEnd"/>
            <w:r>
              <w:rPr>
                <w:sz w:val="20"/>
              </w:rPr>
              <w:t xml:space="preserve"> </w:t>
            </w:r>
            <w:proofErr w:type="spellStart"/>
            <w:r>
              <w:rPr>
                <w:sz w:val="20"/>
              </w:rPr>
              <w:t>Warung</w:t>
            </w:r>
            <w:proofErr w:type="spellEnd"/>
            <w:r>
              <w:rPr>
                <w:sz w:val="20"/>
              </w:rPr>
              <w:t xml:space="preserve">, </w:t>
            </w:r>
            <w:proofErr w:type="spellStart"/>
            <w:r>
              <w:rPr>
                <w:sz w:val="20"/>
              </w:rPr>
              <w:t>serta</w:t>
            </w:r>
            <w:proofErr w:type="spellEnd"/>
            <w:r>
              <w:rPr>
                <w:sz w:val="20"/>
              </w:rPr>
              <w:t xml:space="preserve"> </w:t>
            </w:r>
            <w:proofErr w:type="spellStart"/>
            <w:r>
              <w:rPr>
                <w:sz w:val="20"/>
              </w:rPr>
              <w:t>investasi</w:t>
            </w:r>
            <w:proofErr w:type="spellEnd"/>
            <w:r>
              <w:rPr>
                <w:sz w:val="20"/>
              </w:rPr>
              <w:t xml:space="preserve"> </w:t>
            </w:r>
            <w:proofErr w:type="spellStart"/>
            <w:r>
              <w:rPr>
                <w:sz w:val="20"/>
              </w:rPr>
              <w:t>infrastruktur</w:t>
            </w:r>
            <w:proofErr w:type="spellEnd"/>
            <w:r>
              <w:rPr>
                <w:sz w:val="20"/>
              </w:rPr>
              <w:t xml:space="preserve"> di Kawasan Ekonomi </w:t>
            </w:r>
            <w:proofErr w:type="spellStart"/>
            <w:r>
              <w:rPr>
                <w:sz w:val="20"/>
              </w:rPr>
              <w:t>Khusus</w:t>
            </w:r>
            <w:proofErr w:type="spellEnd"/>
            <w:r>
              <w:rPr>
                <w:sz w:val="20"/>
              </w:rPr>
              <w:t xml:space="preserve"> Sei </w:t>
            </w:r>
            <w:proofErr w:type="spellStart"/>
            <w:r>
              <w:rPr>
                <w:sz w:val="20"/>
              </w:rPr>
              <w:t>Mangkei</w:t>
            </w:r>
            <w:proofErr w:type="spellEnd"/>
            <w:r>
              <w:rPr>
                <w:sz w:val="20"/>
              </w:rPr>
              <w:t xml:space="preserve">. Program-program </w:t>
            </w:r>
            <w:proofErr w:type="spellStart"/>
            <w:r>
              <w:rPr>
                <w:sz w:val="20"/>
              </w:rPr>
              <w:t>tersebut</w:t>
            </w:r>
            <w:proofErr w:type="spellEnd"/>
            <w:r>
              <w:rPr>
                <w:sz w:val="20"/>
              </w:rPr>
              <w:t xml:space="preserve"> </w:t>
            </w:r>
            <w:proofErr w:type="spellStart"/>
            <w:r>
              <w:rPr>
                <w:sz w:val="20"/>
              </w:rPr>
              <w:t>terbukti</w:t>
            </w:r>
            <w:proofErr w:type="spellEnd"/>
            <w:r>
              <w:rPr>
                <w:sz w:val="20"/>
              </w:rPr>
              <w:t xml:space="preserve"> </w:t>
            </w:r>
            <w:proofErr w:type="spellStart"/>
            <w:r>
              <w:rPr>
                <w:sz w:val="20"/>
              </w:rPr>
              <w:t>memperluas</w:t>
            </w:r>
            <w:proofErr w:type="spellEnd"/>
            <w:r>
              <w:rPr>
                <w:sz w:val="20"/>
              </w:rPr>
              <w:t xml:space="preserve"> </w:t>
            </w:r>
            <w:proofErr w:type="spellStart"/>
            <w:r>
              <w:rPr>
                <w:sz w:val="20"/>
              </w:rPr>
              <w:t>akses</w:t>
            </w:r>
            <w:proofErr w:type="spellEnd"/>
            <w:r>
              <w:rPr>
                <w:sz w:val="20"/>
              </w:rPr>
              <w:t xml:space="preserve"> </w:t>
            </w:r>
            <w:proofErr w:type="spellStart"/>
            <w:r>
              <w:rPr>
                <w:sz w:val="20"/>
              </w:rPr>
              <w:t>permodalan</w:t>
            </w:r>
            <w:proofErr w:type="spellEnd"/>
            <w:r>
              <w:rPr>
                <w:sz w:val="20"/>
              </w:rPr>
              <w:t xml:space="preserve">, pasar, dan </w:t>
            </w:r>
            <w:proofErr w:type="spellStart"/>
            <w:r>
              <w:rPr>
                <w:sz w:val="20"/>
              </w:rPr>
              <w:t>kapasitas</w:t>
            </w:r>
            <w:proofErr w:type="spellEnd"/>
            <w:r>
              <w:rPr>
                <w:sz w:val="20"/>
              </w:rPr>
              <w:t xml:space="preserve"> </w:t>
            </w:r>
            <w:proofErr w:type="spellStart"/>
            <w:r>
              <w:rPr>
                <w:sz w:val="20"/>
              </w:rPr>
              <w:t>manajerial</w:t>
            </w:r>
            <w:proofErr w:type="spellEnd"/>
            <w:r>
              <w:rPr>
                <w:sz w:val="20"/>
              </w:rPr>
              <w:t xml:space="preserve"> UMKM, </w:t>
            </w:r>
            <w:proofErr w:type="spellStart"/>
            <w:r>
              <w:rPr>
                <w:sz w:val="20"/>
              </w:rPr>
              <w:t>sekaligus</w:t>
            </w:r>
            <w:proofErr w:type="spellEnd"/>
            <w:r>
              <w:rPr>
                <w:sz w:val="20"/>
              </w:rPr>
              <w:t xml:space="preserve"> </w:t>
            </w:r>
            <w:proofErr w:type="spellStart"/>
            <w:r>
              <w:rPr>
                <w:sz w:val="20"/>
              </w:rPr>
              <w:t>memperkuat</w:t>
            </w:r>
            <w:proofErr w:type="spellEnd"/>
            <w:r>
              <w:rPr>
                <w:sz w:val="20"/>
              </w:rPr>
              <w:t xml:space="preserve"> </w:t>
            </w:r>
            <w:proofErr w:type="spellStart"/>
            <w:r>
              <w:rPr>
                <w:sz w:val="20"/>
              </w:rPr>
              <w:t>posisi</w:t>
            </w:r>
            <w:proofErr w:type="spellEnd"/>
            <w:r>
              <w:rPr>
                <w:sz w:val="20"/>
              </w:rPr>
              <w:t xml:space="preserve"> Unilever </w:t>
            </w:r>
            <w:proofErr w:type="spellStart"/>
            <w:r>
              <w:rPr>
                <w:sz w:val="20"/>
              </w:rPr>
              <w:t>sebagai</w:t>
            </w:r>
            <w:proofErr w:type="spellEnd"/>
            <w:r>
              <w:rPr>
                <w:sz w:val="20"/>
              </w:rPr>
              <w:t xml:space="preserve"> </w:t>
            </w:r>
            <w:proofErr w:type="spellStart"/>
            <w:r>
              <w:rPr>
                <w:sz w:val="20"/>
              </w:rPr>
              <w:t>mitra</w:t>
            </w:r>
            <w:proofErr w:type="spellEnd"/>
            <w:r>
              <w:rPr>
                <w:sz w:val="20"/>
              </w:rPr>
              <w:t xml:space="preserve"> </w:t>
            </w:r>
            <w:proofErr w:type="spellStart"/>
            <w:r>
              <w:rPr>
                <w:sz w:val="20"/>
              </w:rPr>
              <w:t>pembangunan</w:t>
            </w:r>
            <w:proofErr w:type="spellEnd"/>
            <w:r>
              <w:rPr>
                <w:sz w:val="20"/>
              </w:rPr>
              <w:t xml:space="preserve"> </w:t>
            </w:r>
            <w:proofErr w:type="spellStart"/>
            <w:r>
              <w:rPr>
                <w:sz w:val="20"/>
              </w:rPr>
              <w:t>ekonomi</w:t>
            </w:r>
            <w:proofErr w:type="spellEnd"/>
            <w:r>
              <w:rPr>
                <w:sz w:val="20"/>
              </w:rPr>
              <w:t xml:space="preserve"> </w:t>
            </w:r>
            <w:proofErr w:type="spellStart"/>
            <w:r>
              <w:rPr>
                <w:sz w:val="20"/>
              </w:rPr>
              <w:t>inklusif</w:t>
            </w:r>
            <w:proofErr w:type="spellEnd"/>
            <w:r>
              <w:rPr>
                <w:sz w:val="20"/>
              </w:rPr>
              <w:t xml:space="preserve"> di Indonesia.</w:t>
            </w:r>
          </w:p>
          <w:p w14:paraId="2EEC9546" w14:textId="77777777" w:rsidR="00D77EA0" w:rsidRDefault="00000000" w:rsidP="00F01415">
            <w:pPr>
              <w:spacing w:after="0" w:line="240" w:lineRule="auto"/>
              <w:rPr>
                <w:sz w:val="20"/>
              </w:rPr>
            </w:pPr>
            <w:r>
              <w:rPr>
                <w:b/>
                <w:sz w:val="20"/>
              </w:rPr>
              <w:t xml:space="preserve">Kata </w:t>
            </w:r>
            <w:proofErr w:type="spellStart"/>
            <w:r>
              <w:rPr>
                <w:b/>
                <w:sz w:val="20"/>
              </w:rPr>
              <w:t>kunci</w:t>
            </w:r>
            <w:proofErr w:type="spellEnd"/>
            <w:r>
              <w:rPr>
                <w:b/>
                <w:sz w:val="20"/>
              </w:rPr>
              <w:t xml:space="preserve">: </w:t>
            </w:r>
            <w:r>
              <w:rPr>
                <w:sz w:val="20"/>
              </w:rPr>
              <w:t xml:space="preserve">Unilever, UMKM, </w:t>
            </w:r>
            <w:proofErr w:type="spellStart"/>
            <w:r>
              <w:rPr>
                <w:sz w:val="20"/>
              </w:rPr>
              <w:t>Pemberdayaan</w:t>
            </w:r>
            <w:proofErr w:type="spellEnd"/>
            <w:r>
              <w:rPr>
                <w:sz w:val="20"/>
              </w:rPr>
              <w:t xml:space="preserve"> </w:t>
            </w:r>
            <w:proofErr w:type="spellStart"/>
            <w:r>
              <w:rPr>
                <w:sz w:val="20"/>
              </w:rPr>
              <w:t>Komunitas</w:t>
            </w:r>
            <w:proofErr w:type="spellEnd"/>
            <w:r>
              <w:rPr>
                <w:sz w:val="20"/>
              </w:rPr>
              <w:t>, Corporate Social Responsibility</w:t>
            </w:r>
          </w:p>
          <w:p w14:paraId="7EFA642D" w14:textId="77777777" w:rsidR="00F01415" w:rsidRDefault="00F01415" w:rsidP="00F01415">
            <w:pPr>
              <w:spacing w:after="0" w:line="240" w:lineRule="auto"/>
            </w:pPr>
          </w:p>
          <w:p w14:paraId="45277C9D" w14:textId="77777777" w:rsidR="00D77EA0" w:rsidRDefault="00000000" w:rsidP="00F01415">
            <w:pPr>
              <w:spacing w:after="0" w:line="240" w:lineRule="auto"/>
              <w:jc w:val="center"/>
              <w:rPr>
                <w:b/>
                <w:i/>
              </w:rPr>
            </w:pPr>
            <w:r>
              <w:rPr>
                <w:b/>
                <w:i/>
              </w:rPr>
              <w:t>ABSTRACT</w:t>
            </w:r>
          </w:p>
          <w:p w14:paraId="26DB237E" w14:textId="77777777" w:rsidR="00F01415" w:rsidRDefault="00F01415" w:rsidP="00F01415">
            <w:pPr>
              <w:spacing w:after="0" w:line="240" w:lineRule="auto"/>
              <w:jc w:val="both"/>
              <w:rPr>
                <w:i/>
                <w:sz w:val="20"/>
              </w:rPr>
            </w:pPr>
          </w:p>
          <w:p w14:paraId="16E4793D" w14:textId="42F75DED" w:rsidR="00D77EA0" w:rsidRDefault="00000000" w:rsidP="00F01415">
            <w:pPr>
              <w:spacing w:after="0" w:line="240" w:lineRule="auto"/>
              <w:jc w:val="both"/>
            </w:pPr>
            <w:r>
              <w:rPr>
                <w:i/>
                <w:sz w:val="20"/>
              </w:rPr>
              <w:t xml:space="preserve">Multinational corporations play a strategic role in the global economy, including in driving the recovery of the small business sector in the countries where they operate. PT Unilever Indonesia, as the local branch of a consumer goods corporation operating in more than 190 countries, realizes its sustainability commitment through the Unilever Sustainable Living Plan and The Unilever Compass strategy, one implementation of which is directed at empowering Micro, Small, and Medium Enterprises (MSMEs). This study aims to analyze the strategy and impact of PT Unilever Indonesia's corporate social responsibility (CSR) program in supporting the sustainability of MSMEs, particularly during the Covid-19 pandemic recovery period. The study was prepared using a literature review method, examining scientific journals indexed at least in Sinta 3, official company reports, and data from relevant government institutions. The results show that Unilever Indonesia integrates MSME empowerment into a Triple Bottom Line-based social responsibility framework, realized through financial assistance worth IDR 40 billion for 147,000 small shop traders, supply chain digitalization through the </w:t>
            </w:r>
            <w:proofErr w:type="spellStart"/>
            <w:r>
              <w:rPr>
                <w:i/>
                <w:sz w:val="20"/>
              </w:rPr>
              <w:t>Sahabat</w:t>
            </w:r>
            <w:proofErr w:type="spellEnd"/>
            <w:r>
              <w:rPr>
                <w:i/>
                <w:sz w:val="20"/>
              </w:rPr>
              <w:t xml:space="preserve"> </w:t>
            </w:r>
            <w:proofErr w:type="spellStart"/>
            <w:r>
              <w:rPr>
                <w:i/>
                <w:sz w:val="20"/>
              </w:rPr>
              <w:t>Warung</w:t>
            </w:r>
            <w:proofErr w:type="spellEnd"/>
            <w:r>
              <w:rPr>
                <w:i/>
                <w:sz w:val="20"/>
              </w:rPr>
              <w:t xml:space="preserve"> application, and infrastructure investment in the Sei </w:t>
            </w:r>
            <w:proofErr w:type="spellStart"/>
            <w:r>
              <w:rPr>
                <w:i/>
                <w:sz w:val="20"/>
              </w:rPr>
              <w:t>Mangkei</w:t>
            </w:r>
            <w:proofErr w:type="spellEnd"/>
            <w:r>
              <w:rPr>
                <w:i/>
                <w:sz w:val="20"/>
              </w:rPr>
              <w:t xml:space="preserve"> Special Economic Zone. These programs have proven to expand MSMEs' access to capital, markets, and managerial capacity, while strengthening Unilever's position as a partner in inclusive economic development in Indonesia.</w:t>
            </w:r>
          </w:p>
          <w:p w14:paraId="560BE9B5" w14:textId="77777777" w:rsidR="00D77EA0" w:rsidRDefault="00000000" w:rsidP="00F01415">
            <w:pPr>
              <w:spacing w:after="0" w:line="240" w:lineRule="auto"/>
            </w:pPr>
            <w:r>
              <w:rPr>
                <w:b/>
                <w:i/>
                <w:sz w:val="20"/>
              </w:rPr>
              <w:lastRenderedPageBreak/>
              <w:t xml:space="preserve">Key word: </w:t>
            </w:r>
            <w:r>
              <w:rPr>
                <w:i/>
                <w:sz w:val="20"/>
              </w:rPr>
              <w:t>Unilever, MSMEs, Community Development, Corporate Social Responsibility</w:t>
            </w:r>
          </w:p>
        </w:tc>
      </w:tr>
    </w:tbl>
    <w:p w14:paraId="1A820D6F" w14:textId="77777777" w:rsidR="00D77EA0" w:rsidRDefault="00D77EA0" w:rsidP="00F01415">
      <w:pPr>
        <w:spacing w:after="0" w:line="240" w:lineRule="auto"/>
      </w:pPr>
    </w:p>
    <w:p w14:paraId="68D49971" w14:textId="77777777" w:rsidR="00F01415" w:rsidRDefault="00F01415" w:rsidP="00F01415">
      <w:pPr>
        <w:spacing w:after="0" w:line="240" w:lineRule="auto"/>
        <w:rPr>
          <w:b/>
        </w:rPr>
        <w:sectPr w:rsidR="00F01415" w:rsidSect="00BC49E2">
          <w:headerReference w:type="default" r:id="rId8"/>
          <w:footerReference w:type="even" r:id="rId9"/>
          <w:footerReference w:type="default" r:id="rId10"/>
          <w:pgSz w:w="11900" w:h="16840"/>
          <w:pgMar w:top="1134" w:right="1134" w:bottom="1134" w:left="1134" w:header="720" w:footer="720" w:gutter="0"/>
          <w:pgNumType w:start="141"/>
          <w:cols w:space="720"/>
          <w:docGrid w:linePitch="360"/>
        </w:sectPr>
      </w:pPr>
    </w:p>
    <w:p w14:paraId="0A4A2176" w14:textId="77777777" w:rsidR="00D77EA0" w:rsidRDefault="00000000" w:rsidP="00F01415">
      <w:pPr>
        <w:spacing w:after="0" w:line="240" w:lineRule="auto"/>
      </w:pPr>
      <w:r>
        <w:rPr>
          <w:b/>
        </w:rPr>
        <w:t>PENDAHULUAN</w:t>
      </w:r>
    </w:p>
    <w:p w14:paraId="58F25FF1" w14:textId="77777777" w:rsidR="00D77EA0" w:rsidRDefault="00000000" w:rsidP="00F01415">
      <w:pPr>
        <w:spacing w:after="0" w:line="240" w:lineRule="auto"/>
        <w:jc w:val="both"/>
      </w:pPr>
      <w:proofErr w:type="spellStart"/>
      <w:r>
        <w:t>Kehadiran</w:t>
      </w:r>
      <w:proofErr w:type="spellEnd"/>
      <w:r>
        <w:t xml:space="preserve"> </w:t>
      </w:r>
      <w:proofErr w:type="spellStart"/>
      <w:r>
        <w:t>korporasi</w:t>
      </w:r>
      <w:proofErr w:type="spellEnd"/>
      <w:r>
        <w:t xml:space="preserve"> di </w:t>
      </w:r>
      <w:proofErr w:type="spellStart"/>
      <w:r>
        <w:t>tengah</w:t>
      </w:r>
      <w:proofErr w:type="spellEnd"/>
      <w:r>
        <w:t xml:space="preserve"> </w:t>
      </w:r>
      <w:proofErr w:type="spellStart"/>
      <w:r>
        <w:t>masyarakat</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dilepaskan</w:t>
      </w:r>
      <w:proofErr w:type="spellEnd"/>
      <w:r>
        <w:t xml:space="preserve"> </w:t>
      </w:r>
      <w:proofErr w:type="spellStart"/>
      <w:r>
        <w:t>dari</w:t>
      </w:r>
      <w:proofErr w:type="spellEnd"/>
      <w:r>
        <w:t xml:space="preserve"> </w:t>
      </w:r>
      <w:proofErr w:type="spellStart"/>
      <w:r>
        <w:t>tanggung</w:t>
      </w:r>
      <w:proofErr w:type="spellEnd"/>
      <w:r>
        <w:t xml:space="preserve"> </w:t>
      </w:r>
      <w:proofErr w:type="spellStart"/>
      <w:r>
        <w:t>jawabnya</w:t>
      </w:r>
      <w:proofErr w:type="spellEnd"/>
      <w:r>
        <w:t xml:space="preserve"> </w:t>
      </w:r>
      <w:proofErr w:type="spellStart"/>
      <w:r>
        <w:t>terhadap</w:t>
      </w:r>
      <w:proofErr w:type="spellEnd"/>
      <w:r>
        <w:t xml:space="preserve"> </w:t>
      </w:r>
      <w:proofErr w:type="spellStart"/>
      <w:r>
        <w:t>lingkungan</w:t>
      </w:r>
      <w:proofErr w:type="spellEnd"/>
      <w:r>
        <w:t xml:space="preserve"> </w:t>
      </w:r>
      <w:proofErr w:type="spellStart"/>
      <w:r>
        <w:t>sosial</w:t>
      </w:r>
      <w:proofErr w:type="spellEnd"/>
      <w:r>
        <w:t xml:space="preserve"> di </w:t>
      </w:r>
      <w:proofErr w:type="spellStart"/>
      <w:r>
        <w:t>sekitarnya</w:t>
      </w:r>
      <w:proofErr w:type="spellEnd"/>
      <w:r>
        <w:t xml:space="preserve">. </w:t>
      </w:r>
      <w:proofErr w:type="spellStart"/>
      <w:r>
        <w:t>Sebagai</w:t>
      </w:r>
      <w:proofErr w:type="spellEnd"/>
      <w:r>
        <w:t xml:space="preserve"> </w:t>
      </w:r>
      <w:proofErr w:type="spellStart"/>
      <w:r>
        <w:t>pemangku</w:t>
      </w:r>
      <w:proofErr w:type="spellEnd"/>
      <w:r>
        <w:t xml:space="preserve"> </w:t>
      </w:r>
      <w:proofErr w:type="spellStart"/>
      <w:r>
        <w:t>kepentingan</w:t>
      </w:r>
      <w:proofErr w:type="spellEnd"/>
      <w:r>
        <w:t xml:space="preserve"> yang </w:t>
      </w:r>
      <w:proofErr w:type="spellStart"/>
      <w:r>
        <w:t>menerima</w:t>
      </w:r>
      <w:proofErr w:type="spellEnd"/>
      <w:r>
        <w:t xml:space="preserve"> </w:t>
      </w:r>
      <w:proofErr w:type="spellStart"/>
      <w:r>
        <w:t>dampak</w:t>
      </w:r>
      <w:proofErr w:type="spellEnd"/>
      <w:r>
        <w:t xml:space="preserve"> </w:t>
      </w:r>
      <w:proofErr w:type="spellStart"/>
      <w:r>
        <w:t>langsung</w:t>
      </w:r>
      <w:proofErr w:type="spellEnd"/>
      <w:r>
        <w:t xml:space="preserve"> </w:t>
      </w:r>
      <w:proofErr w:type="spellStart"/>
      <w:r>
        <w:t>maupun</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dari</w:t>
      </w:r>
      <w:proofErr w:type="spellEnd"/>
      <w:r>
        <w:t xml:space="preserve"> </w:t>
      </w:r>
      <w:proofErr w:type="spellStart"/>
      <w:r>
        <w:t>operasional</w:t>
      </w:r>
      <w:proofErr w:type="spellEnd"/>
      <w:r>
        <w:t xml:space="preserve"> </w:t>
      </w:r>
      <w:proofErr w:type="spellStart"/>
      <w:r>
        <w:t>bisnis</w:t>
      </w:r>
      <w:proofErr w:type="spellEnd"/>
      <w:r>
        <w:t xml:space="preserve">, </w:t>
      </w:r>
      <w:proofErr w:type="spellStart"/>
      <w:r>
        <w:t>masyarakat</w:t>
      </w:r>
      <w:proofErr w:type="spellEnd"/>
      <w:r>
        <w:t xml:space="preserve"> </w:t>
      </w:r>
      <w:proofErr w:type="spellStart"/>
      <w:r>
        <w:t>lokal</w:t>
      </w:r>
      <w:proofErr w:type="spellEnd"/>
      <w:r>
        <w:t xml:space="preserve"> </w:t>
      </w:r>
      <w:proofErr w:type="spellStart"/>
      <w:r>
        <w:t>berhak</w:t>
      </w:r>
      <w:proofErr w:type="spellEnd"/>
      <w:r>
        <w:t xml:space="preserve"> </w:t>
      </w:r>
      <w:proofErr w:type="spellStart"/>
      <w:r>
        <w:t>memperoleh</w:t>
      </w:r>
      <w:proofErr w:type="spellEnd"/>
      <w:r>
        <w:t xml:space="preserve"> </w:t>
      </w:r>
      <w:proofErr w:type="spellStart"/>
      <w:r>
        <w:t>manfaat</w:t>
      </w:r>
      <w:proofErr w:type="spellEnd"/>
      <w:r>
        <w:t xml:space="preserve"> </w:t>
      </w:r>
      <w:proofErr w:type="spellStart"/>
      <w:r>
        <w:t>nyata</w:t>
      </w:r>
      <w:proofErr w:type="spellEnd"/>
      <w:r>
        <w:t xml:space="preserve"> </w:t>
      </w:r>
      <w:proofErr w:type="spellStart"/>
      <w:r>
        <w:t>dari</w:t>
      </w:r>
      <w:proofErr w:type="spellEnd"/>
      <w:r>
        <w:t xml:space="preserve"> </w:t>
      </w:r>
      <w:proofErr w:type="spellStart"/>
      <w:r>
        <w:t>kehadiran</w:t>
      </w:r>
      <w:proofErr w:type="spellEnd"/>
      <w:r>
        <w:t xml:space="preserve"> </w:t>
      </w:r>
      <w:proofErr w:type="spellStart"/>
      <w:r>
        <w:t>perusahaan</w:t>
      </w:r>
      <w:proofErr w:type="spellEnd"/>
      <w:r>
        <w:t xml:space="preserve"> di </w:t>
      </w:r>
      <w:proofErr w:type="spellStart"/>
      <w:r>
        <w:t>wilayahnya</w:t>
      </w:r>
      <w:proofErr w:type="spellEnd"/>
      <w:r>
        <w:t xml:space="preserve">. </w:t>
      </w:r>
      <w:proofErr w:type="spellStart"/>
      <w:r>
        <w:t>Prinsip</w:t>
      </w:r>
      <w:proofErr w:type="spellEnd"/>
      <w:r>
        <w:t xml:space="preserve"> </w:t>
      </w:r>
      <w:proofErr w:type="spellStart"/>
      <w:r>
        <w:t>ini</w:t>
      </w:r>
      <w:proofErr w:type="spellEnd"/>
      <w:r>
        <w:t xml:space="preserve"> </w:t>
      </w:r>
      <w:proofErr w:type="spellStart"/>
      <w:r>
        <w:t>menjadi</w:t>
      </w:r>
      <w:proofErr w:type="spellEnd"/>
      <w:r>
        <w:t xml:space="preserve"> </w:t>
      </w:r>
      <w:proofErr w:type="spellStart"/>
      <w:r>
        <w:t>semakin</w:t>
      </w:r>
      <w:proofErr w:type="spellEnd"/>
      <w:r>
        <w:t xml:space="preserve"> </w:t>
      </w:r>
      <w:proofErr w:type="spellStart"/>
      <w:r>
        <w:t>relevan</w:t>
      </w:r>
      <w:proofErr w:type="spellEnd"/>
      <w:r>
        <w:t xml:space="preserve"> </w:t>
      </w:r>
      <w:proofErr w:type="spellStart"/>
      <w:r>
        <w:t>ketika</w:t>
      </w:r>
      <w:proofErr w:type="spellEnd"/>
      <w:r>
        <w:t xml:space="preserve"> </w:t>
      </w:r>
      <w:proofErr w:type="spellStart"/>
      <w:r>
        <w:t>perusahaan</w:t>
      </w:r>
      <w:proofErr w:type="spellEnd"/>
      <w:r>
        <w:t xml:space="preserve"> yang </w:t>
      </w:r>
      <w:proofErr w:type="spellStart"/>
      <w:r>
        <w:t>beroperasi</w:t>
      </w:r>
      <w:proofErr w:type="spellEnd"/>
      <w:r>
        <w:t xml:space="preserve"> </w:t>
      </w:r>
      <w:proofErr w:type="spellStart"/>
      <w:r>
        <w:t>berskala</w:t>
      </w:r>
      <w:proofErr w:type="spellEnd"/>
      <w:r>
        <w:t xml:space="preserve"> </w:t>
      </w:r>
      <w:proofErr w:type="spellStart"/>
      <w:r>
        <w:t>multinasional</w:t>
      </w:r>
      <w:proofErr w:type="spellEnd"/>
      <w:r>
        <w:t xml:space="preserve">, </w:t>
      </w:r>
      <w:proofErr w:type="spellStart"/>
      <w:r>
        <w:t>mengingat</w:t>
      </w:r>
      <w:proofErr w:type="spellEnd"/>
      <w:r>
        <w:t xml:space="preserve"> </w:t>
      </w:r>
      <w:proofErr w:type="spellStart"/>
      <w:r>
        <w:t>jangkauan</w:t>
      </w:r>
      <w:proofErr w:type="spellEnd"/>
      <w:r>
        <w:t xml:space="preserve"> dan </w:t>
      </w:r>
      <w:proofErr w:type="spellStart"/>
      <w:r>
        <w:t>sumber</w:t>
      </w:r>
      <w:proofErr w:type="spellEnd"/>
      <w:r>
        <w:t xml:space="preserve"> </w:t>
      </w:r>
      <w:proofErr w:type="spellStart"/>
      <w:r>
        <w:t>daya</w:t>
      </w:r>
      <w:proofErr w:type="spellEnd"/>
      <w:r>
        <w:t xml:space="preserve"> yang </w:t>
      </w:r>
      <w:proofErr w:type="spellStart"/>
      <w:r>
        <w:t>dimilikinya</w:t>
      </w:r>
      <w:proofErr w:type="spellEnd"/>
      <w:r>
        <w:t xml:space="preserve"> </w:t>
      </w:r>
      <w:proofErr w:type="spellStart"/>
      <w:r>
        <w:t>jauh</w:t>
      </w:r>
      <w:proofErr w:type="spellEnd"/>
      <w:r>
        <w:t xml:space="preserve"> </w:t>
      </w:r>
      <w:proofErr w:type="spellStart"/>
      <w:r>
        <w:t>lebih</w:t>
      </w:r>
      <w:proofErr w:type="spellEnd"/>
      <w:r>
        <w:t xml:space="preserve"> </w:t>
      </w:r>
      <w:proofErr w:type="spellStart"/>
      <w:r>
        <w:t>besar</w:t>
      </w:r>
      <w:proofErr w:type="spellEnd"/>
      <w:r>
        <w:t xml:space="preserve"> </w:t>
      </w:r>
      <w:proofErr w:type="spellStart"/>
      <w:r>
        <w:t>dibandingkan</w:t>
      </w:r>
      <w:proofErr w:type="spellEnd"/>
      <w:r>
        <w:t xml:space="preserve"> </w:t>
      </w:r>
      <w:proofErr w:type="spellStart"/>
      <w:r>
        <w:t>pelaku</w:t>
      </w:r>
      <w:proofErr w:type="spellEnd"/>
      <w:r>
        <w:t xml:space="preserve"> </w:t>
      </w:r>
      <w:proofErr w:type="spellStart"/>
      <w:r>
        <w:t>usaha</w:t>
      </w:r>
      <w:proofErr w:type="spellEnd"/>
      <w:r>
        <w:t xml:space="preserve"> </w:t>
      </w:r>
      <w:proofErr w:type="spellStart"/>
      <w:r>
        <w:t>lokal</w:t>
      </w:r>
      <w:proofErr w:type="spellEnd"/>
      <w:r>
        <w:t>.</w:t>
      </w:r>
    </w:p>
    <w:p w14:paraId="6557839B" w14:textId="77777777" w:rsidR="00D77EA0" w:rsidRDefault="00000000" w:rsidP="00F01415">
      <w:pPr>
        <w:spacing w:after="0" w:line="240" w:lineRule="auto"/>
        <w:jc w:val="both"/>
      </w:pPr>
      <w:r>
        <w:t xml:space="preserve">PT Unilever Indonesia </w:t>
      </w:r>
      <w:proofErr w:type="spellStart"/>
      <w:r>
        <w:t>merupakan</w:t>
      </w:r>
      <w:proofErr w:type="spellEnd"/>
      <w:r>
        <w:t xml:space="preserve"> salah </w:t>
      </w:r>
      <w:proofErr w:type="spellStart"/>
      <w:r>
        <w:t>satu</w:t>
      </w:r>
      <w:proofErr w:type="spellEnd"/>
      <w:r>
        <w:t xml:space="preserve"> </w:t>
      </w:r>
      <w:proofErr w:type="spellStart"/>
      <w:r>
        <w:t>contoh</w:t>
      </w:r>
      <w:proofErr w:type="spellEnd"/>
      <w:r>
        <w:t xml:space="preserve"> </w:t>
      </w:r>
      <w:proofErr w:type="spellStart"/>
      <w:r>
        <w:t>nyata</w:t>
      </w:r>
      <w:proofErr w:type="spellEnd"/>
      <w:r>
        <w:t xml:space="preserve"> </w:t>
      </w:r>
      <w:proofErr w:type="spellStart"/>
      <w:r>
        <w:t>korporasi</w:t>
      </w:r>
      <w:proofErr w:type="spellEnd"/>
      <w:r>
        <w:t xml:space="preserve"> </w:t>
      </w:r>
      <w:proofErr w:type="spellStart"/>
      <w:r>
        <w:t>multinasional</w:t>
      </w:r>
      <w:proofErr w:type="spellEnd"/>
      <w:r>
        <w:t xml:space="preserve"> yang </w:t>
      </w:r>
      <w:proofErr w:type="spellStart"/>
      <w:r>
        <w:t>telah</w:t>
      </w:r>
      <w:proofErr w:type="spellEnd"/>
      <w:r>
        <w:t xml:space="preserve"> </w:t>
      </w:r>
      <w:proofErr w:type="spellStart"/>
      <w:r>
        <w:t>beroperasi</w:t>
      </w:r>
      <w:proofErr w:type="spellEnd"/>
      <w:r>
        <w:t xml:space="preserve"> di Indonesia </w:t>
      </w:r>
      <w:proofErr w:type="spellStart"/>
      <w:r>
        <w:t>sejak</w:t>
      </w:r>
      <w:proofErr w:type="spellEnd"/>
      <w:r>
        <w:t xml:space="preserve"> </w:t>
      </w:r>
      <w:proofErr w:type="spellStart"/>
      <w:r>
        <w:t>tahun</w:t>
      </w:r>
      <w:proofErr w:type="spellEnd"/>
      <w:r>
        <w:t xml:space="preserve"> 1933 dan </w:t>
      </w:r>
      <w:proofErr w:type="spellStart"/>
      <w:r>
        <w:t>resmi</w:t>
      </w:r>
      <w:proofErr w:type="spellEnd"/>
      <w:r>
        <w:t xml:space="preserve"> </w:t>
      </w:r>
      <w:proofErr w:type="spellStart"/>
      <w:r>
        <w:t>berbadan</w:t>
      </w:r>
      <w:proofErr w:type="spellEnd"/>
      <w:r>
        <w:t xml:space="preserve"> </w:t>
      </w:r>
      <w:proofErr w:type="spellStart"/>
      <w:r>
        <w:t>hukum</w:t>
      </w:r>
      <w:proofErr w:type="spellEnd"/>
      <w:r>
        <w:t xml:space="preserve"> </w:t>
      </w:r>
      <w:proofErr w:type="spellStart"/>
      <w:r>
        <w:t>lokal</w:t>
      </w:r>
      <w:proofErr w:type="spellEnd"/>
      <w:r>
        <w:t xml:space="preserve"> pada </w:t>
      </w:r>
      <w:proofErr w:type="spellStart"/>
      <w:r>
        <w:t>tahun</w:t>
      </w:r>
      <w:proofErr w:type="spellEnd"/>
      <w:r>
        <w:t xml:space="preserve"> 1980.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Unilever global yang </w:t>
      </w:r>
      <w:proofErr w:type="spellStart"/>
      <w:r>
        <w:t>berpusat</w:t>
      </w:r>
      <w:proofErr w:type="spellEnd"/>
      <w:r>
        <w:t xml:space="preserve"> di Rotterdam dan London, </w:t>
      </w:r>
      <w:proofErr w:type="spellStart"/>
      <w:r>
        <w:t>perusahaan</w:t>
      </w:r>
      <w:proofErr w:type="spellEnd"/>
      <w:r>
        <w:t xml:space="preserve"> </w:t>
      </w:r>
      <w:proofErr w:type="spellStart"/>
      <w:r>
        <w:t>ini</w:t>
      </w:r>
      <w:proofErr w:type="spellEnd"/>
      <w:r>
        <w:t xml:space="preserve"> </w:t>
      </w:r>
      <w:proofErr w:type="spellStart"/>
      <w:r>
        <w:t>bergerak</w:t>
      </w:r>
      <w:proofErr w:type="spellEnd"/>
      <w:r>
        <w:t xml:space="preserve"> </w:t>
      </w:r>
      <w:proofErr w:type="spellStart"/>
      <w:r>
        <w:t>dalam</w:t>
      </w:r>
      <w:proofErr w:type="spellEnd"/>
      <w:r>
        <w:t xml:space="preserve"> </w:t>
      </w:r>
      <w:proofErr w:type="spellStart"/>
      <w:r>
        <w:t>produksi</w:t>
      </w:r>
      <w:proofErr w:type="spellEnd"/>
      <w:r>
        <w:t xml:space="preserve"> </w:t>
      </w:r>
      <w:proofErr w:type="spellStart"/>
      <w:r>
        <w:t>kebutuhan</w:t>
      </w:r>
      <w:proofErr w:type="spellEnd"/>
      <w:r>
        <w:t xml:space="preserve"> </w:t>
      </w:r>
      <w:proofErr w:type="spellStart"/>
      <w:r>
        <w:t>sehari-hari</w:t>
      </w:r>
      <w:proofErr w:type="spellEnd"/>
      <w:r>
        <w:t xml:space="preserve"> </w:t>
      </w:r>
      <w:proofErr w:type="spellStart"/>
      <w:r>
        <w:t>masyarakat</w:t>
      </w:r>
      <w:proofErr w:type="spellEnd"/>
      <w:r>
        <w:t xml:space="preserve">, </w:t>
      </w:r>
      <w:proofErr w:type="spellStart"/>
      <w:r>
        <w:t>mulai</w:t>
      </w:r>
      <w:proofErr w:type="spellEnd"/>
      <w:r>
        <w:t xml:space="preserve"> </w:t>
      </w:r>
      <w:proofErr w:type="spellStart"/>
      <w:r>
        <w:t>dari</w:t>
      </w:r>
      <w:proofErr w:type="spellEnd"/>
      <w:r>
        <w:t xml:space="preserve"> </w:t>
      </w:r>
      <w:proofErr w:type="spellStart"/>
      <w:r>
        <w:t>produk</w:t>
      </w:r>
      <w:proofErr w:type="spellEnd"/>
      <w:r>
        <w:t xml:space="preserve"> </w:t>
      </w:r>
      <w:proofErr w:type="spellStart"/>
      <w:r>
        <w:t>perawatan</w:t>
      </w:r>
      <w:proofErr w:type="spellEnd"/>
      <w:r>
        <w:t xml:space="preserve"> </w:t>
      </w:r>
      <w:proofErr w:type="spellStart"/>
      <w:r>
        <w:t>diri</w:t>
      </w:r>
      <w:proofErr w:type="spellEnd"/>
      <w:r>
        <w:t xml:space="preserve"> </w:t>
      </w:r>
      <w:proofErr w:type="spellStart"/>
      <w:r>
        <w:t>hingga</w:t>
      </w:r>
      <w:proofErr w:type="spellEnd"/>
      <w:r>
        <w:t xml:space="preserve"> </w:t>
      </w:r>
      <w:proofErr w:type="spellStart"/>
      <w:r>
        <w:t>makanan</w:t>
      </w:r>
      <w:proofErr w:type="spellEnd"/>
      <w:r>
        <w:t xml:space="preserve"> dan </w:t>
      </w:r>
      <w:proofErr w:type="spellStart"/>
      <w:r>
        <w:t>minuman</w:t>
      </w:r>
      <w:proofErr w:type="spellEnd"/>
      <w:r>
        <w:t xml:space="preserve">. </w:t>
      </w:r>
      <w:proofErr w:type="spellStart"/>
      <w:r>
        <w:t>Sejak</w:t>
      </w:r>
      <w:proofErr w:type="spellEnd"/>
      <w:r>
        <w:t xml:space="preserve"> </w:t>
      </w:r>
      <w:proofErr w:type="spellStart"/>
      <w:r>
        <w:t>tahun</w:t>
      </w:r>
      <w:proofErr w:type="spellEnd"/>
      <w:r>
        <w:t xml:space="preserve"> 2010, </w:t>
      </w:r>
      <w:proofErr w:type="spellStart"/>
      <w:r>
        <w:t>komitmen</w:t>
      </w:r>
      <w:proofErr w:type="spellEnd"/>
      <w:r>
        <w:t xml:space="preserve"> </w:t>
      </w:r>
      <w:proofErr w:type="spellStart"/>
      <w:r>
        <w:t>keberlanjutan</w:t>
      </w:r>
      <w:proofErr w:type="spellEnd"/>
      <w:r>
        <w:t xml:space="preserve"> </w:t>
      </w:r>
      <w:proofErr w:type="spellStart"/>
      <w:r>
        <w:t>perusahaan</w:t>
      </w:r>
      <w:proofErr w:type="spellEnd"/>
      <w:r>
        <w:t xml:space="preserve"> </w:t>
      </w:r>
      <w:proofErr w:type="spellStart"/>
      <w:r>
        <w:t>dituangkan</w:t>
      </w:r>
      <w:proofErr w:type="spellEnd"/>
      <w:r>
        <w:t xml:space="preserve"> </w:t>
      </w:r>
      <w:proofErr w:type="spellStart"/>
      <w:r>
        <w:t>dalam</w:t>
      </w:r>
      <w:proofErr w:type="spellEnd"/>
      <w:r>
        <w:t xml:space="preserve"> Unilever Sustainable Living Plan (USLP), yang </w:t>
      </w:r>
      <w:proofErr w:type="spellStart"/>
      <w:r>
        <w:t>kemudian</w:t>
      </w:r>
      <w:proofErr w:type="spellEnd"/>
      <w:r>
        <w:t xml:space="preserve"> </w:t>
      </w:r>
      <w:proofErr w:type="spellStart"/>
      <w:r>
        <w:t>diperbarui</w:t>
      </w:r>
      <w:proofErr w:type="spellEnd"/>
      <w:r>
        <w:t xml:space="preserve"> </w:t>
      </w:r>
      <w:proofErr w:type="spellStart"/>
      <w:r>
        <w:t>melalui</w:t>
      </w:r>
      <w:proofErr w:type="spellEnd"/>
      <w:r>
        <w:t xml:space="preserve"> strategi The Unilever Compass </w:t>
      </w:r>
      <w:proofErr w:type="spellStart"/>
      <w:r>
        <w:t>dengan</w:t>
      </w:r>
      <w:proofErr w:type="spellEnd"/>
      <w:r>
        <w:t xml:space="preserve"> dua </w:t>
      </w:r>
      <w:proofErr w:type="spellStart"/>
      <w:r>
        <w:t>orientasi</w:t>
      </w:r>
      <w:proofErr w:type="spellEnd"/>
      <w:r>
        <w:t xml:space="preserve"> </w:t>
      </w:r>
      <w:proofErr w:type="spellStart"/>
      <w:r>
        <w:t>utama</w:t>
      </w:r>
      <w:proofErr w:type="spellEnd"/>
      <w:r>
        <w:t>: purpose-led (</w:t>
      </w:r>
      <w:proofErr w:type="spellStart"/>
      <w:r>
        <w:t>bertujuan</w:t>
      </w:r>
      <w:proofErr w:type="spellEnd"/>
      <w:r>
        <w:t xml:space="preserve"> </w:t>
      </w:r>
      <w:proofErr w:type="spellStart"/>
      <w:r>
        <w:t>mulia</w:t>
      </w:r>
      <w:proofErr w:type="spellEnd"/>
      <w:r>
        <w:t>) dan future-fit (</w:t>
      </w:r>
      <w:proofErr w:type="spellStart"/>
      <w:r>
        <w:t>relevan</w:t>
      </w:r>
      <w:proofErr w:type="spellEnd"/>
      <w:r>
        <w:t xml:space="preserve"> </w:t>
      </w:r>
      <w:proofErr w:type="spellStart"/>
      <w:r>
        <w:t>serta</w:t>
      </w:r>
      <w:proofErr w:type="spellEnd"/>
      <w:r>
        <w:t xml:space="preserve"> </w:t>
      </w:r>
      <w:proofErr w:type="spellStart"/>
      <w:r>
        <w:t>berdaya</w:t>
      </w:r>
      <w:proofErr w:type="spellEnd"/>
      <w:r>
        <w:t xml:space="preserve"> </w:t>
      </w:r>
      <w:proofErr w:type="spellStart"/>
      <w:r>
        <w:t>saing</w:t>
      </w:r>
      <w:proofErr w:type="spellEnd"/>
      <w:r>
        <w:t xml:space="preserve"> di masa </w:t>
      </w:r>
      <w:proofErr w:type="spellStart"/>
      <w:r>
        <w:t>depan</w:t>
      </w:r>
      <w:proofErr w:type="spellEnd"/>
      <w:r>
        <w:t>).</w:t>
      </w:r>
    </w:p>
    <w:p w14:paraId="6960B017" w14:textId="77777777" w:rsidR="00D77EA0" w:rsidRDefault="00000000" w:rsidP="00F01415">
      <w:pPr>
        <w:spacing w:after="0" w:line="240" w:lineRule="auto"/>
        <w:jc w:val="both"/>
      </w:pPr>
      <w:proofErr w:type="spellStart"/>
      <w:r>
        <w:t>Komitmen</w:t>
      </w:r>
      <w:proofErr w:type="spellEnd"/>
      <w:r>
        <w:t xml:space="preserve"> </w:t>
      </w:r>
      <w:proofErr w:type="spellStart"/>
      <w:r>
        <w:t>tersebut</w:t>
      </w:r>
      <w:proofErr w:type="spellEnd"/>
      <w:r>
        <w:t xml:space="preserve"> </w:t>
      </w:r>
      <w:proofErr w:type="spellStart"/>
      <w:r>
        <w:t>diwujudkan</w:t>
      </w:r>
      <w:proofErr w:type="spellEnd"/>
      <w:r>
        <w:t xml:space="preserve"> Unilever Indonesia </w:t>
      </w:r>
      <w:proofErr w:type="spellStart"/>
      <w:r>
        <w:t>melalui</w:t>
      </w:r>
      <w:proofErr w:type="spellEnd"/>
      <w:r>
        <w:t xml:space="preserve"> </w:t>
      </w:r>
      <w:proofErr w:type="spellStart"/>
      <w:r>
        <w:t>berbagai</w:t>
      </w:r>
      <w:proofErr w:type="spellEnd"/>
      <w:r>
        <w:t xml:space="preserve"> program Corporate Social Responsibility (CSR) yang </w:t>
      </w:r>
      <w:proofErr w:type="spellStart"/>
      <w:r>
        <w:t>menyasar</w:t>
      </w:r>
      <w:proofErr w:type="spellEnd"/>
      <w:r>
        <w:t xml:space="preserve"> </w:t>
      </w:r>
      <w:proofErr w:type="spellStart"/>
      <w:r>
        <w:t>aspek</w:t>
      </w:r>
      <w:proofErr w:type="spellEnd"/>
      <w:r>
        <w:t xml:space="preserve"> </w:t>
      </w:r>
      <w:proofErr w:type="spellStart"/>
      <w:r>
        <w:t>ekonomi</w:t>
      </w:r>
      <w:proofErr w:type="spellEnd"/>
      <w:r>
        <w:t xml:space="preserve">, </w:t>
      </w:r>
      <w:proofErr w:type="spellStart"/>
      <w:r>
        <w:t>sosial</w:t>
      </w:r>
      <w:proofErr w:type="spellEnd"/>
      <w:r>
        <w:t xml:space="preserve">, </w:t>
      </w:r>
      <w:proofErr w:type="spellStart"/>
      <w:r>
        <w:t>maupun</w:t>
      </w:r>
      <w:proofErr w:type="spellEnd"/>
      <w:r>
        <w:t xml:space="preserve"> </w:t>
      </w:r>
      <w:proofErr w:type="spellStart"/>
      <w:r>
        <w:t>lingkungan</w:t>
      </w:r>
      <w:proofErr w:type="spellEnd"/>
      <w:r>
        <w:t xml:space="preserve">. Michael, </w:t>
      </w:r>
      <w:proofErr w:type="spellStart"/>
      <w:r>
        <w:t>Raharjo</w:t>
      </w:r>
      <w:proofErr w:type="spellEnd"/>
      <w:r>
        <w:t xml:space="preserve">, dan </w:t>
      </w:r>
      <w:proofErr w:type="spellStart"/>
      <w:r>
        <w:t>Resnawaty</w:t>
      </w:r>
      <w:proofErr w:type="spellEnd"/>
      <w:r>
        <w:t xml:space="preserve"> (2019) </w:t>
      </w:r>
      <w:proofErr w:type="spellStart"/>
      <w:r>
        <w:t>menganalisis</w:t>
      </w:r>
      <w:proofErr w:type="spellEnd"/>
      <w:r>
        <w:t xml:space="preserve"> program CSR Unilever Indonesia </w:t>
      </w:r>
      <w:proofErr w:type="spellStart"/>
      <w:r>
        <w:t>melalui</w:t>
      </w:r>
      <w:proofErr w:type="spellEnd"/>
      <w:r>
        <w:t xml:space="preserve"> </w:t>
      </w:r>
      <w:proofErr w:type="spellStart"/>
      <w:r>
        <w:t>kerangka</w:t>
      </w:r>
      <w:proofErr w:type="spellEnd"/>
      <w:r>
        <w:t xml:space="preserve"> Triple Bottom Line (TBL) yang </w:t>
      </w:r>
      <w:proofErr w:type="spellStart"/>
      <w:r>
        <w:t>dipopulerkan</w:t>
      </w:r>
      <w:proofErr w:type="spellEnd"/>
      <w:r>
        <w:t xml:space="preserve"> Elkington (1997), </w:t>
      </w:r>
      <w:proofErr w:type="spellStart"/>
      <w:r>
        <w:t>yaitu</w:t>
      </w:r>
      <w:proofErr w:type="spellEnd"/>
      <w:r>
        <w:t xml:space="preserve"> </w:t>
      </w:r>
      <w:proofErr w:type="spellStart"/>
      <w:r>
        <w:t>keseimbangan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perusahaan</w:t>
      </w:r>
      <w:proofErr w:type="spellEnd"/>
      <w:r>
        <w:t xml:space="preserve"> pada </w:t>
      </w:r>
      <w:proofErr w:type="spellStart"/>
      <w:r>
        <w:t>tiga</w:t>
      </w:r>
      <w:proofErr w:type="spellEnd"/>
      <w:r>
        <w:t xml:space="preserve"> </w:t>
      </w:r>
      <w:proofErr w:type="spellStart"/>
      <w:r>
        <w:t>dimensi</w:t>
      </w:r>
      <w:proofErr w:type="spellEnd"/>
      <w:r>
        <w:t>: profit (</w:t>
      </w:r>
      <w:proofErr w:type="spellStart"/>
      <w:r>
        <w:t>keuntungan</w:t>
      </w:r>
      <w:proofErr w:type="spellEnd"/>
      <w:r>
        <w:t xml:space="preserve"> </w:t>
      </w:r>
      <w:proofErr w:type="spellStart"/>
      <w:r>
        <w:t>ekonomi</w:t>
      </w:r>
      <w:proofErr w:type="spellEnd"/>
      <w:r>
        <w:t>), people (</w:t>
      </w:r>
      <w:proofErr w:type="spellStart"/>
      <w:r>
        <w:t>tanggung</w:t>
      </w:r>
      <w:proofErr w:type="spellEnd"/>
      <w:r>
        <w:t xml:space="preserve"> </w:t>
      </w:r>
      <w:proofErr w:type="spellStart"/>
      <w:r>
        <w:t>jawab</w:t>
      </w:r>
      <w:proofErr w:type="spellEnd"/>
      <w:r>
        <w:t xml:space="preserve"> </w:t>
      </w:r>
      <w:proofErr w:type="spellStart"/>
      <w:r>
        <w:t>sosial</w:t>
      </w:r>
      <w:proofErr w:type="spellEnd"/>
      <w:r>
        <w:t>), dan planet (</w:t>
      </w:r>
      <w:proofErr w:type="spellStart"/>
      <w:r>
        <w:t>tanggung</w:t>
      </w:r>
      <w:proofErr w:type="spellEnd"/>
      <w:r>
        <w:t xml:space="preserve"> </w:t>
      </w:r>
      <w:proofErr w:type="spellStart"/>
      <w:r>
        <w:t>jawab</w:t>
      </w:r>
      <w:proofErr w:type="spellEnd"/>
      <w:r>
        <w:t xml:space="preserve"> </w:t>
      </w:r>
      <w:proofErr w:type="spellStart"/>
      <w:r>
        <w:t>lingkungan</w:t>
      </w:r>
      <w:proofErr w:type="spellEnd"/>
      <w:r>
        <w:t xml:space="preserve">). </w:t>
      </w:r>
      <w:proofErr w:type="spellStart"/>
      <w:r>
        <w:t>Ketiga</w:t>
      </w:r>
      <w:proofErr w:type="spellEnd"/>
      <w:r>
        <w:t xml:space="preserve"> </w:t>
      </w:r>
      <w:proofErr w:type="spellStart"/>
      <w:r>
        <w:t>dimensi</w:t>
      </w:r>
      <w:proofErr w:type="spellEnd"/>
      <w:r>
        <w:t xml:space="preserve"> </w:t>
      </w:r>
      <w:proofErr w:type="spellStart"/>
      <w:r>
        <w:t>ini</w:t>
      </w:r>
      <w:proofErr w:type="spellEnd"/>
      <w:r>
        <w:t xml:space="preserve"> </w:t>
      </w:r>
      <w:proofErr w:type="spellStart"/>
      <w:r>
        <w:t>tercermin</w:t>
      </w:r>
      <w:proofErr w:type="spellEnd"/>
      <w:r>
        <w:t xml:space="preserve"> </w:t>
      </w:r>
      <w:proofErr w:type="spellStart"/>
      <w:r>
        <w:t>dalam</w:t>
      </w:r>
      <w:proofErr w:type="spellEnd"/>
      <w:r>
        <w:t xml:space="preserve"> </w:t>
      </w:r>
      <w:proofErr w:type="spellStart"/>
      <w:r>
        <w:t>tiga</w:t>
      </w:r>
      <w:proofErr w:type="spellEnd"/>
      <w:r>
        <w:t xml:space="preserve"> pilar program CSR Unilever Indonesia </w:t>
      </w:r>
      <w:proofErr w:type="spellStart"/>
      <w:r>
        <w:t>melalui</w:t>
      </w:r>
      <w:proofErr w:type="spellEnd"/>
      <w:r>
        <w:t xml:space="preserve"> Yayasan Unilever Indonesia, </w:t>
      </w:r>
      <w:proofErr w:type="spellStart"/>
      <w:r>
        <w:t>yaitu</w:t>
      </w:r>
      <w:proofErr w:type="spellEnd"/>
      <w:r>
        <w:t xml:space="preserve"> Pilar </w:t>
      </w:r>
      <w:proofErr w:type="spellStart"/>
      <w:r>
        <w:t>Peningkatan</w:t>
      </w:r>
      <w:proofErr w:type="spellEnd"/>
      <w:r>
        <w:t xml:space="preserve"> </w:t>
      </w:r>
      <w:proofErr w:type="spellStart"/>
      <w:r>
        <w:t>Taraf</w:t>
      </w:r>
      <w:proofErr w:type="spellEnd"/>
      <w:r>
        <w:t xml:space="preserve"> </w:t>
      </w:r>
      <w:proofErr w:type="spellStart"/>
      <w:r>
        <w:t>Hidup</w:t>
      </w:r>
      <w:proofErr w:type="spellEnd"/>
      <w:r>
        <w:t xml:space="preserve">, Pilar </w:t>
      </w:r>
      <w:proofErr w:type="spellStart"/>
      <w:r>
        <w:t>Lingkungan</w:t>
      </w:r>
      <w:proofErr w:type="spellEnd"/>
      <w:r>
        <w:t xml:space="preserve">, </w:t>
      </w:r>
      <w:proofErr w:type="spellStart"/>
      <w:r>
        <w:t>serta</w:t>
      </w:r>
      <w:proofErr w:type="spellEnd"/>
      <w:r>
        <w:t xml:space="preserve"> Pilar </w:t>
      </w:r>
      <w:r>
        <w:t xml:space="preserve">Kesehatan, </w:t>
      </w:r>
      <w:proofErr w:type="spellStart"/>
      <w:r>
        <w:t>Kesejahteraan</w:t>
      </w:r>
      <w:proofErr w:type="spellEnd"/>
      <w:r>
        <w:t xml:space="preserve">, dan </w:t>
      </w:r>
      <w:proofErr w:type="spellStart"/>
      <w:r>
        <w:t>Nutrisi</w:t>
      </w:r>
      <w:proofErr w:type="spellEnd"/>
      <w:r>
        <w:t xml:space="preserve"> -- yang </w:t>
      </w:r>
      <w:proofErr w:type="spellStart"/>
      <w:r>
        <w:t>secara</w:t>
      </w:r>
      <w:proofErr w:type="spellEnd"/>
      <w:r>
        <w:t xml:space="preserve"> </w:t>
      </w:r>
      <w:proofErr w:type="spellStart"/>
      <w:r>
        <w:t>konsisten</w:t>
      </w:r>
      <w:proofErr w:type="spellEnd"/>
      <w:r>
        <w:t xml:space="preserve"> </w:t>
      </w:r>
      <w:proofErr w:type="spellStart"/>
      <w:r>
        <w:t>diarahkan</w:t>
      </w:r>
      <w:proofErr w:type="spellEnd"/>
      <w:r>
        <w:t xml:space="preserve"> pada </w:t>
      </w:r>
      <w:proofErr w:type="spellStart"/>
      <w:r>
        <w:t>penguatan</w:t>
      </w:r>
      <w:proofErr w:type="spellEnd"/>
      <w:r>
        <w:t xml:space="preserve"> </w:t>
      </w:r>
      <w:proofErr w:type="spellStart"/>
      <w:r>
        <w:t>potensi</w:t>
      </w:r>
      <w:proofErr w:type="spellEnd"/>
      <w:r>
        <w:t xml:space="preserve"> </w:t>
      </w:r>
      <w:proofErr w:type="spellStart"/>
      <w:r>
        <w:t>ekonomi</w:t>
      </w:r>
      <w:proofErr w:type="spellEnd"/>
      <w:r>
        <w:t xml:space="preserve"> </w:t>
      </w:r>
      <w:proofErr w:type="spellStart"/>
      <w:r>
        <w:t>masyarakat</w:t>
      </w:r>
      <w:proofErr w:type="spellEnd"/>
      <w:r>
        <w:t xml:space="preserve">, </w:t>
      </w:r>
      <w:proofErr w:type="spellStart"/>
      <w:r>
        <w:t>termasuk</w:t>
      </w:r>
      <w:proofErr w:type="spellEnd"/>
      <w:r>
        <w:t xml:space="preserve"> </w:t>
      </w:r>
      <w:proofErr w:type="spellStart"/>
      <w:r>
        <w:t>pelaku</w:t>
      </w:r>
      <w:proofErr w:type="spellEnd"/>
      <w:r>
        <w:t xml:space="preserve"> </w:t>
      </w:r>
      <w:proofErr w:type="spellStart"/>
      <w:r>
        <w:t>usaha</w:t>
      </w:r>
      <w:proofErr w:type="spellEnd"/>
      <w:r>
        <w:t xml:space="preserve"> </w:t>
      </w:r>
      <w:proofErr w:type="spellStart"/>
      <w:r>
        <w:t>kecil</w:t>
      </w:r>
      <w:proofErr w:type="spellEnd"/>
      <w:r>
        <w:t>.</w:t>
      </w:r>
    </w:p>
    <w:p w14:paraId="3D5059F1" w14:textId="77777777" w:rsidR="00D77EA0" w:rsidRDefault="00000000" w:rsidP="00F01415">
      <w:pPr>
        <w:spacing w:after="0" w:line="240" w:lineRule="auto"/>
        <w:jc w:val="both"/>
      </w:pPr>
      <w:r>
        <w:t xml:space="preserve">Salah </w:t>
      </w:r>
      <w:proofErr w:type="spellStart"/>
      <w:r>
        <w:t>satu</w:t>
      </w:r>
      <w:proofErr w:type="spellEnd"/>
      <w:r>
        <w:t xml:space="preserve"> momentum </w:t>
      </w:r>
      <w:proofErr w:type="spellStart"/>
      <w:r>
        <w:t>penting</w:t>
      </w:r>
      <w:proofErr w:type="spellEnd"/>
      <w:r>
        <w:t xml:space="preserve"> yang </w:t>
      </w:r>
      <w:proofErr w:type="spellStart"/>
      <w:r>
        <w:t>mempertegas</w:t>
      </w:r>
      <w:proofErr w:type="spellEnd"/>
      <w:r>
        <w:t xml:space="preserve"> </w:t>
      </w:r>
      <w:proofErr w:type="spellStart"/>
      <w:r>
        <w:t>orientasi</w:t>
      </w:r>
      <w:proofErr w:type="spellEnd"/>
      <w:r>
        <w:t xml:space="preserve"> CSR Unilever Indonesia pada </w:t>
      </w:r>
      <w:proofErr w:type="spellStart"/>
      <w:r>
        <w:t>pemberdayaan</w:t>
      </w:r>
      <w:proofErr w:type="spellEnd"/>
      <w:r>
        <w:t xml:space="preserve"> </w:t>
      </w:r>
      <w:proofErr w:type="spellStart"/>
      <w:r>
        <w:t>ekonomi</w:t>
      </w:r>
      <w:proofErr w:type="spellEnd"/>
      <w:r>
        <w:t xml:space="preserve"> </w:t>
      </w:r>
      <w:proofErr w:type="spellStart"/>
      <w:r>
        <w:t>lokal</w:t>
      </w:r>
      <w:proofErr w:type="spellEnd"/>
      <w:r>
        <w:t xml:space="preserve"> </w:t>
      </w:r>
      <w:proofErr w:type="spellStart"/>
      <w:r>
        <w:t>adalah</w:t>
      </w:r>
      <w:proofErr w:type="spellEnd"/>
      <w:r>
        <w:t xml:space="preserve"> </w:t>
      </w:r>
      <w:proofErr w:type="spellStart"/>
      <w:r>
        <w:t>pandemi</w:t>
      </w:r>
      <w:proofErr w:type="spellEnd"/>
      <w:r>
        <w:t xml:space="preserve"> Covid-19 pada </w:t>
      </w:r>
      <w:proofErr w:type="spellStart"/>
      <w:r>
        <w:t>tahun</w:t>
      </w:r>
      <w:proofErr w:type="spellEnd"/>
      <w:r>
        <w:t xml:space="preserve"> 2020. </w:t>
      </w:r>
      <w:proofErr w:type="spellStart"/>
      <w:r>
        <w:t>Krisis</w:t>
      </w:r>
      <w:proofErr w:type="spellEnd"/>
      <w:r>
        <w:t xml:space="preserve"> </w:t>
      </w:r>
      <w:proofErr w:type="spellStart"/>
      <w:r>
        <w:t>kesehatan</w:t>
      </w:r>
      <w:proofErr w:type="spellEnd"/>
      <w:r>
        <w:t xml:space="preserve"> </w:t>
      </w:r>
      <w:proofErr w:type="spellStart"/>
      <w:r>
        <w:t>tersebut</w:t>
      </w:r>
      <w:proofErr w:type="spellEnd"/>
      <w:r>
        <w:t xml:space="preserve"> </w:t>
      </w:r>
      <w:proofErr w:type="spellStart"/>
      <w:r>
        <w:t>memicu</w:t>
      </w:r>
      <w:proofErr w:type="spellEnd"/>
      <w:r>
        <w:t xml:space="preserve"> </w:t>
      </w:r>
      <w:proofErr w:type="spellStart"/>
      <w:r>
        <w:t>gelombang</w:t>
      </w:r>
      <w:proofErr w:type="spellEnd"/>
      <w:r>
        <w:t xml:space="preserve"> </w:t>
      </w:r>
      <w:proofErr w:type="spellStart"/>
      <w:r>
        <w:t>pemutusan</w:t>
      </w:r>
      <w:proofErr w:type="spellEnd"/>
      <w:r>
        <w:t xml:space="preserve"> </w:t>
      </w:r>
      <w:proofErr w:type="spellStart"/>
      <w:r>
        <w:t>hubungan</w:t>
      </w:r>
      <w:proofErr w:type="spellEnd"/>
      <w:r>
        <w:t xml:space="preserve"> </w:t>
      </w:r>
      <w:proofErr w:type="spellStart"/>
      <w:r>
        <w:t>kerja</w:t>
      </w:r>
      <w:proofErr w:type="spellEnd"/>
      <w:r>
        <w:t xml:space="preserve">, </w:t>
      </w:r>
      <w:proofErr w:type="spellStart"/>
      <w:r>
        <w:t>penurunan</w:t>
      </w:r>
      <w:proofErr w:type="spellEnd"/>
      <w:r>
        <w:t xml:space="preserve"> </w:t>
      </w:r>
      <w:proofErr w:type="spellStart"/>
      <w:r>
        <w:t>penghasilan</w:t>
      </w:r>
      <w:proofErr w:type="spellEnd"/>
      <w:r>
        <w:t xml:space="preserve">, </w:t>
      </w:r>
      <w:proofErr w:type="spellStart"/>
      <w:r>
        <w:t>serta</w:t>
      </w:r>
      <w:proofErr w:type="spellEnd"/>
      <w:r>
        <w:t xml:space="preserve"> </w:t>
      </w:r>
      <w:proofErr w:type="spellStart"/>
      <w:r>
        <w:t>terganggunya</w:t>
      </w:r>
      <w:proofErr w:type="spellEnd"/>
      <w:r>
        <w:t xml:space="preserve"> </w:t>
      </w:r>
      <w:proofErr w:type="spellStart"/>
      <w:r>
        <w:t>aktivitas</w:t>
      </w:r>
      <w:proofErr w:type="spellEnd"/>
      <w:r>
        <w:t xml:space="preserve"> pasar </w:t>
      </w:r>
      <w:proofErr w:type="spellStart"/>
      <w:r>
        <w:t>sebagai</w:t>
      </w:r>
      <w:proofErr w:type="spellEnd"/>
      <w:r>
        <w:t xml:space="preserve"> </w:t>
      </w:r>
      <w:proofErr w:type="spellStart"/>
      <w:r>
        <w:t>ruang</w:t>
      </w:r>
      <w:proofErr w:type="spellEnd"/>
      <w:r>
        <w:t xml:space="preserve"> </w:t>
      </w:r>
      <w:proofErr w:type="spellStart"/>
      <w:r>
        <w:t>ekonomi</w:t>
      </w:r>
      <w:proofErr w:type="spellEnd"/>
      <w:r>
        <w:t xml:space="preserve"> </w:t>
      </w:r>
      <w:proofErr w:type="spellStart"/>
      <w:r>
        <w:t>utama</w:t>
      </w:r>
      <w:proofErr w:type="spellEnd"/>
      <w:r>
        <w:t xml:space="preserve"> </w:t>
      </w:r>
      <w:proofErr w:type="spellStart"/>
      <w:r>
        <w:t>masyarakat</w:t>
      </w:r>
      <w:proofErr w:type="spellEnd"/>
      <w:r>
        <w:t xml:space="preserve">. Usaha </w:t>
      </w:r>
      <w:proofErr w:type="spellStart"/>
      <w:r>
        <w:t>Mikro</w:t>
      </w:r>
      <w:proofErr w:type="spellEnd"/>
      <w:r>
        <w:t xml:space="preserve">, Kecil, dan </w:t>
      </w:r>
      <w:proofErr w:type="spellStart"/>
      <w:r>
        <w:t>Menengah</w:t>
      </w:r>
      <w:proofErr w:type="spellEnd"/>
      <w:r>
        <w:t xml:space="preserve"> (UMKM), </w:t>
      </w:r>
      <w:proofErr w:type="spellStart"/>
      <w:r>
        <w:t>sebagai</w:t>
      </w:r>
      <w:proofErr w:type="spellEnd"/>
      <w:r>
        <w:t xml:space="preserve"> pilar </w:t>
      </w:r>
      <w:proofErr w:type="spellStart"/>
      <w:r>
        <w:t>utama</w:t>
      </w:r>
      <w:proofErr w:type="spellEnd"/>
      <w:r>
        <w:t xml:space="preserve"> </w:t>
      </w:r>
      <w:proofErr w:type="spellStart"/>
      <w:r>
        <w:t>perekonomian</w:t>
      </w:r>
      <w:proofErr w:type="spellEnd"/>
      <w:r>
        <w:t xml:space="preserve"> </w:t>
      </w:r>
      <w:proofErr w:type="spellStart"/>
      <w:r>
        <w:t>nasional</w:t>
      </w:r>
      <w:proofErr w:type="spellEnd"/>
      <w:r>
        <w:t xml:space="preserve"> yang </w:t>
      </w:r>
      <w:proofErr w:type="spellStart"/>
      <w:r>
        <w:t>menyumbang</w:t>
      </w:r>
      <w:proofErr w:type="spellEnd"/>
      <w:r>
        <w:t xml:space="preserve"> </w:t>
      </w:r>
      <w:proofErr w:type="spellStart"/>
      <w:r>
        <w:t>lebih</w:t>
      </w:r>
      <w:proofErr w:type="spellEnd"/>
      <w:r>
        <w:t xml:space="preserve"> </w:t>
      </w:r>
      <w:proofErr w:type="spellStart"/>
      <w:r>
        <w:t>dari</w:t>
      </w:r>
      <w:proofErr w:type="spellEnd"/>
      <w:r>
        <w:t xml:space="preserve"> 60% </w:t>
      </w:r>
      <w:proofErr w:type="spellStart"/>
      <w:r>
        <w:t>Produk</w:t>
      </w:r>
      <w:proofErr w:type="spellEnd"/>
      <w:r>
        <w:t xml:space="preserve"> </w:t>
      </w:r>
      <w:proofErr w:type="spellStart"/>
      <w:r>
        <w:t>Domestik</w:t>
      </w:r>
      <w:proofErr w:type="spellEnd"/>
      <w:r>
        <w:t xml:space="preserve"> </w:t>
      </w:r>
      <w:proofErr w:type="spellStart"/>
      <w:r>
        <w:t>Bruto</w:t>
      </w:r>
      <w:proofErr w:type="spellEnd"/>
      <w:r>
        <w:t xml:space="preserve"> (PDB) dan </w:t>
      </w:r>
      <w:proofErr w:type="spellStart"/>
      <w:r>
        <w:t>menyerap</w:t>
      </w:r>
      <w:proofErr w:type="spellEnd"/>
      <w:r>
        <w:t xml:space="preserve"> </w:t>
      </w:r>
      <w:proofErr w:type="spellStart"/>
      <w:r>
        <w:t>puluhan</w:t>
      </w:r>
      <w:proofErr w:type="spellEnd"/>
      <w:r>
        <w:t xml:space="preserve"> </w:t>
      </w:r>
      <w:proofErr w:type="spellStart"/>
      <w:r>
        <w:t>juta</w:t>
      </w:r>
      <w:proofErr w:type="spellEnd"/>
      <w:r>
        <w:t xml:space="preserve"> </w:t>
      </w:r>
      <w:proofErr w:type="spellStart"/>
      <w:r>
        <w:t>tenaga</w:t>
      </w:r>
      <w:proofErr w:type="spellEnd"/>
      <w:r>
        <w:t xml:space="preserve"> </w:t>
      </w:r>
      <w:proofErr w:type="spellStart"/>
      <w:r>
        <w:t>kerja</w:t>
      </w:r>
      <w:proofErr w:type="spellEnd"/>
      <w:r>
        <w:t xml:space="preserve"> (Kementerian </w:t>
      </w:r>
      <w:proofErr w:type="spellStart"/>
      <w:r>
        <w:t>Koperasi</w:t>
      </w:r>
      <w:proofErr w:type="spellEnd"/>
      <w:r>
        <w:t xml:space="preserve"> dan UKM RI, 2024), </w:t>
      </w:r>
      <w:proofErr w:type="spellStart"/>
      <w:r>
        <w:t>menjadi</w:t>
      </w:r>
      <w:proofErr w:type="spellEnd"/>
      <w:r>
        <w:t xml:space="preserve"> salah </w:t>
      </w:r>
      <w:proofErr w:type="spellStart"/>
      <w:r>
        <w:t>satu</w:t>
      </w:r>
      <w:proofErr w:type="spellEnd"/>
      <w:r>
        <w:t xml:space="preserve"> </w:t>
      </w:r>
      <w:proofErr w:type="spellStart"/>
      <w:r>
        <w:t>sektor</w:t>
      </w:r>
      <w:proofErr w:type="spellEnd"/>
      <w:r>
        <w:t xml:space="preserve"> yang paling </w:t>
      </w:r>
      <w:proofErr w:type="spellStart"/>
      <w:r>
        <w:t>terdampak</w:t>
      </w:r>
      <w:proofErr w:type="spellEnd"/>
      <w:r>
        <w:t xml:space="preserve">. Di </w:t>
      </w:r>
      <w:proofErr w:type="spellStart"/>
      <w:r>
        <w:t>luar</w:t>
      </w:r>
      <w:proofErr w:type="spellEnd"/>
      <w:r>
        <w:t xml:space="preserve"> </w:t>
      </w:r>
      <w:proofErr w:type="spellStart"/>
      <w:r>
        <w:t>tekanan</w:t>
      </w:r>
      <w:proofErr w:type="spellEnd"/>
      <w:r>
        <w:t xml:space="preserve"> </w:t>
      </w:r>
      <w:proofErr w:type="spellStart"/>
      <w:r>
        <w:t>pandemi</w:t>
      </w:r>
      <w:proofErr w:type="spellEnd"/>
      <w:r>
        <w:t xml:space="preserve">, UMKM di Indonesia juga </w:t>
      </w:r>
      <w:proofErr w:type="spellStart"/>
      <w:r>
        <w:t>secara</w:t>
      </w:r>
      <w:proofErr w:type="spellEnd"/>
      <w:r>
        <w:t xml:space="preserve"> </w:t>
      </w:r>
      <w:proofErr w:type="spellStart"/>
      <w:r>
        <w:t>struktural</w:t>
      </w:r>
      <w:proofErr w:type="spellEnd"/>
      <w:r>
        <w:t xml:space="preserve"> </w:t>
      </w:r>
      <w:proofErr w:type="spellStart"/>
      <w:r>
        <w:t>masih</w:t>
      </w:r>
      <w:proofErr w:type="spellEnd"/>
      <w:r>
        <w:t xml:space="preserve"> </w:t>
      </w:r>
      <w:proofErr w:type="spellStart"/>
      <w:r>
        <w:t>menghadapi</w:t>
      </w:r>
      <w:proofErr w:type="spellEnd"/>
      <w:r>
        <w:t xml:space="preserve"> </w:t>
      </w:r>
      <w:proofErr w:type="spellStart"/>
      <w:r>
        <w:t>berbagai</w:t>
      </w:r>
      <w:proofErr w:type="spellEnd"/>
      <w:r>
        <w:t xml:space="preserve"> </w:t>
      </w:r>
      <w:proofErr w:type="spellStart"/>
      <w:r>
        <w:t>kendala</w:t>
      </w:r>
      <w:proofErr w:type="spellEnd"/>
      <w:r>
        <w:t xml:space="preserve">, di </w:t>
      </w:r>
      <w:proofErr w:type="spellStart"/>
      <w:r>
        <w:t>antaranya</w:t>
      </w:r>
      <w:proofErr w:type="spellEnd"/>
      <w:r>
        <w:t xml:space="preserve"> </w:t>
      </w:r>
      <w:proofErr w:type="spellStart"/>
      <w:r>
        <w:t>keterbatasan</w:t>
      </w:r>
      <w:proofErr w:type="spellEnd"/>
      <w:r>
        <w:t xml:space="preserve"> </w:t>
      </w:r>
      <w:proofErr w:type="spellStart"/>
      <w:r>
        <w:t>akses</w:t>
      </w:r>
      <w:proofErr w:type="spellEnd"/>
      <w:r>
        <w:t xml:space="preserve"> </w:t>
      </w:r>
      <w:proofErr w:type="spellStart"/>
      <w:r>
        <w:t>permodalan</w:t>
      </w:r>
      <w:proofErr w:type="spellEnd"/>
      <w:r>
        <w:t xml:space="preserve"> formal, </w:t>
      </w:r>
      <w:proofErr w:type="spellStart"/>
      <w:r>
        <w:t>rendahnya</w:t>
      </w:r>
      <w:proofErr w:type="spellEnd"/>
      <w:r>
        <w:t xml:space="preserve"> </w:t>
      </w:r>
      <w:proofErr w:type="spellStart"/>
      <w:r>
        <w:t>kapasitas</w:t>
      </w:r>
      <w:proofErr w:type="spellEnd"/>
      <w:r>
        <w:t xml:space="preserve"> </w:t>
      </w:r>
      <w:proofErr w:type="spellStart"/>
      <w:r>
        <w:t>manajerial</w:t>
      </w:r>
      <w:proofErr w:type="spellEnd"/>
      <w:r>
        <w:t xml:space="preserve">, </w:t>
      </w:r>
      <w:proofErr w:type="spellStart"/>
      <w:r>
        <w:t>lemahnya</w:t>
      </w:r>
      <w:proofErr w:type="spellEnd"/>
      <w:r>
        <w:t xml:space="preserve"> </w:t>
      </w:r>
      <w:proofErr w:type="spellStart"/>
      <w:r>
        <w:t>jangkauan</w:t>
      </w:r>
      <w:proofErr w:type="spellEnd"/>
      <w:r>
        <w:t xml:space="preserve"> </w:t>
      </w:r>
      <w:proofErr w:type="spellStart"/>
      <w:r>
        <w:t>pemasaran</w:t>
      </w:r>
      <w:proofErr w:type="spellEnd"/>
      <w:r>
        <w:t xml:space="preserve"> digital, </w:t>
      </w:r>
      <w:proofErr w:type="spellStart"/>
      <w:r>
        <w:t>serta</w:t>
      </w:r>
      <w:proofErr w:type="spellEnd"/>
      <w:r>
        <w:t xml:space="preserve"> </w:t>
      </w:r>
      <w:proofErr w:type="spellStart"/>
      <w:r>
        <w:t>ketimpangan</w:t>
      </w:r>
      <w:proofErr w:type="spellEnd"/>
      <w:r>
        <w:t xml:space="preserve"> </w:t>
      </w:r>
      <w:proofErr w:type="spellStart"/>
      <w:r>
        <w:t>infrastruktur</w:t>
      </w:r>
      <w:proofErr w:type="spellEnd"/>
      <w:r>
        <w:t xml:space="preserve"> di </w:t>
      </w:r>
      <w:proofErr w:type="spellStart"/>
      <w:r>
        <w:t>berbagai</w:t>
      </w:r>
      <w:proofErr w:type="spellEnd"/>
      <w:r>
        <w:t xml:space="preserve"> </w:t>
      </w:r>
      <w:proofErr w:type="spellStart"/>
      <w:r>
        <w:t>daerah</w:t>
      </w:r>
      <w:proofErr w:type="spellEnd"/>
      <w:r>
        <w:t xml:space="preserve">. </w:t>
      </w:r>
      <w:proofErr w:type="spellStart"/>
      <w:r>
        <w:t>Kendala-kendala</w:t>
      </w:r>
      <w:proofErr w:type="spellEnd"/>
      <w:r>
        <w:t xml:space="preserve"> </w:t>
      </w:r>
      <w:proofErr w:type="spellStart"/>
      <w:r>
        <w:t>struktural</w:t>
      </w:r>
      <w:proofErr w:type="spellEnd"/>
      <w:r>
        <w:t xml:space="preserve"> </w:t>
      </w:r>
      <w:proofErr w:type="spellStart"/>
      <w:r>
        <w:t>tersebut</w:t>
      </w:r>
      <w:proofErr w:type="spellEnd"/>
      <w:r>
        <w:t xml:space="preserve"> </w:t>
      </w:r>
      <w:proofErr w:type="spellStart"/>
      <w:r>
        <w:t>bersifat</w:t>
      </w:r>
      <w:proofErr w:type="spellEnd"/>
      <w:r>
        <w:t xml:space="preserve"> </w:t>
      </w:r>
      <w:proofErr w:type="spellStart"/>
      <w:r>
        <w:t>saling</w:t>
      </w:r>
      <w:proofErr w:type="spellEnd"/>
      <w:r>
        <w:t xml:space="preserve"> </w:t>
      </w:r>
      <w:proofErr w:type="spellStart"/>
      <w:r>
        <w:t>terkait</w:t>
      </w:r>
      <w:proofErr w:type="spellEnd"/>
      <w:r>
        <w:t xml:space="preserve">: </w:t>
      </w:r>
      <w:proofErr w:type="spellStart"/>
      <w:r>
        <w:t>keterbatasan</w:t>
      </w:r>
      <w:proofErr w:type="spellEnd"/>
      <w:r>
        <w:t xml:space="preserve"> modal </w:t>
      </w:r>
      <w:proofErr w:type="spellStart"/>
      <w:r>
        <w:t>menghambat</w:t>
      </w:r>
      <w:proofErr w:type="spellEnd"/>
      <w:r>
        <w:t xml:space="preserve"> </w:t>
      </w:r>
      <w:proofErr w:type="spellStart"/>
      <w:r>
        <w:t>investasi</w:t>
      </w:r>
      <w:proofErr w:type="spellEnd"/>
      <w:r>
        <w:t xml:space="preserve"> pada </w:t>
      </w:r>
      <w:proofErr w:type="spellStart"/>
      <w:r>
        <w:t>teknologi</w:t>
      </w:r>
      <w:proofErr w:type="spellEnd"/>
      <w:r>
        <w:t xml:space="preserve"> </w:t>
      </w:r>
      <w:proofErr w:type="spellStart"/>
      <w:r>
        <w:t>maupun</w:t>
      </w:r>
      <w:proofErr w:type="spellEnd"/>
      <w:r>
        <w:t xml:space="preserve"> </w:t>
      </w:r>
      <w:proofErr w:type="spellStart"/>
      <w:r>
        <w:t>pelatihan</w:t>
      </w:r>
      <w:proofErr w:type="spellEnd"/>
      <w:r>
        <w:t xml:space="preserve">, </w:t>
      </w:r>
      <w:proofErr w:type="spellStart"/>
      <w:r>
        <w:t>rendahnya</w:t>
      </w:r>
      <w:proofErr w:type="spellEnd"/>
      <w:r>
        <w:t xml:space="preserve"> </w:t>
      </w:r>
      <w:proofErr w:type="spellStart"/>
      <w:r>
        <w:t>kapasitas</w:t>
      </w:r>
      <w:proofErr w:type="spellEnd"/>
      <w:r>
        <w:t xml:space="preserve"> </w:t>
      </w:r>
      <w:proofErr w:type="spellStart"/>
      <w:r>
        <w:t>manajerial</w:t>
      </w:r>
      <w:proofErr w:type="spellEnd"/>
      <w:r>
        <w:t xml:space="preserve"> </w:t>
      </w:r>
      <w:proofErr w:type="spellStart"/>
      <w:r>
        <w:t>memperlambat</w:t>
      </w:r>
      <w:proofErr w:type="spellEnd"/>
      <w:r>
        <w:t xml:space="preserve"> </w:t>
      </w:r>
      <w:proofErr w:type="spellStart"/>
      <w:r>
        <w:t>adaptasi</w:t>
      </w:r>
      <w:proofErr w:type="spellEnd"/>
      <w:r>
        <w:t xml:space="preserve"> </w:t>
      </w:r>
      <w:proofErr w:type="spellStart"/>
      <w:r>
        <w:t>terhadap</w:t>
      </w:r>
      <w:proofErr w:type="spellEnd"/>
      <w:r>
        <w:t xml:space="preserve"> </w:t>
      </w:r>
      <w:proofErr w:type="spellStart"/>
      <w:r>
        <w:t>perubahan</w:t>
      </w:r>
      <w:proofErr w:type="spellEnd"/>
      <w:r>
        <w:t xml:space="preserve"> pasar, </w:t>
      </w:r>
      <w:proofErr w:type="spellStart"/>
      <w:r>
        <w:t>sementara</w:t>
      </w:r>
      <w:proofErr w:type="spellEnd"/>
      <w:r>
        <w:t xml:space="preserve"> </w:t>
      </w:r>
      <w:proofErr w:type="spellStart"/>
      <w:r>
        <w:t>lemahnya</w:t>
      </w:r>
      <w:proofErr w:type="spellEnd"/>
      <w:r>
        <w:t xml:space="preserve"> </w:t>
      </w:r>
      <w:proofErr w:type="spellStart"/>
      <w:r>
        <w:t>infrastruktur</w:t>
      </w:r>
      <w:proofErr w:type="spellEnd"/>
      <w:r>
        <w:t xml:space="preserve"> digital di </w:t>
      </w:r>
      <w:proofErr w:type="spellStart"/>
      <w:r>
        <w:t>banyak</w:t>
      </w:r>
      <w:proofErr w:type="spellEnd"/>
      <w:r>
        <w:t xml:space="preserve"> </w:t>
      </w:r>
      <w:proofErr w:type="spellStart"/>
      <w:r>
        <w:t>daerah</w:t>
      </w:r>
      <w:proofErr w:type="spellEnd"/>
      <w:r>
        <w:t xml:space="preserve"> </w:t>
      </w:r>
      <w:proofErr w:type="spellStart"/>
      <w:r>
        <w:t>membatasi</w:t>
      </w:r>
      <w:proofErr w:type="spellEnd"/>
      <w:r>
        <w:t xml:space="preserve"> </w:t>
      </w:r>
      <w:proofErr w:type="spellStart"/>
      <w:r>
        <w:t>jangkauan</w:t>
      </w:r>
      <w:proofErr w:type="spellEnd"/>
      <w:r>
        <w:t xml:space="preserve"> </w:t>
      </w:r>
      <w:proofErr w:type="spellStart"/>
      <w:r>
        <w:t>pemasaran</w:t>
      </w:r>
      <w:proofErr w:type="spellEnd"/>
      <w:r>
        <w:t xml:space="preserve"> UMKM </w:t>
      </w:r>
      <w:proofErr w:type="spellStart"/>
      <w:r>
        <w:t>ke</w:t>
      </w:r>
      <w:proofErr w:type="spellEnd"/>
      <w:r>
        <w:t xml:space="preserve"> </w:t>
      </w:r>
      <w:proofErr w:type="spellStart"/>
      <w:r>
        <w:t>luar</w:t>
      </w:r>
      <w:proofErr w:type="spellEnd"/>
      <w:r>
        <w:t xml:space="preserve"> wilayah </w:t>
      </w:r>
      <w:proofErr w:type="spellStart"/>
      <w:r>
        <w:t>operasionalnya</w:t>
      </w:r>
      <w:proofErr w:type="spellEnd"/>
      <w:r>
        <w:t xml:space="preserve">. </w:t>
      </w:r>
      <w:proofErr w:type="spellStart"/>
      <w:r>
        <w:t>Kombinasi</w:t>
      </w:r>
      <w:proofErr w:type="spellEnd"/>
      <w:r>
        <w:t xml:space="preserve"> </w:t>
      </w:r>
      <w:proofErr w:type="spellStart"/>
      <w:r>
        <w:t>berbagai</w:t>
      </w:r>
      <w:proofErr w:type="spellEnd"/>
      <w:r>
        <w:t xml:space="preserve"> </w:t>
      </w:r>
      <w:proofErr w:type="spellStart"/>
      <w:r>
        <w:t>kendala</w:t>
      </w:r>
      <w:proofErr w:type="spellEnd"/>
      <w:r>
        <w:t xml:space="preserve"> </w:t>
      </w:r>
      <w:proofErr w:type="spellStart"/>
      <w:r>
        <w:t>ini</w:t>
      </w:r>
      <w:proofErr w:type="spellEnd"/>
      <w:r>
        <w:t xml:space="preserve"> </w:t>
      </w:r>
      <w:proofErr w:type="spellStart"/>
      <w:r>
        <w:t>menjelaskan</w:t>
      </w:r>
      <w:proofErr w:type="spellEnd"/>
      <w:r>
        <w:t xml:space="preserve"> </w:t>
      </w:r>
      <w:proofErr w:type="spellStart"/>
      <w:r>
        <w:t>mengapa</w:t>
      </w:r>
      <w:proofErr w:type="spellEnd"/>
      <w:r>
        <w:t xml:space="preserve"> </w:t>
      </w:r>
      <w:proofErr w:type="spellStart"/>
      <w:r>
        <w:t>intervensi</w:t>
      </w:r>
      <w:proofErr w:type="spellEnd"/>
      <w:r>
        <w:t xml:space="preserve"> </w:t>
      </w:r>
      <w:proofErr w:type="spellStart"/>
      <w:r>
        <w:t>tunggal</w:t>
      </w:r>
      <w:proofErr w:type="spellEnd"/>
      <w:r>
        <w:t xml:space="preserve"> </w:t>
      </w:r>
      <w:proofErr w:type="spellStart"/>
      <w:r>
        <w:t>saja</w:t>
      </w:r>
      <w:proofErr w:type="spellEnd"/>
      <w:r>
        <w:t xml:space="preserve"> -- </w:t>
      </w:r>
      <w:proofErr w:type="spellStart"/>
      <w:r>
        <w:t>misalnya</w:t>
      </w:r>
      <w:proofErr w:type="spellEnd"/>
      <w:r>
        <w:t xml:space="preserve"> </w:t>
      </w:r>
      <w:proofErr w:type="spellStart"/>
      <w:r>
        <w:t>hanya</w:t>
      </w:r>
      <w:proofErr w:type="spellEnd"/>
      <w:r>
        <w:t xml:space="preserve"> </w:t>
      </w:r>
      <w:proofErr w:type="spellStart"/>
      <w:r>
        <w:t>berupa</w:t>
      </w:r>
      <w:proofErr w:type="spellEnd"/>
      <w:r>
        <w:t xml:space="preserve"> </w:t>
      </w:r>
      <w:proofErr w:type="spellStart"/>
      <w:r>
        <w:t>bantuan</w:t>
      </w:r>
      <w:proofErr w:type="spellEnd"/>
      <w:r>
        <w:t xml:space="preserve"> dana -- </w:t>
      </w:r>
      <w:proofErr w:type="spellStart"/>
      <w:r>
        <w:t>umumnya</w:t>
      </w:r>
      <w:proofErr w:type="spellEnd"/>
      <w:r>
        <w:t xml:space="preserve"> </w:t>
      </w:r>
      <w:proofErr w:type="spellStart"/>
      <w:r>
        <w:t>tidak</w:t>
      </w:r>
      <w:proofErr w:type="spellEnd"/>
      <w:r>
        <w:t xml:space="preserve"> </w:t>
      </w:r>
      <w:proofErr w:type="spellStart"/>
      <w:r>
        <w:t>cukup</w:t>
      </w:r>
      <w:proofErr w:type="spellEnd"/>
      <w:r>
        <w:t xml:space="preserve"> </w:t>
      </w:r>
      <w:proofErr w:type="spellStart"/>
      <w:r>
        <w:t>untuk</w:t>
      </w:r>
      <w:proofErr w:type="spellEnd"/>
      <w:r>
        <w:t xml:space="preserve"> </w:t>
      </w:r>
      <w:proofErr w:type="spellStart"/>
      <w:r>
        <w:t>mendorong</w:t>
      </w:r>
      <w:proofErr w:type="spellEnd"/>
      <w:r>
        <w:t xml:space="preserve"> </w:t>
      </w:r>
      <w:proofErr w:type="spellStart"/>
      <w:r>
        <w:t>keberlanjutan</w:t>
      </w:r>
      <w:proofErr w:type="spellEnd"/>
      <w:r>
        <w:t xml:space="preserve"> </w:t>
      </w:r>
      <w:proofErr w:type="spellStart"/>
      <w:r>
        <w:t>usaha</w:t>
      </w:r>
      <w:proofErr w:type="spellEnd"/>
      <w:r>
        <w:t xml:space="preserve"> UMKM </w:t>
      </w:r>
      <w:proofErr w:type="spellStart"/>
      <w:r>
        <w:t>secara</w:t>
      </w:r>
      <w:proofErr w:type="spellEnd"/>
      <w:r>
        <w:t xml:space="preserve"> </w:t>
      </w:r>
      <w:proofErr w:type="spellStart"/>
      <w:r>
        <w:t>signifikan</w:t>
      </w:r>
      <w:proofErr w:type="spellEnd"/>
      <w:r>
        <w:t xml:space="preserve">, </w:t>
      </w:r>
      <w:proofErr w:type="spellStart"/>
      <w:r>
        <w:t>sehingga</w:t>
      </w:r>
      <w:proofErr w:type="spellEnd"/>
      <w:r>
        <w:t xml:space="preserve"> </w:t>
      </w:r>
      <w:proofErr w:type="spellStart"/>
      <w:r>
        <w:t>diperlukan</w:t>
      </w:r>
      <w:proofErr w:type="spellEnd"/>
      <w:r>
        <w:t xml:space="preserve"> </w:t>
      </w:r>
      <w:proofErr w:type="spellStart"/>
      <w:r>
        <w:t>pendekatan</w:t>
      </w:r>
      <w:proofErr w:type="spellEnd"/>
      <w:r>
        <w:t xml:space="preserve"> yang </w:t>
      </w:r>
      <w:proofErr w:type="spellStart"/>
      <w:r>
        <w:t>lebih</w:t>
      </w:r>
      <w:proofErr w:type="spellEnd"/>
      <w:r>
        <w:t xml:space="preserve"> </w:t>
      </w:r>
      <w:proofErr w:type="spellStart"/>
      <w:r>
        <w:t>komprehensif</w:t>
      </w:r>
      <w:proofErr w:type="spellEnd"/>
      <w:r>
        <w:t xml:space="preserve"> dan </w:t>
      </w:r>
      <w:proofErr w:type="spellStart"/>
      <w:r>
        <w:t>terintegrasi</w:t>
      </w:r>
      <w:proofErr w:type="spellEnd"/>
      <w:r>
        <w:t>.</w:t>
      </w:r>
    </w:p>
    <w:p w14:paraId="4E97487E" w14:textId="77777777" w:rsidR="00D77EA0" w:rsidRDefault="00000000" w:rsidP="00F01415">
      <w:pPr>
        <w:spacing w:after="0" w:line="240" w:lineRule="auto"/>
        <w:jc w:val="both"/>
      </w:pPr>
      <w:proofErr w:type="spellStart"/>
      <w:r>
        <w:t>Merespons</w:t>
      </w:r>
      <w:proofErr w:type="spellEnd"/>
      <w:r>
        <w:t xml:space="preserve"> </w:t>
      </w:r>
      <w:proofErr w:type="spellStart"/>
      <w:r>
        <w:t>kondisi</w:t>
      </w:r>
      <w:proofErr w:type="spellEnd"/>
      <w:r>
        <w:t xml:space="preserve"> </w:t>
      </w:r>
      <w:proofErr w:type="spellStart"/>
      <w:r>
        <w:t>tersebut</w:t>
      </w:r>
      <w:proofErr w:type="spellEnd"/>
      <w:r>
        <w:t xml:space="preserve">, Unilever Indonesia </w:t>
      </w:r>
      <w:proofErr w:type="spellStart"/>
      <w:r>
        <w:t>menginisiasi</w:t>
      </w:r>
      <w:proofErr w:type="spellEnd"/>
      <w:r>
        <w:t xml:space="preserve"> </w:t>
      </w:r>
      <w:proofErr w:type="spellStart"/>
      <w:r>
        <w:t>kampanye</w:t>
      </w:r>
      <w:proofErr w:type="spellEnd"/>
      <w:r>
        <w:t xml:space="preserve"> #UnileverUntukIndonesia yang </w:t>
      </w:r>
      <w:proofErr w:type="spellStart"/>
      <w:r>
        <w:t>menyasar</w:t>
      </w:r>
      <w:proofErr w:type="spellEnd"/>
      <w:r>
        <w:t xml:space="preserve"> </w:t>
      </w:r>
      <w:proofErr w:type="spellStart"/>
      <w:r>
        <w:t>langsung</w:t>
      </w:r>
      <w:proofErr w:type="spellEnd"/>
      <w:r>
        <w:t xml:space="preserve"> para </w:t>
      </w:r>
      <w:proofErr w:type="spellStart"/>
      <w:r>
        <w:t>pelaku</w:t>
      </w:r>
      <w:proofErr w:type="spellEnd"/>
      <w:r>
        <w:t xml:space="preserve"> UMKM, </w:t>
      </w:r>
      <w:proofErr w:type="spellStart"/>
      <w:r>
        <w:t>khususnya</w:t>
      </w:r>
      <w:proofErr w:type="spellEnd"/>
      <w:r>
        <w:t xml:space="preserve"> </w:t>
      </w:r>
      <w:proofErr w:type="spellStart"/>
      <w:r>
        <w:t>pedagang</w:t>
      </w:r>
      <w:proofErr w:type="spellEnd"/>
      <w:r>
        <w:t xml:space="preserve"> </w:t>
      </w:r>
      <w:proofErr w:type="spellStart"/>
      <w:r>
        <w:t>warung</w:t>
      </w:r>
      <w:proofErr w:type="spellEnd"/>
      <w:r>
        <w:t xml:space="preserve"> </w:t>
      </w:r>
      <w:proofErr w:type="spellStart"/>
      <w:r>
        <w:t>dalam</w:t>
      </w:r>
      <w:proofErr w:type="spellEnd"/>
      <w:r>
        <w:t xml:space="preserve"> </w:t>
      </w:r>
      <w:proofErr w:type="spellStart"/>
      <w:r>
        <w:t>ekosistem</w:t>
      </w:r>
      <w:proofErr w:type="spellEnd"/>
      <w:r>
        <w:t xml:space="preserve"> </w:t>
      </w:r>
      <w:proofErr w:type="spellStart"/>
      <w:r>
        <w:t>bisnisnya</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strategi </w:t>
      </w:r>
      <w:proofErr w:type="spellStart"/>
      <w:r>
        <w:t>pemulihan</w:t>
      </w:r>
      <w:proofErr w:type="spellEnd"/>
      <w:r>
        <w:t xml:space="preserve"> </w:t>
      </w:r>
      <w:proofErr w:type="spellStart"/>
      <w:r>
        <w:lastRenderedPageBreak/>
        <w:t>ekonomi</w:t>
      </w:r>
      <w:proofErr w:type="spellEnd"/>
      <w:r>
        <w:t xml:space="preserve"> </w:t>
      </w:r>
      <w:proofErr w:type="spellStart"/>
      <w:r>
        <w:t>berbasis</w:t>
      </w:r>
      <w:proofErr w:type="spellEnd"/>
      <w:r>
        <w:t xml:space="preserve"> </w:t>
      </w:r>
      <w:proofErr w:type="spellStart"/>
      <w:r>
        <w:t>kolaborasi</w:t>
      </w:r>
      <w:proofErr w:type="spellEnd"/>
      <w:r>
        <w:t xml:space="preserve"> </w:t>
      </w:r>
      <w:proofErr w:type="spellStart"/>
      <w:r>
        <w:t>dengan</w:t>
      </w:r>
      <w:proofErr w:type="spellEnd"/>
      <w:r>
        <w:t xml:space="preserve"> </w:t>
      </w:r>
      <w:proofErr w:type="spellStart"/>
      <w:r>
        <w:t>pemerintah</w:t>
      </w:r>
      <w:proofErr w:type="spellEnd"/>
      <w:r>
        <w:t xml:space="preserve">. </w:t>
      </w:r>
      <w:proofErr w:type="spellStart"/>
      <w:r>
        <w:t>Penelitian</w:t>
      </w:r>
      <w:proofErr w:type="spellEnd"/>
      <w:r>
        <w:t xml:space="preserve"> </w:t>
      </w:r>
      <w:proofErr w:type="spellStart"/>
      <w:r>
        <w:t>terdahulu</w:t>
      </w:r>
      <w:proofErr w:type="spellEnd"/>
      <w:r>
        <w:t xml:space="preserve"> </w:t>
      </w:r>
      <w:proofErr w:type="spellStart"/>
      <w:r>
        <w:t>telah</w:t>
      </w:r>
      <w:proofErr w:type="spellEnd"/>
      <w:r>
        <w:t xml:space="preserve"> </w:t>
      </w:r>
      <w:proofErr w:type="spellStart"/>
      <w:r>
        <w:t>mengulas</w:t>
      </w:r>
      <w:proofErr w:type="spellEnd"/>
      <w:r>
        <w:t xml:space="preserve"> </w:t>
      </w:r>
      <w:proofErr w:type="spellStart"/>
      <w:r>
        <w:t>peran</w:t>
      </w:r>
      <w:proofErr w:type="spellEnd"/>
      <w:r>
        <w:t xml:space="preserve"> Unilever </w:t>
      </w:r>
      <w:proofErr w:type="spellStart"/>
      <w:r>
        <w:t>dalam</w:t>
      </w:r>
      <w:proofErr w:type="spellEnd"/>
      <w:r>
        <w:t xml:space="preserve"> </w:t>
      </w:r>
      <w:proofErr w:type="spellStart"/>
      <w:r>
        <w:t>pemulihan</w:t>
      </w:r>
      <w:proofErr w:type="spellEnd"/>
      <w:r>
        <w:t xml:space="preserve"> </w:t>
      </w:r>
      <w:proofErr w:type="spellStart"/>
      <w:r>
        <w:t>ekonomi</w:t>
      </w:r>
      <w:proofErr w:type="spellEnd"/>
      <w:r>
        <w:t xml:space="preserve"> </w:t>
      </w:r>
      <w:proofErr w:type="spellStart"/>
      <w:r>
        <w:t>nasional</w:t>
      </w:r>
      <w:proofErr w:type="spellEnd"/>
      <w:r>
        <w:t xml:space="preserve"> </w:t>
      </w:r>
      <w:proofErr w:type="spellStart"/>
      <w:r>
        <w:t>pasca-pandemi</w:t>
      </w:r>
      <w:proofErr w:type="spellEnd"/>
      <w:r>
        <w:t xml:space="preserve"> </w:t>
      </w:r>
      <w:proofErr w:type="spellStart"/>
      <w:r>
        <w:t>secara</w:t>
      </w:r>
      <w:proofErr w:type="spellEnd"/>
      <w:r>
        <w:t xml:space="preserve"> </w:t>
      </w:r>
      <w:proofErr w:type="spellStart"/>
      <w:r>
        <w:t>umum</w:t>
      </w:r>
      <w:proofErr w:type="spellEnd"/>
      <w:r>
        <w:t xml:space="preserve"> (</w:t>
      </w:r>
      <w:proofErr w:type="spellStart"/>
      <w:r>
        <w:t>Hanggarjita</w:t>
      </w:r>
      <w:proofErr w:type="spellEnd"/>
      <w:r>
        <w:t xml:space="preserve">, 2022), </w:t>
      </w:r>
      <w:proofErr w:type="spellStart"/>
      <w:r>
        <w:t>namun</w:t>
      </w:r>
      <w:proofErr w:type="spellEnd"/>
      <w:r>
        <w:t xml:space="preserve"> </w:t>
      </w:r>
      <w:proofErr w:type="spellStart"/>
      <w:r>
        <w:t>kajian</w:t>
      </w:r>
      <w:proofErr w:type="spellEnd"/>
      <w:r>
        <w:t xml:space="preserve"> yang </w:t>
      </w:r>
      <w:proofErr w:type="spellStart"/>
      <w:r>
        <w:t>secara</w:t>
      </w:r>
      <w:proofErr w:type="spellEnd"/>
      <w:r>
        <w:t xml:space="preserve"> </w:t>
      </w:r>
      <w:proofErr w:type="spellStart"/>
      <w:r>
        <w:t>khusus</w:t>
      </w:r>
      <w:proofErr w:type="spellEnd"/>
      <w:r>
        <w:t xml:space="preserve"> </w:t>
      </w:r>
      <w:proofErr w:type="spellStart"/>
      <w:r>
        <w:t>menempatkan</w:t>
      </w:r>
      <w:proofErr w:type="spellEnd"/>
      <w:r>
        <w:t xml:space="preserve"> program </w:t>
      </w:r>
      <w:proofErr w:type="spellStart"/>
      <w:r>
        <w:t>tersebut</w:t>
      </w:r>
      <w:proofErr w:type="spellEnd"/>
      <w:r>
        <w:t xml:space="preserve"> </w:t>
      </w:r>
      <w:proofErr w:type="spellStart"/>
      <w:r>
        <w:t>dalam</w:t>
      </w:r>
      <w:proofErr w:type="spellEnd"/>
      <w:r>
        <w:t xml:space="preserve"> </w:t>
      </w:r>
      <w:proofErr w:type="spellStart"/>
      <w:r>
        <w:t>kerangka</w:t>
      </w:r>
      <w:proofErr w:type="spellEnd"/>
      <w:r>
        <w:t xml:space="preserve"> </w:t>
      </w:r>
      <w:proofErr w:type="spellStart"/>
      <w:r>
        <w:t>pengembangan</w:t>
      </w:r>
      <w:proofErr w:type="spellEnd"/>
      <w:r>
        <w:t xml:space="preserve"> </w:t>
      </w:r>
      <w:proofErr w:type="spellStart"/>
      <w:r>
        <w:t>masyarakat</w:t>
      </w:r>
      <w:proofErr w:type="spellEnd"/>
      <w:r>
        <w:t xml:space="preserve"> (community development) dan </w:t>
      </w:r>
      <w:proofErr w:type="spellStart"/>
      <w:r>
        <w:t>mengaitkannya</w:t>
      </w:r>
      <w:proofErr w:type="spellEnd"/>
      <w:r>
        <w:t xml:space="preserve"> </w:t>
      </w:r>
      <w:proofErr w:type="spellStart"/>
      <w:r>
        <w:t>dengan</w:t>
      </w:r>
      <w:proofErr w:type="spellEnd"/>
      <w:r>
        <w:t xml:space="preserve"> </w:t>
      </w:r>
      <w:proofErr w:type="spellStart"/>
      <w:r>
        <w:t>tantangan</w:t>
      </w:r>
      <w:proofErr w:type="spellEnd"/>
      <w:r>
        <w:t xml:space="preserve"> </w:t>
      </w:r>
      <w:proofErr w:type="spellStart"/>
      <w:r>
        <w:t>struktural</w:t>
      </w:r>
      <w:proofErr w:type="spellEnd"/>
      <w:r>
        <w:t xml:space="preserve"> UMKM di Indonesia </w:t>
      </w:r>
      <w:proofErr w:type="spellStart"/>
      <w:r>
        <w:t>masih</w:t>
      </w:r>
      <w:proofErr w:type="spellEnd"/>
      <w:r>
        <w:t xml:space="preserve"> </w:t>
      </w:r>
      <w:proofErr w:type="spellStart"/>
      <w:r>
        <w:t>terbatas</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kajian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menganalisis</w:t>
      </w:r>
      <w:proofErr w:type="spellEnd"/>
      <w:r>
        <w:t xml:space="preserve"> strategi Corporate Social Responsibility PT Unilever Indonesia </w:t>
      </w:r>
      <w:proofErr w:type="spellStart"/>
      <w:r>
        <w:t>dalam</w:t>
      </w:r>
      <w:proofErr w:type="spellEnd"/>
      <w:r>
        <w:t xml:space="preserve"> </w:t>
      </w:r>
      <w:proofErr w:type="spellStart"/>
      <w:r>
        <w:t>mendukung</w:t>
      </w:r>
      <w:proofErr w:type="spellEnd"/>
      <w:r>
        <w:t xml:space="preserve"> </w:t>
      </w:r>
      <w:proofErr w:type="spellStart"/>
      <w:r>
        <w:t>keberlangsungan</w:t>
      </w:r>
      <w:proofErr w:type="spellEnd"/>
      <w:r>
        <w:t xml:space="preserve"> dan </w:t>
      </w:r>
      <w:proofErr w:type="spellStart"/>
      <w:r>
        <w:t>pengembangan</w:t>
      </w:r>
      <w:proofErr w:type="spellEnd"/>
      <w:r>
        <w:t xml:space="preserve"> UMKM </w:t>
      </w:r>
      <w:proofErr w:type="spellStart"/>
      <w:r>
        <w:t>masyarakat</w:t>
      </w:r>
      <w:proofErr w:type="spellEnd"/>
      <w:r>
        <w:t xml:space="preserve"> </w:t>
      </w:r>
      <w:proofErr w:type="spellStart"/>
      <w:r>
        <w:t>lokal</w:t>
      </w:r>
      <w:proofErr w:type="spellEnd"/>
      <w:r>
        <w:t xml:space="preserve">, </w:t>
      </w:r>
      <w:proofErr w:type="spellStart"/>
      <w:r>
        <w:t>serta</w:t>
      </w:r>
      <w:proofErr w:type="spellEnd"/>
      <w:r>
        <w:t xml:space="preserve"> </w:t>
      </w:r>
      <w:proofErr w:type="spellStart"/>
      <w:r>
        <w:t>mengidentifikasi</w:t>
      </w:r>
      <w:proofErr w:type="spellEnd"/>
      <w:r>
        <w:t xml:space="preserve"> </w:t>
      </w:r>
      <w:proofErr w:type="spellStart"/>
      <w:r>
        <w:t>dampaknya</w:t>
      </w:r>
      <w:proofErr w:type="spellEnd"/>
      <w:r>
        <w:t xml:space="preserve"> </w:t>
      </w:r>
      <w:proofErr w:type="spellStart"/>
      <w:r>
        <w:t>bagi</w:t>
      </w:r>
      <w:proofErr w:type="spellEnd"/>
      <w:r>
        <w:t xml:space="preserve"> </w:t>
      </w:r>
      <w:proofErr w:type="spellStart"/>
      <w:r>
        <w:t>penguatan</w:t>
      </w:r>
      <w:proofErr w:type="spellEnd"/>
      <w:r>
        <w:t xml:space="preserve"> </w:t>
      </w:r>
      <w:proofErr w:type="spellStart"/>
      <w:r>
        <w:t>ekonomi</w:t>
      </w:r>
      <w:proofErr w:type="spellEnd"/>
      <w:r>
        <w:t xml:space="preserve"> </w:t>
      </w:r>
      <w:proofErr w:type="spellStart"/>
      <w:r>
        <w:t>komunitas</w:t>
      </w:r>
      <w:proofErr w:type="spellEnd"/>
      <w:r>
        <w:t xml:space="preserve"> di </w:t>
      </w:r>
      <w:proofErr w:type="spellStart"/>
      <w:r>
        <w:t>tingkat</w:t>
      </w:r>
      <w:proofErr w:type="spellEnd"/>
      <w:r>
        <w:t xml:space="preserve"> </w:t>
      </w:r>
      <w:proofErr w:type="spellStart"/>
      <w:r>
        <w:t>akar</w:t>
      </w:r>
      <w:proofErr w:type="spellEnd"/>
      <w:r>
        <w:t xml:space="preserve"> </w:t>
      </w:r>
      <w:proofErr w:type="spellStart"/>
      <w:r>
        <w:t>rumput</w:t>
      </w:r>
      <w:proofErr w:type="spellEnd"/>
      <w:r>
        <w:t>.</w:t>
      </w:r>
    </w:p>
    <w:p w14:paraId="1CC4F0BA" w14:textId="77777777" w:rsidR="00D77EA0" w:rsidRDefault="00000000" w:rsidP="00F01415">
      <w:pPr>
        <w:spacing w:after="0" w:line="240" w:lineRule="auto"/>
        <w:jc w:val="both"/>
      </w:pPr>
      <w:proofErr w:type="spellStart"/>
      <w:r>
        <w:t>Persoalan</w:t>
      </w:r>
      <w:proofErr w:type="spellEnd"/>
      <w:r>
        <w:t xml:space="preserve"> </w:t>
      </w:r>
      <w:proofErr w:type="spellStart"/>
      <w:r>
        <w:t>pemulihan</w:t>
      </w:r>
      <w:proofErr w:type="spellEnd"/>
      <w:r>
        <w:t xml:space="preserve"> UMKM </w:t>
      </w:r>
      <w:proofErr w:type="spellStart"/>
      <w:r>
        <w:t>pasca-pandemi</w:t>
      </w:r>
      <w:proofErr w:type="spellEnd"/>
      <w:r>
        <w:t xml:space="preserve"> </w:t>
      </w:r>
      <w:proofErr w:type="spellStart"/>
      <w:r>
        <w:t>bukan</w:t>
      </w:r>
      <w:proofErr w:type="spellEnd"/>
      <w:r>
        <w:t xml:space="preserve"> </w:t>
      </w:r>
      <w:proofErr w:type="spellStart"/>
      <w:r>
        <w:t>tantangan</w:t>
      </w:r>
      <w:proofErr w:type="spellEnd"/>
      <w:r>
        <w:t xml:space="preserve"> yang </w:t>
      </w:r>
      <w:proofErr w:type="spellStart"/>
      <w:r>
        <w:t>unik</w:t>
      </w:r>
      <w:proofErr w:type="spellEnd"/>
      <w:r>
        <w:t xml:space="preserve"> </w:t>
      </w:r>
      <w:proofErr w:type="spellStart"/>
      <w:r>
        <w:t>dialami</w:t>
      </w:r>
      <w:proofErr w:type="spellEnd"/>
      <w:r>
        <w:t xml:space="preserve"> </w:t>
      </w:r>
      <w:proofErr w:type="spellStart"/>
      <w:r>
        <w:t>mitra</w:t>
      </w:r>
      <w:proofErr w:type="spellEnd"/>
      <w:r>
        <w:t xml:space="preserve"> </w:t>
      </w:r>
      <w:proofErr w:type="spellStart"/>
      <w:r>
        <w:t>bisnis</w:t>
      </w:r>
      <w:proofErr w:type="spellEnd"/>
      <w:r>
        <w:t xml:space="preserve"> Unilever </w:t>
      </w:r>
      <w:proofErr w:type="spellStart"/>
      <w:r>
        <w:t>semata</w:t>
      </w:r>
      <w:proofErr w:type="spellEnd"/>
      <w:r>
        <w:t xml:space="preserve">, </w:t>
      </w:r>
      <w:proofErr w:type="spellStart"/>
      <w:r>
        <w:t>melainkan</w:t>
      </w:r>
      <w:proofErr w:type="spellEnd"/>
      <w:r>
        <w:t xml:space="preserve"> </w:t>
      </w:r>
      <w:proofErr w:type="spellStart"/>
      <w:r>
        <w:t>persoalan</w:t>
      </w:r>
      <w:proofErr w:type="spellEnd"/>
      <w:r>
        <w:t xml:space="preserve"> </w:t>
      </w:r>
      <w:proofErr w:type="spellStart"/>
      <w:r>
        <w:t>struktural</w:t>
      </w:r>
      <w:proofErr w:type="spellEnd"/>
      <w:r>
        <w:t xml:space="preserve"> yang </w:t>
      </w:r>
      <w:proofErr w:type="spellStart"/>
      <w:r>
        <w:t>dihadapi</w:t>
      </w:r>
      <w:proofErr w:type="spellEnd"/>
      <w:r>
        <w:t xml:space="preserve"> </w:t>
      </w:r>
      <w:proofErr w:type="spellStart"/>
      <w:r>
        <w:t>hampir</w:t>
      </w:r>
      <w:proofErr w:type="spellEnd"/>
      <w:r>
        <w:t xml:space="preserve"> </w:t>
      </w:r>
      <w:proofErr w:type="spellStart"/>
      <w:r>
        <w:t>seluruh</w:t>
      </w:r>
      <w:proofErr w:type="spellEnd"/>
      <w:r>
        <w:t xml:space="preserve"> </w:t>
      </w:r>
      <w:proofErr w:type="spellStart"/>
      <w:r>
        <w:t>pelaku</w:t>
      </w:r>
      <w:proofErr w:type="spellEnd"/>
      <w:r>
        <w:t xml:space="preserve"> UMKM di Indonesia. Hanum dan Wibowo (2023) </w:t>
      </w:r>
      <w:proofErr w:type="spellStart"/>
      <w:r>
        <w:t>dalam</w:t>
      </w:r>
      <w:proofErr w:type="spellEnd"/>
      <w:r>
        <w:t xml:space="preserve"> </w:t>
      </w:r>
      <w:proofErr w:type="spellStart"/>
      <w:r>
        <w:t>kajiannya</w:t>
      </w:r>
      <w:proofErr w:type="spellEnd"/>
      <w:r>
        <w:t xml:space="preserve"> yang </w:t>
      </w:r>
      <w:proofErr w:type="spellStart"/>
      <w:r>
        <w:t>dipublikasikan</w:t>
      </w:r>
      <w:proofErr w:type="spellEnd"/>
      <w:r>
        <w:t xml:space="preserve"> pada Focus: </w:t>
      </w:r>
      <w:proofErr w:type="spellStart"/>
      <w:r>
        <w:t>Jurnal</w:t>
      </w:r>
      <w:proofErr w:type="spellEnd"/>
      <w:r>
        <w:t xml:space="preserve"> </w:t>
      </w:r>
      <w:proofErr w:type="spellStart"/>
      <w:r>
        <w:t>Pekerjaan</w:t>
      </w:r>
      <w:proofErr w:type="spellEnd"/>
      <w:r>
        <w:t xml:space="preserve"> </w:t>
      </w:r>
      <w:proofErr w:type="spellStart"/>
      <w:r>
        <w:t>Sosial</w:t>
      </w:r>
      <w:proofErr w:type="spellEnd"/>
      <w:r>
        <w:t xml:space="preserve"> </w:t>
      </w:r>
      <w:proofErr w:type="spellStart"/>
      <w:r>
        <w:t>menegaskan</w:t>
      </w:r>
      <w:proofErr w:type="spellEnd"/>
      <w:r>
        <w:t xml:space="preserve"> </w:t>
      </w:r>
      <w:proofErr w:type="spellStart"/>
      <w:r>
        <w:t>bahwa</w:t>
      </w:r>
      <w:proofErr w:type="spellEnd"/>
      <w:r>
        <w:t xml:space="preserve"> </w:t>
      </w:r>
      <w:proofErr w:type="spellStart"/>
      <w:r>
        <w:t>guncangan</w:t>
      </w:r>
      <w:proofErr w:type="spellEnd"/>
      <w:r>
        <w:t xml:space="preserve"> </w:t>
      </w:r>
      <w:proofErr w:type="spellStart"/>
      <w:r>
        <w:t>pandemi</w:t>
      </w:r>
      <w:proofErr w:type="spellEnd"/>
      <w:r>
        <w:t xml:space="preserve"> Covid-19 pada </w:t>
      </w:r>
      <w:proofErr w:type="spellStart"/>
      <w:r>
        <w:t>awal</w:t>
      </w:r>
      <w:proofErr w:type="spellEnd"/>
      <w:r>
        <w:t xml:space="preserve"> </w:t>
      </w:r>
      <w:proofErr w:type="spellStart"/>
      <w:r>
        <w:t>tahun</w:t>
      </w:r>
      <w:proofErr w:type="spellEnd"/>
      <w:r>
        <w:t xml:space="preserve"> 2020 </w:t>
      </w:r>
      <w:proofErr w:type="spellStart"/>
      <w:r>
        <w:t>menimbulkan</w:t>
      </w:r>
      <w:proofErr w:type="spellEnd"/>
      <w:r>
        <w:t xml:space="preserve"> </w:t>
      </w:r>
      <w:proofErr w:type="spellStart"/>
      <w:r>
        <w:t>kekacauan</w:t>
      </w:r>
      <w:proofErr w:type="spellEnd"/>
      <w:r>
        <w:t xml:space="preserve"> </w:t>
      </w:r>
      <w:proofErr w:type="spellStart"/>
      <w:r>
        <w:t>besar</w:t>
      </w:r>
      <w:proofErr w:type="spellEnd"/>
      <w:r>
        <w:t xml:space="preserve"> pada </w:t>
      </w:r>
      <w:proofErr w:type="spellStart"/>
      <w:r>
        <w:t>sektor</w:t>
      </w:r>
      <w:proofErr w:type="spellEnd"/>
      <w:r>
        <w:t xml:space="preserve"> UMKM, </w:t>
      </w:r>
      <w:proofErr w:type="spellStart"/>
      <w:r>
        <w:t>sehingga</w:t>
      </w:r>
      <w:proofErr w:type="spellEnd"/>
      <w:r>
        <w:t xml:space="preserve"> </w:t>
      </w:r>
      <w:proofErr w:type="spellStart"/>
      <w:r>
        <w:t>penguatan</w:t>
      </w:r>
      <w:proofErr w:type="spellEnd"/>
      <w:r>
        <w:t xml:space="preserve"> </w:t>
      </w:r>
      <w:proofErr w:type="spellStart"/>
      <w:r>
        <w:t>kembali</w:t>
      </w:r>
      <w:proofErr w:type="spellEnd"/>
      <w:r>
        <w:t xml:space="preserve"> </w:t>
      </w:r>
      <w:proofErr w:type="spellStart"/>
      <w:r>
        <w:t>sektor</w:t>
      </w:r>
      <w:proofErr w:type="spellEnd"/>
      <w:r>
        <w:t xml:space="preserve"> </w:t>
      </w:r>
      <w:proofErr w:type="spellStart"/>
      <w:r>
        <w:t>ini</w:t>
      </w:r>
      <w:proofErr w:type="spellEnd"/>
      <w:r>
        <w:t xml:space="preserve"> </w:t>
      </w:r>
      <w:proofErr w:type="spellStart"/>
      <w:r>
        <w:t>menjadi</w:t>
      </w:r>
      <w:proofErr w:type="spellEnd"/>
      <w:r>
        <w:t xml:space="preserve"> </w:t>
      </w:r>
      <w:proofErr w:type="spellStart"/>
      <w:r>
        <w:t>perhatian</w:t>
      </w:r>
      <w:proofErr w:type="spellEnd"/>
      <w:r>
        <w:t xml:space="preserve"> </w:t>
      </w:r>
      <w:proofErr w:type="spellStart"/>
      <w:r>
        <w:t>bersama</w:t>
      </w:r>
      <w:proofErr w:type="spellEnd"/>
      <w:r>
        <w:t xml:space="preserve"> </w:t>
      </w:r>
      <w:proofErr w:type="spellStart"/>
      <w:r>
        <w:t>pemerintah</w:t>
      </w:r>
      <w:proofErr w:type="spellEnd"/>
      <w:r>
        <w:t xml:space="preserve">, </w:t>
      </w:r>
      <w:proofErr w:type="spellStart"/>
      <w:r>
        <w:t>sektor</w:t>
      </w:r>
      <w:proofErr w:type="spellEnd"/>
      <w:r>
        <w:t xml:space="preserve"> </w:t>
      </w:r>
      <w:proofErr w:type="spellStart"/>
      <w:r>
        <w:t>swasta</w:t>
      </w:r>
      <w:proofErr w:type="spellEnd"/>
      <w:r>
        <w:t xml:space="preserve">, </w:t>
      </w:r>
      <w:proofErr w:type="spellStart"/>
      <w:r>
        <w:t>akademisi</w:t>
      </w:r>
      <w:proofErr w:type="spellEnd"/>
      <w:r>
        <w:t xml:space="preserve">, </w:t>
      </w:r>
      <w:proofErr w:type="spellStart"/>
      <w:r>
        <w:t>maupun</w:t>
      </w:r>
      <w:proofErr w:type="spellEnd"/>
      <w:r>
        <w:t xml:space="preserve"> </w:t>
      </w:r>
      <w:proofErr w:type="spellStart"/>
      <w:r>
        <w:t>praktisi</w:t>
      </w:r>
      <w:proofErr w:type="spellEnd"/>
      <w:r>
        <w:t xml:space="preserve"> </w:t>
      </w:r>
      <w:proofErr w:type="spellStart"/>
      <w:r>
        <w:t>pekerjaan</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kerangka</w:t>
      </w:r>
      <w:proofErr w:type="spellEnd"/>
      <w:r>
        <w:t xml:space="preserve"> </w:t>
      </w:r>
      <w:proofErr w:type="spellStart"/>
      <w:r>
        <w:t>tersebut</w:t>
      </w:r>
      <w:proofErr w:type="spellEnd"/>
      <w:r>
        <w:t xml:space="preserve">, </w:t>
      </w:r>
      <w:proofErr w:type="spellStart"/>
      <w:r>
        <w:t>pekerja</w:t>
      </w:r>
      <w:proofErr w:type="spellEnd"/>
      <w:r>
        <w:t xml:space="preserve"> </w:t>
      </w:r>
      <w:proofErr w:type="spellStart"/>
      <w:r>
        <w:t>sosial</w:t>
      </w:r>
      <w:proofErr w:type="spellEnd"/>
      <w:r>
        <w:t xml:space="preserve"> </w:t>
      </w:r>
      <w:proofErr w:type="spellStart"/>
      <w:r>
        <w:t>dipandang</w:t>
      </w:r>
      <w:proofErr w:type="spellEnd"/>
      <w:r>
        <w:t xml:space="preserve"> </w:t>
      </w:r>
      <w:proofErr w:type="spellStart"/>
      <w:r>
        <w:t>memiliki</w:t>
      </w:r>
      <w:proofErr w:type="spellEnd"/>
      <w:r>
        <w:t xml:space="preserve"> </w:t>
      </w:r>
      <w:proofErr w:type="spellStart"/>
      <w:r>
        <w:t>peran</w:t>
      </w:r>
      <w:proofErr w:type="spellEnd"/>
      <w:r>
        <w:t xml:space="preserve"> </w:t>
      </w:r>
      <w:proofErr w:type="spellStart"/>
      <w:r>
        <w:t>strategis</w:t>
      </w:r>
      <w:proofErr w:type="spellEnd"/>
      <w:r>
        <w:t xml:space="preserve"> </w:t>
      </w:r>
      <w:proofErr w:type="spellStart"/>
      <w:r>
        <w:t>sebagai</w:t>
      </w:r>
      <w:proofErr w:type="spellEnd"/>
      <w:r>
        <w:t xml:space="preserve"> </w:t>
      </w:r>
      <w:proofErr w:type="spellStart"/>
      <w:r>
        <w:t>fasilitator</w:t>
      </w:r>
      <w:proofErr w:type="spellEnd"/>
      <w:r>
        <w:t xml:space="preserve">, motivator, dan </w:t>
      </w:r>
      <w:proofErr w:type="spellStart"/>
      <w:r>
        <w:t>inovator</w:t>
      </w:r>
      <w:proofErr w:type="spellEnd"/>
      <w:r>
        <w:t xml:space="preserve"> </w:t>
      </w:r>
      <w:proofErr w:type="spellStart"/>
      <w:r>
        <w:t>dalam</w:t>
      </w:r>
      <w:proofErr w:type="spellEnd"/>
      <w:r>
        <w:t xml:space="preserve"> </w:t>
      </w:r>
      <w:proofErr w:type="spellStart"/>
      <w:r>
        <w:t>mendorong</w:t>
      </w:r>
      <w:proofErr w:type="spellEnd"/>
      <w:r>
        <w:t xml:space="preserve"> </w:t>
      </w:r>
      <w:proofErr w:type="spellStart"/>
      <w:r>
        <w:t>pemberdayaan</w:t>
      </w:r>
      <w:proofErr w:type="spellEnd"/>
      <w:r>
        <w:t xml:space="preserve"> UMKM (Hanum &amp; Wibowo, 2023) -- </w:t>
      </w:r>
      <w:proofErr w:type="spellStart"/>
      <w:r>
        <w:t>peran</w:t>
      </w:r>
      <w:proofErr w:type="spellEnd"/>
      <w:r>
        <w:t xml:space="preserve"> yang </w:t>
      </w:r>
      <w:proofErr w:type="spellStart"/>
      <w:r>
        <w:t>sejalan</w:t>
      </w:r>
      <w:proofErr w:type="spellEnd"/>
      <w:r>
        <w:t xml:space="preserve"> </w:t>
      </w:r>
      <w:proofErr w:type="spellStart"/>
      <w:r>
        <w:t>dengan</w:t>
      </w:r>
      <w:proofErr w:type="spellEnd"/>
      <w:r>
        <w:t xml:space="preserve"> </w:t>
      </w:r>
      <w:proofErr w:type="spellStart"/>
      <w:r>
        <w:t>posisi</w:t>
      </w:r>
      <w:proofErr w:type="spellEnd"/>
      <w:r>
        <w:t xml:space="preserve"> </w:t>
      </w:r>
      <w:proofErr w:type="spellStart"/>
      <w:r>
        <w:t>korporasi</w:t>
      </w:r>
      <w:proofErr w:type="spellEnd"/>
      <w:r>
        <w:t xml:space="preserve"> </w:t>
      </w:r>
      <w:proofErr w:type="spellStart"/>
      <w:r>
        <w:t>seperti</w:t>
      </w:r>
      <w:proofErr w:type="spellEnd"/>
      <w:r>
        <w:t xml:space="preserve"> Unilever Indonesia </w:t>
      </w:r>
      <w:proofErr w:type="spellStart"/>
      <w:r>
        <w:t>ketika</w:t>
      </w:r>
      <w:proofErr w:type="spellEnd"/>
      <w:r>
        <w:t xml:space="preserve"> </w:t>
      </w:r>
      <w:proofErr w:type="spellStart"/>
      <w:r>
        <w:t>merancang</w:t>
      </w:r>
      <w:proofErr w:type="spellEnd"/>
      <w:r>
        <w:t xml:space="preserve"> program CSR yang </w:t>
      </w:r>
      <w:proofErr w:type="spellStart"/>
      <w:r>
        <w:t>tidak</w:t>
      </w:r>
      <w:proofErr w:type="spellEnd"/>
      <w:r>
        <w:t xml:space="preserve"> </w:t>
      </w:r>
      <w:proofErr w:type="spellStart"/>
      <w:r>
        <w:t>sekadar</w:t>
      </w:r>
      <w:proofErr w:type="spellEnd"/>
      <w:r>
        <w:t xml:space="preserve"> </w:t>
      </w:r>
      <w:proofErr w:type="spellStart"/>
      <w:r>
        <w:t>menyalurkan</w:t>
      </w:r>
      <w:proofErr w:type="spellEnd"/>
      <w:r>
        <w:t xml:space="preserve"> </w:t>
      </w:r>
      <w:proofErr w:type="spellStart"/>
      <w:r>
        <w:t>bantuan</w:t>
      </w:r>
      <w:proofErr w:type="spellEnd"/>
      <w:r>
        <w:t xml:space="preserve">, </w:t>
      </w:r>
      <w:proofErr w:type="spellStart"/>
      <w:r>
        <w:t>tetapi</w:t>
      </w:r>
      <w:proofErr w:type="spellEnd"/>
      <w:r>
        <w:t xml:space="preserve"> juga </w:t>
      </w:r>
      <w:proofErr w:type="spellStart"/>
      <w:r>
        <w:t>membangun</w:t>
      </w:r>
      <w:proofErr w:type="spellEnd"/>
      <w:r>
        <w:t xml:space="preserve"> </w:t>
      </w:r>
      <w:proofErr w:type="spellStart"/>
      <w:r>
        <w:t>kapasitas</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pelaku</w:t>
      </w:r>
      <w:proofErr w:type="spellEnd"/>
      <w:r>
        <w:t xml:space="preserve"> </w:t>
      </w:r>
      <w:proofErr w:type="spellStart"/>
      <w:r>
        <w:t>usaha</w:t>
      </w:r>
      <w:proofErr w:type="spellEnd"/>
      <w:r>
        <w:t>.</w:t>
      </w:r>
    </w:p>
    <w:p w14:paraId="4A53D913" w14:textId="77777777" w:rsidR="00D77EA0" w:rsidRDefault="00000000" w:rsidP="00F01415">
      <w:pPr>
        <w:spacing w:after="0" w:line="240" w:lineRule="auto"/>
        <w:jc w:val="both"/>
      </w:pPr>
      <w:proofErr w:type="spellStart"/>
      <w:r>
        <w:t>Keterlibatan</w:t>
      </w:r>
      <w:proofErr w:type="spellEnd"/>
      <w:r>
        <w:t xml:space="preserve"> </w:t>
      </w:r>
      <w:proofErr w:type="spellStart"/>
      <w:r>
        <w:t>korporasi</w:t>
      </w:r>
      <w:proofErr w:type="spellEnd"/>
      <w:r>
        <w:t xml:space="preserve"> </w:t>
      </w:r>
      <w:proofErr w:type="spellStart"/>
      <w:r>
        <w:t>multinasional</w:t>
      </w:r>
      <w:proofErr w:type="spellEnd"/>
      <w:r>
        <w:t xml:space="preserve"> </w:t>
      </w:r>
      <w:proofErr w:type="spellStart"/>
      <w:r>
        <w:t>dalam</w:t>
      </w:r>
      <w:proofErr w:type="spellEnd"/>
      <w:r>
        <w:t xml:space="preserve"> </w:t>
      </w:r>
      <w:proofErr w:type="spellStart"/>
      <w:r>
        <w:t>pemberdayaan</w:t>
      </w:r>
      <w:proofErr w:type="spellEnd"/>
      <w:r>
        <w:t xml:space="preserve"> UMKM juga </w:t>
      </w:r>
      <w:proofErr w:type="spellStart"/>
      <w:r>
        <w:t>perlu</w:t>
      </w:r>
      <w:proofErr w:type="spellEnd"/>
      <w:r>
        <w:t xml:space="preserve"> </w:t>
      </w:r>
      <w:proofErr w:type="spellStart"/>
      <w:r>
        <w:t>dipahami</w:t>
      </w:r>
      <w:proofErr w:type="spellEnd"/>
      <w:r>
        <w:t xml:space="preserve"> </w:t>
      </w:r>
      <w:proofErr w:type="spellStart"/>
      <w:r>
        <w:t>dalam</w:t>
      </w:r>
      <w:proofErr w:type="spellEnd"/>
      <w:r>
        <w:t xml:space="preserve"> </w:t>
      </w:r>
      <w:proofErr w:type="spellStart"/>
      <w:r>
        <w:t>konteks</w:t>
      </w:r>
      <w:proofErr w:type="spellEnd"/>
      <w:r>
        <w:t xml:space="preserve"> yang </w:t>
      </w:r>
      <w:proofErr w:type="spellStart"/>
      <w:r>
        <w:t>lebih</w:t>
      </w:r>
      <w:proofErr w:type="spellEnd"/>
      <w:r>
        <w:t xml:space="preserve"> </w:t>
      </w:r>
      <w:proofErr w:type="spellStart"/>
      <w:r>
        <w:t>luas</w:t>
      </w:r>
      <w:proofErr w:type="spellEnd"/>
      <w:r>
        <w:t xml:space="preserve">, </w:t>
      </w:r>
      <w:proofErr w:type="spellStart"/>
      <w:r>
        <w:t>yaitu</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upaya</w:t>
      </w:r>
      <w:proofErr w:type="spellEnd"/>
      <w:r>
        <w:t xml:space="preserve"> </w:t>
      </w:r>
      <w:proofErr w:type="spellStart"/>
      <w:r>
        <w:t>pembangunan</w:t>
      </w:r>
      <w:proofErr w:type="spellEnd"/>
      <w:r>
        <w:t xml:space="preserve"> </w:t>
      </w:r>
      <w:proofErr w:type="spellStart"/>
      <w:r>
        <w:t>ekonomi</w:t>
      </w:r>
      <w:proofErr w:type="spellEnd"/>
      <w:r>
        <w:t xml:space="preserve"> </w:t>
      </w:r>
      <w:proofErr w:type="spellStart"/>
      <w:r>
        <w:t>inklusif</w:t>
      </w:r>
      <w:proofErr w:type="spellEnd"/>
      <w:r>
        <w:t xml:space="preserve"> yang </w:t>
      </w:r>
      <w:proofErr w:type="spellStart"/>
      <w:r>
        <w:t>melibatkan</w:t>
      </w:r>
      <w:proofErr w:type="spellEnd"/>
      <w:r>
        <w:t xml:space="preserve"> </w:t>
      </w:r>
      <w:proofErr w:type="spellStart"/>
      <w:r>
        <w:t>banyak</w:t>
      </w:r>
      <w:proofErr w:type="spellEnd"/>
      <w:r>
        <w:t xml:space="preserve"> </w:t>
      </w:r>
      <w:proofErr w:type="spellStart"/>
      <w:r>
        <w:t>pemangku</w:t>
      </w:r>
      <w:proofErr w:type="spellEnd"/>
      <w:r>
        <w:t xml:space="preserve"> </w:t>
      </w:r>
      <w:proofErr w:type="spellStart"/>
      <w:r>
        <w:t>kepentingan</w:t>
      </w:r>
      <w:proofErr w:type="spellEnd"/>
      <w:r>
        <w:t xml:space="preserve">. Ketika </w:t>
      </w:r>
      <w:proofErr w:type="spellStart"/>
      <w:r>
        <w:t>perusahaan</w:t>
      </w:r>
      <w:proofErr w:type="spellEnd"/>
      <w:r>
        <w:t xml:space="preserve"> </w:t>
      </w:r>
      <w:proofErr w:type="spellStart"/>
      <w:r>
        <w:t>besar</w:t>
      </w:r>
      <w:proofErr w:type="spellEnd"/>
      <w:r>
        <w:t xml:space="preserve"> </w:t>
      </w:r>
      <w:proofErr w:type="spellStart"/>
      <w:r>
        <w:t>seperti</w:t>
      </w:r>
      <w:proofErr w:type="spellEnd"/>
      <w:r>
        <w:t xml:space="preserve"> Unilever Indonesia </w:t>
      </w:r>
      <w:proofErr w:type="spellStart"/>
      <w:r>
        <w:t>turut</w:t>
      </w:r>
      <w:proofErr w:type="spellEnd"/>
      <w:r>
        <w:t xml:space="preserve"> </w:t>
      </w:r>
      <w:proofErr w:type="spellStart"/>
      <w:r>
        <w:t>ambil</w:t>
      </w:r>
      <w:proofErr w:type="spellEnd"/>
      <w:r>
        <w:t xml:space="preserve"> </w:t>
      </w:r>
      <w:proofErr w:type="spellStart"/>
      <w:r>
        <w:t>bagian</w:t>
      </w:r>
      <w:proofErr w:type="spellEnd"/>
      <w:r>
        <w:t xml:space="preserve"> </w:t>
      </w:r>
      <w:proofErr w:type="spellStart"/>
      <w:r>
        <w:t>dalam</w:t>
      </w:r>
      <w:proofErr w:type="spellEnd"/>
      <w:r>
        <w:t xml:space="preserve"> </w:t>
      </w:r>
      <w:proofErr w:type="spellStart"/>
      <w:r>
        <w:t>penguatan</w:t>
      </w:r>
      <w:proofErr w:type="spellEnd"/>
      <w:r>
        <w:t xml:space="preserve"> UMKM, </w:t>
      </w:r>
      <w:proofErr w:type="spellStart"/>
      <w:r>
        <w:t>terbentuk</w:t>
      </w:r>
      <w:proofErr w:type="spellEnd"/>
      <w:r>
        <w:t xml:space="preserve"> </w:t>
      </w:r>
      <w:proofErr w:type="spellStart"/>
      <w:r>
        <w:t>relasi</w:t>
      </w:r>
      <w:proofErr w:type="spellEnd"/>
      <w:r>
        <w:t xml:space="preserve"> </w:t>
      </w:r>
      <w:proofErr w:type="spellStart"/>
      <w:r>
        <w:t>kemitraan</w:t>
      </w:r>
      <w:proofErr w:type="spellEnd"/>
      <w:r>
        <w:t xml:space="preserve"> yang </w:t>
      </w:r>
      <w:proofErr w:type="spellStart"/>
      <w:r>
        <w:t>saling</w:t>
      </w:r>
      <w:proofErr w:type="spellEnd"/>
      <w:r>
        <w:t xml:space="preserve"> </w:t>
      </w:r>
      <w:proofErr w:type="spellStart"/>
      <w:r>
        <w:t>menguntungkan</w:t>
      </w:r>
      <w:proofErr w:type="spellEnd"/>
      <w:r>
        <w:t xml:space="preserve">: </w:t>
      </w:r>
      <w:r>
        <w:t xml:space="preserve">UMKM </w:t>
      </w:r>
      <w:proofErr w:type="spellStart"/>
      <w:r>
        <w:t>memperoleh</w:t>
      </w:r>
      <w:proofErr w:type="spellEnd"/>
      <w:r>
        <w:t xml:space="preserve"> </w:t>
      </w:r>
      <w:proofErr w:type="spellStart"/>
      <w:r>
        <w:t>akses</w:t>
      </w:r>
      <w:proofErr w:type="spellEnd"/>
      <w:r>
        <w:t xml:space="preserve"> </w:t>
      </w:r>
      <w:proofErr w:type="spellStart"/>
      <w:r>
        <w:t>permodalan</w:t>
      </w:r>
      <w:proofErr w:type="spellEnd"/>
      <w:r>
        <w:t xml:space="preserve">, </w:t>
      </w:r>
      <w:proofErr w:type="spellStart"/>
      <w:r>
        <w:t>pelatihan</w:t>
      </w:r>
      <w:proofErr w:type="spellEnd"/>
      <w:r>
        <w:t xml:space="preserve">, dan pasar yang </w:t>
      </w:r>
      <w:proofErr w:type="spellStart"/>
      <w:r>
        <w:t>lebih</w:t>
      </w:r>
      <w:proofErr w:type="spellEnd"/>
      <w:r>
        <w:t xml:space="preserve"> </w:t>
      </w:r>
      <w:proofErr w:type="spellStart"/>
      <w:r>
        <w:t>luas</w:t>
      </w:r>
      <w:proofErr w:type="spellEnd"/>
      <w:r>
        <w:t xml:space="preserve">, </w:t>
      </w:r>
      <w:proofErr w:type="spellStart"/>
      <w:r>
        <w:t>sementara</w:t>
      </w:r>
      <w:proofErr w:type="spellEnd"/>
      <w:r>
        <w:t xml:space="preserve"> </w:t>
      </w:r>
      <w:proofErr w:type="spellStart"/>
      <w:r>
        <w:t>perusahaan</w:t>
      </w:r>
      <w:proofErr w:type="spellEnd"/>
      <w:r>
        <w:t xml:space="preserve"> </w:t>
      </w:r>
      <w:proofErr w:type="spellStart"/>
      <w:r>
        <w:t>memperoleh</w:t>
      </w:r>
      <w:proofErr w:type="spellEnd"/>
      <w:r>
        <w:t xml:space="preserve"> </w:t>
      </w:r>
      <w:proofErr w:type="spellStart"/>
      <w:r>
        <w:t>loyalitas</w:t>
      </w:r>
      <w:proofErr w:type="spellEnd"/>
      <w:r>
        <w:t xml:space="preserve"> </w:t>
      </w:r>
      <w:proofErr w:type="spellStart"/>
      <w:r>
        <w:t>mitra</w:t>
      </w:r>
      <w:proofErr w:type="spellEnd"/>
      <w:r>
        <w:t xml:space="preserve"> </w:t>
      </w:r>
      <w:proofErr w:type="spellStart"/>
      <w:r>
        <w:t>usaha</w:t>
      </w:r>
      <w:proofErr w:type="spellEnd"/>
      <w:r>
        <w:t xml:space="preserve"> </w:t>
      </w:r>
      <w:proofErr w:type="spellStart"/>
      <w:r>
        <w:t>serta</w:t>
      </w:r>
      <w:proofErr w:type="spellEnd"/>
      <w:r>
        <w:t xml:space="preserve"> </w:t>
      </w:r>
      <w:proofErr w:type="spellStart"/>
      <w:r>
        <w:t>penguatan</w:t>
      </w:r>
      <w:proofErr w:type="spellEnd"/>
      <w:r>
        <w:t xml:space="preserve"> </w:t>
      </w:r>
      <w:proofErr w:type="spellStart"/>
      <w:r>
        <w:t>rantai</w:t>
      </w:r>
      <w:proofErr w:type="spellEnd"/>
      <w:r>
        <w:t xml:space="preserve"> </w:t>
      </w:r>
      <w:proofErr w:type="spellStart"/>
      <w:r>
        <w:t>pasok</w:t>
      </w:r>
      <w:proofErr w:type="spellEnd"/>
      <w:r>
        <w:t xml:space="preserve"> di </w:t>
      </w:r>
      <w:proofErr w:type="spellStart"/>
      <w:r>
        <w:t>tingkat</w:t>
      </w:r>
      <w:proofErr w:type="spellEnd"/>
      <w:r>
        <w:t xml:space="preserve"> </w:t>
      </w:r>
      <w:proofErr w:type="spellStart"/>
      <w:r>
        <w:t>akar</w:t>
      </w:r>
      <w:proofErr w:type="spellEnd"/>
      <w:r>
        <w:t xml:space="preserve"> </w:t>
      </w:r>
      <w:proofErr w:type="spellStart"/>
      <w:r>
        <w:t>rumput</w:t>
      </w:r>
      <w:proofErr w:type="spellEnd"/>
      <w:r>
        <w:t xml:space="preserve">. Pola </w:t>
      </w:r>
      <w:proofErr w:type="spellStart"/>
      <w:r>
        <w:t>kemitraan</w:t>
      </w:r>
      <w:proofErr w:type="spellEnd"/>
      <w:r>
        <w:t xml:space="preserve"> </w:t>
      </w:r>
      <w:proofErr w:type="spellStart"/>
      <w:r>
        <w:t>semacam</w:t>
      </w:r>
      <w:proofErr w:type="spellEnd"/>
      <w:r>
        <w:t xml:space="preserve"> </w:t>
      </w:r>
      <w:proofErr w:type="spellStart"/>
      <w:r>
        <w:t>ini</w:t>
      </w:r>
      <w:proofErr w:type="spellEnd"/>
      <w:r>
        <w:t xml:space="preserve"> </w:t>
      </w:r>
      <w:proofErr w:type="spellStart"/>
      <w:r>
        <w:t>menegaskan</w:t>
      </w:r>
      <w:proofErr w:type="spellEnd"/>
      <w:r>
        <w:t xml:space="preserve"> </w:t>
      </w:r>
      <w:proofErr w:type="spellStart"/>
      <w:r>
        <w:t>bahwa</w:t>
      </w:r>
      <w:proofErr w:type="spellEnd"/>
      <w:r>
        <w:t xml:space="preserve"> CSR </w:t>
      </w:r>
      <w:proofErr w:type="spellStart"/>
      <w:r>
        <w:t>tidak</w:t>
      </w:r>
      <w:proofErr w:type="spellEnd"/>
      <w:r>
        <w:t xml:space="preserve"> </w:t>
      </w:r>
      <w:proofErr w:type="spellStart"/>
      <w:r>
        <w:t>dapat</w:t>
      </w:r>
      <w:proofErr w:type="spellEnd"/>
      <w:r>
        <w:t xml:space="preserve"> </w:t>
      </w:r>
      <w:proofErr w:type="spellStart"/>
      <w:r>
        <w:t>lagi</w:t>
      </w:r>
      <w:proofErr w:type="spellEnd"/>
      <w:r>
        <w:t xml:space="preserve"> </w:t>
      </w:r>
      <w:proofErr w:type="spellStart"/>
      <w:r>
        <w:t>dipandang</w:t>
      </w:r>
      <w:proofErr w:type="spellEnd"/>
      <w:r>
        <w:t xml:space="preserve"> </w:t>
      </w:r>
      <w:proofErr w:type="spellStart"/>
      <w:r>
        <w:t>sebagai</w:t>
      </w:r>
      <w:proofErr w:type="spellEnd"/>
      <w:r>
        <w:t xml:space="preserve"> </w:t>
      </w:r>
      <w:proofErr w:type="spellStart"/>
      <w:r>
        <w:t>aktivitas</w:t>
      </w:r>
      <w:proofErr w:type="spellEnd"/>
      <w:r>
        <w:t xml:space="preserve"> </w:t>
      </w:r>
      <w:proofErr w:type="spellStart"/>
      <w:r>
        <w:t>filantropis</w:t>
      </w:r>
      <w:proofErr w:type="spellEnd"/>
      <w:r>
        <w:t xml:space="preserve"> </w:t>
      </w:r>
      <w:proofErr w:type="spellStart"/>
      <w:r>
        <w:t>semata</w:t>
      </w:r>
      <w:proofErr w:type="spellEnd"/>
      <w:r>
        <w:t xml:space="preserve">, </w:t>
      </w:r>
      <w:proofErr w:type="spellStart"/>
      <w:r>
        <w:t>melainkan</w:t>
      </w:r>
      <w:proofErr w:type="spellEnd"/>
      <w:r>
        <w:t xml:space="preserve"> </w:t>
      </w:r>
      <w:proofErr w:type="spellStart"/>
      <w:r>
        <w:t>sebagai</w:t>
      </w:r>
      <w:proofErr w:type="spellEnd"/>
      <w:r>
        <w:t xml:space="preserve"> strategi </w:t>
      </w:r>
      <w:proofErr w:type="spellStart"/>
      <w:r>
        <w:t>bisnis</w:t>
      </w:r>
      <w:proofErr w:type="spellEnd"/>
      <w:r>
        <w:t xml:space="preserve"> </w:t>
      </w:r>
      <w:proofErr w:type="spellStart"/>
      <w:r>
        <w:t>berkelanjutan</w:t>
      </w:r>
      <w:proofErr w:type="spellEnd"/>
      <w:r>
        <w:t xml:space="preserve"> yang </w:t>
      </w:r>
      <w:proofErr w:type="spellStart"/>
      <w:r>
        <w:t>saling</w:t>
      </w:r>
      <w:proofErr w:type="spellEnd"/>
      <w:r>
        <w:t xml:space="preserve"> </w:t>
      </w:r>
      <w:proofErr w:type="spellStart"/>
      <w:r>
        <w:t>menghidupi</w:t>
      </w:r>
      <w:proofErr w:type="spellEnd"/>
      <w:r>
        <w:t xml:space="preserve"> </w:t>
      </w:r>
      <w:proofErr w:type="spellStart"/>
      <w:r>
        <w:t>antara</w:t>
      </w:r>
      <w:proofErr w:type="spellEnd"/>
      <w:r>
        <w:t xml:space="preserve"> </w:t>
      </w:r>
      <w:proofErr w:type="spellStart"/>
      <w:r>
        <w:t>kepentingan</w:t>
      </w:r>
      <w:proofErr w:type="spellEnd"/>
      <w:r>
        <w:t xml:space="preserve"> </w:t>
      </w:r>
      <w:proofErr w:type="spellStart"/>
      <w:r>
        <w:t>korporasi</w:t>
      </w:r>
      <w:proofErr w:type="spellEnd"/>
      <w:r>
        <w:t xml:space="preserve"> dan </w:t>
      </w:r>
      <w:proofErr w:type="spellStart"/>
      <w:r>
        <w:t>kepentingan</w:t>
      </w:r>
      <w:proofErr w:type="spellEnd"/>
      <w:r>
        <w:t xml:space="preserve"> </w:t>
      </w:r>
      <w:proofErr w:type="spellStart"/>
      <w:r>
        <w:t>masyarakat</w:t>
      </w:r>
      <w:proofErr w:type="spellEnd"/>
      <w:r>
        <w:t>.</w:t>
      </w:r>
    </w:p>
    <w:p w14:paraId="0DBB8F03" w14:textId="77777777" w:rsidR="00D77EA0" w:rsidRDefault="00000000" w:rsidP="00F01415">
      <w:pPr>
        <w:spacing w:after="0" w:line="240" w:lineRule="auto"/>
        <w:jc w:val="both"/>
      </w:pPr>
      <w:proofErr w:type="spellStart"/>
      <w:r>
        <w:t>Signifikansi</w:t>
      </w:r>
      <w:proofErr w:type="spellEnd"/>
      <w:r>
        <w:t xml:space="preserve"> </w:t>
      </w:r>
      <w:proofErr w:type="spellStart"/>
      <w:r>
        <w:t>kajian</w:t>
      </w:r>
      <w:proofErr w:type="spellEnd"/>
      <w:r>
        <w:t xml:space="preserve"> </w:t>
      </w:r>
      <w:proofErr w:type="spellStart"/>
      <w:r>
        <w:t>ini</w:t>
      </w:r>
      <w:proofErr w:type="spellEnd"/>
      <w:r>
        <w:t xml:space="preserve"> juga </w:t>
      </w:r>
      <w:proofErr w:type="spellStart"/>
      <w:r>
        <w:t>perlu</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sisi</w:t>
      </w:r>
      <w:proofErr w:type="spellEnd"/>
      <w:r>
        <w:t xml:space="preserve"> </w:t>
      </w:r>
      <w:proofErr w:type="spellStart"/>
      <w:r>
        <w:t>kebutuhan</w:t>
      </w:r>
      <w:proofErr w:type="spellEnd"/>
      <w:r>
        <w:t xml:space="preserve"> </w:t>
      </w:r>
      <w:proofErr w:type="spellStart"/>
      <w:r>
        <w:t>literatur</w:t>
      </w:r>
      <w:proofErr w:type="spellEnd"/>
      <w:r>
        <w:t xml:space="preserve"> </w:t>
      </w:r>
      <w:proofErr w:type="spellStart"/>
      <w:r>
        <w:t>pekerjaan</w:t>
      </w:r>
      <w:proofErr w:type="spellEnd"/>
      <w:r>
        <w:t xml:space="preserve"> </w:t>
      </w:r>
      <w:proofErr w:type="spellStart"/>
      <w:r>
        <w:t>sosial</w:t>
      </w:r>
      <w:proofErr w:type="spellEnd"/>
      <w:r>
        <w:t xml:space="preserve"> di Indonesia yang </w:t>
      </w:r>
      <w:proofErr w:type="spellStart"/>
      <w:r>
        <w:t>masih</w:t>
      </w:r>
      <w:proofErr w:type="spellEnd"/>
      <w:r>
        <w:t xml:space="preserve"> </w:t>
      </w:r>
      <w:proofErr w:type="spellStart"/>
      <w:r>
        <w:t>relatif</w:t>
      </w:r>
      <w:proofErr w:type="spellEnd"/>
      <w:r>
        <w:t xml:space="preserve"> </w:t>
      </w:r>
      <w:proofErr w:type="spellStart"/>
      <w:r>
        <w:t>terbatas</w:t>
      </w:r>
      <w:proofErr w:type="spellEnd"/>
      <w:r>
        <w:t xml:space="preserve"> </w:t>
      </w:r>
      <w:proofErr w:type="spellStart"/>
      <w:r>
        <w:t>mengulas</w:t>
      </w:r>
      <w:proofErr w:type="spellEnd"/>
      <w:r>
        <w:t xml:space="preserve"> </w:t>
      </w:r>
      <w:proofErr w:type="spellStart"/>
      <w:r>
        <w:t>peran</w:t>
      </w:r>
      <w:proofErr w:type="spellEnd"/>
      <w:r>
        <w:t xml:space="preserve"> </w:t>
      </w:r>
      <w:proofErr w:type="spellStart"/>
      <w:r>
        <w:t>korporasi</w:t>
      </w:r>
      <w:proofErr w:type="spellEnd"/>
      <w:r>
        <w:t xml:space="preserve"> </w:t>
      </w:r>
      <w:proofErr w:type="spellStart"/>
      <w:r>
        <w:t>multinasional</w:t>
      </w:r>
      <w:proofErr w:type="spellEnd"/>
      <w:r>
        <w:t xml:space="preserve"> </w:t>
      </w:r>
      <w:proofErr w:type="spellStart"/>
      <w:r>
        <w:t>secara</w:t>
      </w:r>
      <w:proofErr w:type="spellEnd"/>
      <w:r>
        <w:t xml:space="preserve"> </w:t>
      </w:r>
      <w:proofErr w:type="spellStart"/>
      <w:r>
        <w:t>mendalam</w:t>
      </w:r>
      <w:proofErr w:type="spellEnd"/>
      <w:r>
        <w:t xml:space="preserve"> </w:t>
      </w:r>
      <w:proofErr w:type="spellStart"/>
      <w:r>
        <w:t>dalam</w:t>
      </w:r>
      <w:proofErr w:type="spellEnd"/>
      <w:r>
        <w:t xml:space="preserve"> </w:t>
      </w:r>
      <w:proofErr w:type="spellStart"/>
      <w:r>
        <w:t>isu</w:t>
      </w:r>
      <w:proofErr w:type="spellEnd"/>
      <w:r>
        <w:t xml:space="preserve"> </w:t>
      </w:r>
      <w:proofErr w:type="spellStart"/>
      <w:r>
        <w:t>pemberdayaan</w:t>
      </w:r>
      <w:proofErr w:type="spellEnd"/>
      <w:r>
        <w:t xml:space="preserve"> </w:t>
      </w:r>
      <w:proofErr w:type="spellStart"/>
      <w:r>
        <w:t>ekonomi</w:t>
      </w:r>
      <w:proofErr w:type="spellEnd"/>
      <w:r>
        <w:t xml:space="preserve"> </w:t>
      </w:r>
      <w:proofErr w:type="spellStart"/>
      <w:r>
        <w:t>lokal</w:t>
      </w:r>
      <w:proofErr w:type="spellEnd"/>
      <w:r>
        <w:t xml:space="preserve"> </w:t>
      </w:r>
      <w:proofErr w:type="spellStart"/>
      <w:r>
        <w:t>berskala</w:t>
      </w:r>
      <w:proofErr w:type="spellEnd"/>
      <w:r>
        <w:t xml:space="preserve"> </w:t>
      </w:r>
      <w:proofErr w:type="spellStart"/>
      <w:r>
        <w:t>nasional</w:t>
      </w:r>
      <w:proofErr w:type="spellEnd"/>
      <w:r>
        <w:t xml:space="preserve">. Sebagian </w:t>
      </w:r>
      <w:proofErr w:type="spellStart"/>
      <w:r>
        <w:t>besar</w:t>
      </w:r>
      <w:proofErr w:type="spellEnd"/>
      <w:r>
        <w:t xml:space="preserve"> </w:t>
      </w:r>
      <w:proofErr w:type="spellStart"/>
      <w:r>
        <w:t>kajian</w:t>
      </w:r>
      <w:proofErr w:type="spellEnd"/>
      <w:r>
        <w:t xml:space="preserve"> CSR yang </w:t>
      </w:r>
      <w:proofErr w:type="spellStart"/>
      <w:r>
        <w:t>tersedia</w:t>
      </w:r>
      <w:proofErr w:type="spellEnd"/>
      <w:r>
        <w:t xml:space="preserve"> </w:t>
      </w:r>
      <w:proofErr w:type="spellStart"/>
      <w:r>
        <w:t>cenderung</w:t>
      </w:r>
      <w:proofErr w:type="spellEnd"/>
      <w:r>
        <w:t xml:space="preserve"> </w:t>
      </w:r>
      <w:proofErr w:type="spellStart"/>
      <w:r>
        <w:t>berfokus</w:t>
      </w:r>
      <w:proofErr w:type="spellEnd"/>
      <w:r>
        <w:t xml:space="preserve"> pada </w:t>
      </w:r>
      <w:proofErr w:type="spellStart"/>
      <w:r>
        <w:t>studi</w:t>
      </w:r>
      <w:proofErr w:type="spellEnd"/>
      <w:r>
        <w:t xml:space="preserve"> </w:t>
      </w:r>
      <w:proofErr w:type="spellStart"/>
      <w:r>
        <w:t>kasus</w:t>
      </w:r>
      <w:proofErr w:type="spellEnd"/>
      <w:r>
        <w:t xml:space="preserve"> </w:t>
      </w:r>
      <w:proofErr w:type="spellStart"/>
      <w:r>
        <w:t>tunggal</w:t>
      </w:r>
      <w:proofErr w:type="spellEnd"/>
      <w:r>
        <w:t xml:space="preserve"> di </w:t>
      </w:r>
      <w:proofErr w:type="spellStart"/>
      <w:r>
        <w:t>satu</w:t>
      </w:r>
      <w:proofErr w:type="spellEnd"/>
      <w:r>
        <w:t xml:space="preserve"> wilayah </w:t>
      </w:r>
      <w:proofErr w:type="spellStart"/>
      <w:r>
        <w:t>operasional</w:t>
      </w:r>
      <w:proofErr w:type="spellEnd"/>
      <w:r>
        <w:t xml:space="preserve"> </w:t>
      </w:r>
      <w:proofErr w:type="spellStart"/>
      <w:r>
        <w:t>perusahaan</w:t>
      </w:r>
      <w:proofErr w:type="spellEnd"/>
      <w:r>
        <w:t xml:space="preserve">, </w:t>
      </w:r>
      <w:proofErr w:type="spellStart"/>
      <w:r>
        <w:t>sementara</w:t>
      </w:r>
      <w:proofErr w:type="spellEnd"/>
      <w:r>
        <w:t xml:space="preserve"> program </w:t>
      </w:r>
      <w:proofErr w:type="spellStart"/>
      <w:r>
        <w:t>seperti</w:t>
      </w:r>
      <w:proofErr w:type="spellEnd"/>
      <w:r>
        <w:t xml:space="preserve"> #UnileverUntukIndonesia </w:t>
      </w:r>
      <w:proofErr w:type="spellStart"/>
      <w:r>
        <w:t>menjangkau</w:t>
      </w:r>
      <w:proofErr w:type="spellEnd"/>
      <w:r>
        <w:t xml:space="preserve"> </w:t>
      </w:r>
      <w:proofErr w:type="spellStart"/>
      <w:r>
        <w:t>ratusan</w:t>
      </w:r>
      <w:proofErr w:type="spellEnd"/>
      <w:r>
        <w:t xml:space="preserve"> </w:t>
      </w:r>
      <w:proofErr w:type="spellStart"/>
      <w:r>
        <w:t>ribu</w:t>
      </w:r>
      <w:proofErr w:type="spellEnd"/>
      <w:r>
        <w:t xml:space="preserve"> </w:t>
      </w:r>
      <w:proofErr w:type="spellStart"/>
      <w:r>
        <w:t>pelaku</w:t>
      </w:r>
      <w:proofErr w:type="spellEnd"/>
      <w:r>
        <w:t xml:space="preserve"> </w:t>
      </w:r>
      <w:proofErr w:type="spellStart"/>
      <w:r>
        <w:t>usaha</w:t>
      </w:r>
      <w:proofErr w:type="spellEnd"/>
      <w:r>
        <w:t xml:space="preserve"> </w:t>
      </w:r>
      <w:proofErr w:type="spellStart"/>
      <w:r>
        <w:t>secara</w:t>
      </w:r>
      <w:proofErr w:type="spellEnd"/>
      <w:r>
        <w:t xml:space="preserve"> </w:t>
      </w:r>
      <w:proofErr w:type="spellStart"/>
      <w:r>
        <w:t>serentak</w:t>
      </w:r>
      <w:proofErr w:type="spellEnd"/>
      <w:r>
        <w:t xml:space="preserve"> di </w:t>
      </w:r>
      <w:proofErr w:type="spellStart"/>
      <w:r>
        <w:t>berbagai</w:t>
      </w:r>
      <w:proofErr w:type="spellEnd"/>
      <w:r>
        <w:t xml:space="preserve"> wilayah Indonesia. Skala </w:t>
      </w:r>
      <w:proofErr w:type="spellStart"/>
      <w:r>
        <w:t>jangkauan</w:t>
      </w:r>
      <w:proofErr w:type="spellEnd"/>
      <w:r>
        <w:t xml:space="preserve"> </w:t>
      </w:r>
      <w:proofErr w:type="spellStart"/>
      <w:r>
        <w:t>ini</w:t>
      </w:r>
      <w:proofErr w:type="spellEnd"/>
      <w:r>
        <w:t xml:space="preserve"> </w:t>
      </w:r>
      <w:proofErr w:type="spellStart"/>
      <w:r>
        <w:t>menghadirkan</w:t>
      </w:r>
      <w:proofErr w:type="spellEnd"/>
      <w:r>
        <w:t xml:space="preserve"> </w:t>
      </w:r>
      <w:proofErr w:type="spellStart"/>
      <w:r>
        <w:t>tantangan</w:t>
      </w:r>
      <w:proofErr w:type="spellEnd"/>
      <w:r>
        <w:t xml:space="preserve"> </w:t>
      </w:r>
      <w:proofErr w:type="spellStart"/>
      <w:r>
        <w:t>sekaligus</w:t>
      </w:r>
      <w:proofErr w:type="spellEnd"/>
      <w:r>
        <w:t xml:space="preserve"> </w:t>
      </w:r>
      <w:proofErr w:type="spellStart"/>
      <w:r>
        <w:t>peluang</w:t>
      </w:r>
      <w:proofErr w:type="spellEnd"/>
      <w:r>
        <w:t xml:space="preserve"> </w:t>
      </w:r>
      <w:proofErr w:type="spellStart"/>
      <w:r>
        <w:t>tersendiri</w:t>
      </w:r>
      <w:proofErr w:type="spellEnd"/>
      <w:r>
        <w:t xml:space="preserve"> </w:t>
      </w:r>
      <w:proofErr w:type="spellStart"/>
      <w:r>
        <w:t>bagi</w:t>
      </w:r>
      <w:proofErr w:type="spellEnd"/>
      <w:r>
        <w:t xml:space="preserve"> </w:t>
      </w:r>
      <w:proofErr w:type="spellStart"/>
      <w:r>
        <w:t>kajian</w:t>
      </w:r>
      <w:proofErr w:type="spellEnd"/>
      <w:r>
        <w:t xml:space="preserve"> </w:t>
      </w:r>
      <w:proofErr w:type="spellStart"/>
      <w:r>
        <w:t>pekerjaan</w:t>
      </w:r>
      <w:proofErr w:type="spellEnd"/>
      <w:r>
        <w:t xml:space="preserve"> </w:t>
      </w:r>
      <w:proofErr w:type="spellStart"/>
      <w:r>
        <w:t>sosial</w:t>
      </w:r>
      <w:proofErr w:type="spellEnd"/>
      <w:r>
        <w:t xml:space="preserve">: di </w:t>
      </w:r>
      <w:proofErr w:type="spellStart"/>
      <w:r>
        <w:t>satu</w:t>
      </w:r>
      <w:proofErr w:type="spellEnd"/>
      <w:r>
        <w:t xml:space="preserve"> </w:t>
      </w:r>
      <w:proofErr w:type="spellStart"/>
      <w:r>
        <w:t>sisi</w:t>
      </w:r>
      <w:proofErr w:type="spellEnd"/>
      <w:r>
        <w:t xml:space="preserve">, program </w:t>
      </w:r>
      <w:proofErr w:type="spellStart"/>
      <w:r>
        <w:t>berskala</w:t>
      </w:r>
      <w:proofErr w:type="spellEnd"/>
      <w:r>
        <w:t xml:space="preserve"> </w:t>
      </w:r>
      <w:proofErr w:type="spellStart"/>
      <w:r>
        <w:t>nasional</w:t>
      </w:r>
      <w:proofErr w:type="spellEnd"/>
      <w:r>
        <w:t xml:space="preserve"> </w:t>
      </w:r>
      <w:proofErr w:type="spellStart"/>
      <w:r>
        <w:t>lebih</w:t>
      </w:r>
      <w:proofErr w:type="spellEnd"/>
      <w:r>
        <w:t xml:space="preserve"> </w:t>
      </w:r>
      <w:proofErr w:type="spellStart"/>
      <w:r>
        <w:t>sulit</w:t>
      </w:r>
      <w:proofErr w:type="spellEnd"/>
      <w:r>
        <w:t xml:space="preserve"> </w:t>
      </w:r>
      <w:proofErr w:type="spellStart"/>
      <w:r>
        <w:t>dievaluasi</w:t>
      </w:r>
      <w:proofErr w:type="spellEnd"/>
      <w:r>
        <w:t xml:space="preserve"> </w:t>
      </w:r>
      <w:proofErr w:type="spellStart"/>
      <w:r>
        <w:t>kedalamannya</w:t>
      </w:r>
      <w:proofErr w:type="spellEnd"/>
      <w:r>
        <w:t xml:space="preserve"> </w:t>
      </w:r>
      <w:proofErr w:type="spellStart"/>
      <w:r>
        <w:t>dibandingkan</w:t>
      </w:r>
      <w:proofErr w:type="spellEnd"/>
      <w:r>
        <w:t xml:space="preserve"> program </w:t>
      </w:r>
      <w:proofErr w:type="spellStart"/>
      <w:r>
        <w:t>berbasis</w:t>
      </w:r>
      <w:proofErr w:type="spellEnd"/>
      <w:r>
        <w:t xml:space="preserve"> </w:t>
      </w:r>
      <w:proofErr w:type="spellStart"/>
      <w:r>
        <w:t>komunitas</w:t>
      </w:r>
      <w:proofErr w:type="spellEnd"/>
      <w:r>
        <w:t xml:space="preserve"> </w:t>
      </w:r>
      <w:proofErr w:type="spellStart"/>
      <w:r>
        <w:t>lokal</w:t>
      </w:r>
      <w:proofErr w:type="spellEnd"/>
      <w:r>
        <w:t xml:space="preserve">; di </w:t>
      </w:r>
      <w:proofErr w:type="spellStart"/>
      <w:r>
        <w:t>sisi</w:t>
      </w:r>
      <w:proofErr w:type="spellEnd"/>
      <w:r>
        <w:t xml:space="preserve"> lain, </w:t>
      </w:r>
      <w:proofErr w:type="spellStart"/>
      <w:r>
        <w:t>jangkauannya</w:t>
      </w:r>
      <w:proofErr w:type="spellEnd"/>
      <w:r>
        <w:t xml:space="preserve"> yang </w:t>
      </w:r>
      <w:proofErr w:type="spellStart"/>
      <w:r>
        <w:t>luas</w:t>
      </w:r>
      <w:proofErr w:type="spellEnd"/>
      <w:r>
        <w:t xml:space="preserve"> </w:t>
      </w:r>
      <w:proofErr w:type="spellStart"/>
      <w:r>
        <w:t>menjadikan</w:t>
      </w:r>
      <w:proofErr w:type="spellEnd"/>
      <w:r>
        <w:t xml:space="preserve"> program </w:t>
      </w:r>
      <w:proofErr w:type="spellStart"/>
      <w:r>
        <w:t>semacam</w:t>
      </w:r>
      <w:proofErr w:type="spellEnd"/>
      <w:r>
        <w:t xml:space="preserve"> </w:t>
      </w:r>
      <w:proofErr w:type="spellStart"/>
      <w:r>
        <w:t>ini</w:t>
      </w:r>
      <w:proofErr w:type="spellEnd"/>
      <w:r>
        <w:t xml:space="preserve"> </w:t>
      </w:r>
      <w:proofErr w:type="spellStart"/>
      <w:r>
        <w:t>relevan</w:t>
      </w:r>
      <w:proofErr w:type="spellEnd"/>
      <w:r>
        <w:t xml:space="preserve"> </w:t>
      </w:r>
      <w:proofErr w:type="spellStart"/>
      <w:r>
        <w:t>sebagai</w:t>
      </w:r>
      <w:proofErr w:type="spellEnd"/>
      <w:r>
        <w:t xml:space="preserve"> </w:t>
      </w:r>
      <w:proofErr w:type="spellStart"/>
      <w:r>
        <w:t>rujukan</w:t>
      </w:r>
      <w:proofErr w:type="spellEnd"/>
      <w:r>
        <w:t xml:space="preserve"> </w:t>
      </w:r>
      <w:proofErr w:type="spellStart"/>
      <w:r>
        <w:t>bagi</w:t>
      </w:r>
      <w:proofErr w:type="spellEnd"/>
      <w:r>
        <w:t xml:space="preserve"> </w:t>
      </w:r>
      <w:proofErr w:type="spellStart"/>
      <w:r>
        <w:t>perumusan</w:t>
      </w:r>
      <w:proofErr w:type="spellEnd"/>
      <w:r>
        <w:t xml:space="preserve"> </w:t>
      </w:r>
      <w:proofErr w:type="spellStart"/>
      <w:r>
        <w:t>kebijakan</w:t>
      </w:r>
      <w:proofErr w:type="spellEnd"/>
      <w:r>
        <w:t xml:space="preserve"> CSR yang </w:t>
      </w:r>
      <w:proofErr w:type="spellStart"/>
      <w:r>
        <w:t>lebih</w:t>
      </w:r>
      <w:proofErr w:type="spellEnd"/>
      <w:r>
        <w:t xml:space="preserve"> </w:t>
      </w:r>
      <w:proofErr w:type="spellStart"/>
      <w:r>
        <w:t>sistemik</w:t>
      </w:r>
      <w:proofErr w:type="spellEnd"/>
      <w:r>
        <w:t xml:space="preserve"> dan </w:t>
      </w:r>
      <w:proofErr w:type="spellStart"/>
      <w:r>
        <w:t>tidak</w:t>
      </w:r>
      <w:proofErr w:type="spellEnd"/>
      <w:r>
        <w:t xml:space="preserve"> </w:t>
      </w:r>
      <w:proofErr w:type="spellStart"/>
      <w:r>
        <w:t>sekadar</w:t>
      </w:r>
      <w:proofErr w:type="spellEnd"/>
      <w:r>
        <w:t xml:space="preserve"> </w:t>
      </w:r>
      <w:proofErr w:type="spellStart"/>
      <w:r>
        <w:t>bersifat</w:t>
      </w:r>
      <w:proofErr w:type="spellEnd"/>
      <w:r>
        <w:t xml:space="preserve"> </w:t>
      </w:r>
      <w:proofErr w:type="spellStart"/>
      <w:r>
        <w:t>kasuistis</w:t>
      </w:r>
      <w:proofErr w:type="spellEnd"/>
      <w:r>
        <w:t>.</w:t>
      </w:r>
    </w:p>
    <w:p w14:paraId="4F7458C1" w14:textId="77777777" w:rsidR="00F01415" w:rsidRDefault="00F01415" w:rsidP="00F01415">
      <w:pPr>
        <w:spacing w:after="0" w:line="240" w:lineRule="auto"/>
        <w:jc w:val="both"/>
      </w:pPr>
    </w:p>
    <w:p w14:paraId="6F6A2926" w14:textId="77777777" w:rsidR="00D77EA0" w:rsidRDefault="00000000" w:rsidP="00F01415">
      <w:pPr>
        <w:spacing w:after="0" w:line="240" w:lineRule="auto"/>
      </w:pPr>
      <w:r>
        <w:rPr>
          <w:b/>
        </w:rPr>
        <w:t>METODE</w:t>
      </w:r>
    </w:p>
    <w:p w14:paraId="56B98672" w14:textId="77777777" w:rsidR="00D77EA0" w:rsidRDefault="00000000" w:rsidP="00F01415">
      <w:pPr>
        <w:spacing w:after="0" w:line="240" w:lineRule="auto"/>
        <w:jc w:val="both"/>
      </w:pPr>
      <w:r>
        <w:t xml:space="preserve">Kajian </w:t>
      </w:r>
      <w:proofErr w:type="spellStart"/>
      <w:r>
        <w:t>ini</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studi</w:t>
      </w:r>
      <w:proofErr w:type="spellEnd"/>
      <w:r>
        <w:t xml:space="preserve"> </w:t>
      </w:r>
      <w:proofErr w:type="spellStart"/>
      <w:r>
        <w:t>literatur</w:t>
      </w:r>
      <w:proofErr w:type="spellEnd"/>
      <w:r>
        <w:t xml:space="preserve"> (literature review) </w:t>
      </w:r>
      <w:proofErr w:type="spellStart"/>
      <w:r>
        <w:t>dengan</w:t>
      </w:r>
      <w:proofErr w:type="spellEnd"/>
      <w:r>
        <w:t xml:space="preserve"> </w:t>
      </w:r>
      <w:proofErr w:type="spellStart"/>
      <w:r>
        <w:t>pendekatan</w:t>
      </w:r>
      <w:proofErr w:type="spellEnd"/>
      <w:r>
        <w:t xml:space="preserve"> </w:t>
      </w:r>
      <w:proofErr w:type="spellStart"/>
      <w:r>
        <w:t>kualitatif</w:t>
      </w:r>
      <w:proofErr w:type="spellEnd"/>
      <w:r>
        <w:t xml:space="preserve"> </w:t>
      </w:r>
      <w:proofErr w:type="spellStart"/>
      <w:r>
        <w:t>deskriptif</w:t>
      </w:r>
      <w:proofErr w:type="spellEnd"/>
      <w:r>
        <w:t xml:space="preserve">. </w:t>
      </w:r>
      <w:proofErr w:type="spellStart"/>
      <w:r>
        <w:t>Studi</w:t>
      </w:r>
      <w:proofErr w:type="spellEnd"/>
      <w:r>
        <w:t xml:space="preserve"> </w:t>
      </w:r>
      <w:proofErr w:type="spellStart"/>
      <w:r>
        <w:t>literatur</w:t>
      </w:r>
      <w:proofErr w:type="spellEnd"/>
      <w:r>
        <w:t xml:space="preserve"> </w:t>
      </w:r>
      <w:proofErr w:type="spellStart"/>
      <w:r>
        <w:t>dipilih</w:t>
      </w:r>
      <w:proofErr w:type="spellEnd"/>
      <w:r>
        <w:t xml:space="preserve"> </w:t>
      </w:r>
      <w:proofErr w:type="spellStart"/>
      <w:r>
        <w:t>karena</w:t>
      </w:r>
      <w:proofErr w:type="spellEnd"/>
      <w:r>
        <w:t xml:space="preserve"> </w:t>
      </w:r>
      <w:proofErr w:type="spellStart"/>
      <w:r>
        <w:t>memungkinkan</w:t>
      </w:r>
      <w:proofErr w:type="spellEnd"/>
      <w:r>
        <w:t xml:space="preserve"> </w:t>
      </w:r>
      <w:proofErr w:type="spellStart"/>
      <w:r>
        <w:t>penulis</w:t>
      </w:r>
      <w:proofErr w:type="spellEnd"/>
      <w:r>
        <w:t xml:space="preserve"> </w:t>
      </w:r>
      <w:proofErr w:type="spellStart"/>
      <w:r>
        <w:t>menelaah</w:t>
      </w:r>
      <w:proofErr w:type="spellEnd"/>
      <w:r>
        <w:t xml:space="preserve">, </w:t>
      </w:r>
      <w:proofErr w:type="spellStart"/>
      <w:r>
        <w:t>menganalisis</w:t>
      </w:r>
      <w:proofErr w:type="spellEnd"/>
      <w:r>
        <w:t xml:space="preserve">, dan </w:t>
      </w:r>
      <w:proofErr w:type="spellStart"/>
      <w:r>
        <w:t>mengevaluasi</w:t>
      </w:r>
      <w:proofErr w:type="spellEnd"/>
      <w:r>
        <w:t xml:space="preserve"> </w:t>
      </w:r>
      <w:proofErr w:type="spellStart"/>
      <w:r>
        <w:t>berbagai</w:t>
      </w:r>
      <w:proofErr w:type="spellEnd"/>
      <w:r>
        <w:t xml:space="preserve"> </w:t>
      </w:r>
      <w:proofErr w:type="spellStart"/>
      <w:r>
        <w:t>karya</w:t>
      </w:r>
      <w:proofErr w:type="spellEnd"/>
      <w:r>
        <w:t xml:space="preserve"> </w:t>
      </w:r>
      <w:proofErr w:type="spellStart"/>
      <w:r>
        <w:t>tulis</w:t>
      </w:r>
      <w:proofErr w:type="spellEnd"/>
      <w:r>
        <w:t xml:space="preserve"> </w:t>
      </w:r>
      <w:proofErr w:type="spellStart"/>
      <w:r>
        <w:t>ilmiah</w:t>
      </w:r>
      <w:proofErr w:type="spellEnd"/>
      <w:r>
        <w:t xml:space="preserve"> yang </w:t>
      </w:r>
      <w:proofErr w:type="spellStart"/>
      <w:r>
        <w:t>relevan</w:t>
      </w:r>
      <w:proofErr w:type="spellEnd"/>
      <w:r>
        <w:t xml:space="preserve"> </w:t>
      </w:r>
      <w:proofErr w:type="spellStart"/>
      <w:r>
        <w:t>dengan</w:t>
      </w:r>
      <w:proofErr w:type="spellEnd"/>
      <w:r>
        <w:t xml:space="preserve"> </w:t>
      </w:r>
      <w:proofErr w:type="spellStart"/>
      <w:r>
        <w:t>topik</w:t>
      </w:r>
      <w:proofErr w:type="spellEnd"/>
      <w:r>
        <w:t xml:space="preserve"> </w:t>
      </w:r>
      <w:proofErr w:type="spellStart"/>
      <w:r>
        <w:t>penelitian</w:t>
      </w:r>
      <w:proofErr w:type="spellEnd"/>
      <w:r>
        <w:t xml:space="preserve"> </w:t>
      </w:r>
      <w:proofErr w:type="spellStart"/>
      <w:r>
        <w:t>tanpa</w:t>
      </w:r>
      <w:proofErr w:type="spellEnd"/>
      <w:r>
        <w:t xml:space="preserve"> </w:t>
      </w:r>
      <w:proofErr w:type="spellStart"/>
      <w:r>
        <w:t>melakukan</w:t>
      </w:r>
      <w:proofErr w:type="spellEnd"/>
      <w:r>
        <w:t xml:space="preserve"> </w:t>
      </w:r>
      <w:proofErr w:type="spellStart"/>
      <w:r>
        <w:t>pengumpulan</w:t>
      </w:r>
      <w:proofErr w:type="spellEnd"/>
      <w:r>
        <w:t xml:space="preserve"> data </w:t>
      </w:r>
      <w:proofErr w:type="spellStart"/>
      <w:r>
        <w:t>lapangan</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Sumber</w:t>
      </w:r>
      <w:proofErr w:type="spellEnd"/>
      <w:r>
        <w:t xml:space="preserve"> yang </w:t>
      </w:r>
      <w:proofErr w:type="spellStart"/>
      <w:r>
        <w:t>digunakan</w:t>
      </w:r>
      <w:proofErr w:type="spellEnd"/>
      <w:r>
        <w:t xml:space="preserve"> </w:t>
      </w:r>
      <w:proofErr w:type="spellStart"/>
      <w:r>
        <w:t>mencakup</w:t>
      </w:r>
      <w:proofErr w:type="spellEnd"/>
      <w:r>
        <w:t xml:space="preserve"> </w:t>
      </w:r>
      <w:proofErr w:type="spellStart"/>
      <w:r>
        <w:t>jurnal</w:t>
      </w:r>
      <w:proofErr w:type="spellEnd"/>
      <w:r>
        <w:t xml:space="preserve"> </w:t>
      </w:r>
      <w:proofErr w:type="spellStart"/>
      <w:r>
        <w:t>penelitian</w:t>
      </w:r>
      <w:proofErr w:type="spellEnd"/>
      <w:r>
        <w:t xml:space="preserve">, </w:t>
      </w:r>
      <w:proofErr w:type="spellStart"/>
      <w:r>
        <w:t>buku</w:t>
      </w:r>
      <w:proofErr w:type="spellEnd"/>
      <w:r>
        <w:t xml:space="preserve">, </w:t>
      </w:r>
      <w:proofErr w:type="spellStart"/>
      <w:r>
        <w:t>skripsi</w:t>
      </w:r>
      <w:proofErr w:type="spellEnd"/>
      <w:r>
        <w:t xml:space="preserve">, </w:t>
      </w:r>
      <w:proofErr w:type="spellStart"/>
      <w:r>
        <w:t>tesis</w:t>
      </w:r>
      <w:proofErr w:type="spellEnd"/>
      <w:r>
        <w:t xml:space="preserve">, </w:t>
      </w:r>
      <w:proofErr w:type="spellStart"/>
      <w:r>
        <w:t>laporan</w:t>
      </w:r>
      <w:proofErr w:type="spellEnd"/>
      <w:r>
        <w:t xml:space="preserve"> </w:t>
      </w:r>
      <w:proofErr w:type="spellStart"/>
      <w:r>
        <w:t>resmi</w:t>
      </w:r>
      <w:proofErr w:type="spellEnd"/>
      <w:r>
        <w:t xml:space="preserve"> </w:t>
      </w:r>
      <w:proofErr w:type="spellStart"/>
      <w:r>
        <w:t>perusahaan</w:t>
      </w:r>
      <w:proofErr w:type="spellEnd"/>
      <w:r>
        <w:t xml:space="preserve">, </w:t>
      </w:r>
      <w:proofErr w:type="spellStart"/>
      <w:r>
        <w:t>serta</w:t>
      </w:r>
      <w:proofErr w:type="spellEnd"/>
      <w:r>
        <w:t xml:space="preserve"> </w:t>
      </w:r>
      <w:proofErr w:type="spellStart"/>
      <w:r>
        <w:t>publikasi</w:t>
      </w:r>
      <w:proofErr w:type="spellEnd"/>
      <w:r>
        <w:t xml:space="preserve"> </w:t>
      </w:r>
      <w:proofErr w:type="spellStart"/>
      <w:r>
        <w:t>lembaga</w:t>
      </w:r>
      <w:proofErr w:type="spellEnd"/>
      <w:r>
        <w:t xml:space="preserve"> </w:t>
      </w:r>
      <w:proofErr w:type="spellStart"/>
      <w:r>
        <w:t>pemerintah</w:t>
      </w:r>
      <w:proofErr w:type="spellEnd"/>
      <w:r>
        <w:t xml:space="preserve"> </w:t>
      </w:r>
      <w:proofErr w:type="spellStart"/>
      <w:r>
        <w:t>terkait</w:t>
      </w:r>
      <w:proofErr w:type="spellEnd"/>
      <w:r>
        <w:t>.</w:t>
      </w:r>
    </w:p>
    <w:p w14:paraId="2667B622" w14:textId="77777777" w:rsidR="00D77EA0" w:rsidRDefault="00000000" w:rsidP="00F01415">
      <w:pPr>
        <w:spacing w:after="0" w:line="240" w:lineRule="auto"/>
        <w:jc w:val="both"/>
      </w:pPr>
      <w:proofErr w:type="spellStart"/>
      <w:r>
        <w:t>Untuk</w:t>
      </w:r>
      <w:proofErr w:type="spellEnd"/>
      <w:r>
        <w:t xml:space="preserve"> </w:t>
      </w:r>
      <w:proofErr w:type="spellStart"/>
      <w:r>
        <w:t>menjaga</w:t>
      </w:r>
      <w:proofErr w:type="spellEnd"/>
      <w:r>
        <w:t xml:space="preserve"> </w:t>
      </w:r>
      <w:proofErr w:type="spellStart"/>
      <w:r>
        <w:t>kualitas</w:t>
      </w:r>
      <w:proofErr w:type="spellEnd"/>
      <w:r>
        <w:t xml:space="preserve"> dan </w:t>
      </w:r>
      <w:proofErr w:type="spellStart"/>
      <w:r>
        <w:t>kredibilitas</w:t>
      </w:r>
      <w:proofErr w:type="spellEnd"/>
      <w:r>
        <w:t xml:space="preserve"> </w:t>
      </w:r>
      <w:proofErr w:type="spellStart"/>
      <w:r>
        <w:t>rujukan</w:t>
      </w:r>
      <w:proofErr w:type="spellEnd"/>
      <w:r>
        <w:t xml:space="preserve">, </w:t>
      </w:r>
      <w:proofErr w:type="spellStart"/>
      <w:r>
        <w:t>penulis</w:t>
      </w:r>
      <w:proofErr w:type="spellEnd"/>
      <w:r>
        <w:t xml:space="preserve"> </w:t>
      </w:r>
      <w:proofErr w:type="spellStart"/>
      <w:r>
        <w:t>memprioritaskan</w:t>
      </w:r>
      <w:proofErr w:type="spellEnd"/>
      <w:r>
        <w:t xml:space="preserve"> </w:t>
      </w:r>
      <w:proofErr w:type="spellStart"/>
      <w:r>
        <w:t>literatur</w:t>
      </w:r>
      <w:proofErr w:type="spellEnd"/>
      <w:r>
        <w:t xml:space="preserve"> </w:t>
      </w:r>
      <w:proofErr w:type="spellStart"/>
      <w:r>
        <w:t>dari</w:t>
      </w:r>
      <w:proofErr w:type="spellEnd"/>
      <w:r>
        <w:t xml:space="preserve"> </w:t>
      </w:r>
      <w:proofErr w:type="spellStart"/>
      <w:r>
        <w:t>jurnal</w:t>
      </w:r>
      <w:proofErr w:type="spellEnd"/>
      <w:r>
        <w:t xml:space="preserve"> </w:t>
      </w:r>
      <w:proofErr w:type="spellStart"/>
      <w:r>
        <w:t>ilmiah</w:t>
      </w:r>
      <w:proofErr w:type="spellEnd"/>
      <w:r>
        <w:t xml:space="preserve"> yang minimal </w:t>
      </w:r>
      <w:proofErr w:type="spellStart"/>
      <w:r>
        <w:t>terindeks</w:t>
      </w:r>
      <w:proofErr w:type="spellEnd"/>
      <w:r>
        <w:t xml:space="preserve"> Sinta 3, </w:t>
      </w:r>
      <w:proofErr w:type="spellStart"/>
      <w:r>
        <w:t>dengan</w:t>
      </w:r>
      <w:proofErr w:type="spellEnd"/>
      <w:r>
        <w:t xml:space="preserve"> </w:t>
      </w:r>
      <w:proofErr w:type="spellStart"/>
      <w:r>
        <w:t>pertimbangan</w:t>
      </w:r>
      <w:proofErr w:type="spellEnd"/>
      <w:r>
        <w:t xml:space="preserve"> </w:t>
      </w:r>
      <w:proofErr w:type="spellStart"/>
      <w:r>
        <w:t>bahwa</w:t>
      </w:r>
      <w:proofErr w:type="spellEnd"/>
      <w:r>
        <w:t xml:space="preserve"> </w:t>
      </w:r>
      <w:proofErr w:type="spellStart"/>
      <w:r>
        <w:lastRenderedPageBreak/>
        <w:t>indeksasi</w:t>
      </w:r>
      <w:proofErr w:type="spellEnd"/>
      <w:r>
        <w:t xml:space="preserve"> </w:t>
      </w:r>
      <w:proofErr w:type="spellStart"/>
      <w:r>
        <w:t>tersebut</w:t>
      </w:r>
      <w:proofErr w:type="spellEnd"/>
      <w:r>
        <w:t xml:space="preserve"> </w:t>
      </w:r>
      <w:proofErr w:type="spellStart"/>
      <w:r>
        <w:t>mencerminkan</w:t>
      </w:r>
      <w:proofErr w:type="spellEnd"/>
      <w:r>
        <w:t xml:space="preserve"> proses </w:t>
      </w:r>
      <w:proofErr w:type="spellStart"/>
      <w:r>
        <w:t>tinjauan</w:t>
      </w:r>
      <w:proofErr w:type="spellEnd"/>
      <w:r>
        <w:t xml:space="preserve"> </w:t>
      </w:r>
      <w:proofErr w:type="spellStart"/>
      <w:r>
        <w:t>sejawat</w:t>
      </w:r>
      <w:proofErr w:type="spellEnd"/>
      <w:r>
        <w:t xml:space="preserve"> (peer review) yang </w:t>
      </w:r>
      <w:proofErr w:type="spellStart"/>
      <w:r>
        <w:t>memadai</w:t>
      </w:r>
      <w:proofErr w:type="spellEnd"/>
      <w:r>
        <w:t xml:space="preserve">. Proses </w:t>
      </w:r>
      <w:proofErr w:type="spellStart"/>
      <w:r>
        <w:t>analisis</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mengumpulkan</w:t>
      </w:r>
      <w:proofErr w:type="spellEnd"/>
      <w:r>
        <w:t xml:space="preserve"> data </w:t>
      </w:r>
      <w:proofErr w:type="spellStart"/>
      <w:r>
        <w:t>dari</w:t>
      </w:r>
      <w:proofErr w:type="spellEnd"/>
      <w:r>
        <w:t xml:space="preserve"> </w:t>
      </w:r>
      <w:proofErr w:type="spellStart"/>
      <w:r>
        <w:t>sumber-sumber</w:t>
      </w:r>
      <w:proofErr w:type="spellEnd"/>
      <w:r>
        <w:t xml:space="preserve"> </w:t>
      </w:r>
      <w:proofErr w:type="spellStart"/>
      <w:r>
        <w:t>tersebut</w:t>
      </w:r>
      <w:proofErr w:type="spellEnd"/>
      <w:r>
        <w:t xml:space="preserve">, </w:t>
      </w:r>
      <w:proofErr w:type="spellStart"/>
      <w:r>
        <w:t>mengelompokkannya</w:t>
      </w:r>
      <w:proofErr w:type="spellEnd"/>
      <w:r>
        <w:t xml:space="preserve"> </w:t>
      </w:r>
      <w:proofErr w:type="spellStart"/>
      <w:r>
        <w:t>berdasarkan</w:t>
      </w:r>
      <w:proofErr w:type="spellEnd"/>
      <w:r>
        <w:t xml:space="preserve"> </w:t>
      </w:r>
      <w:proofErr w:type="spellStart"/>
      <w:r>
        <w:t>tema</w:t>
      </w:r>
      <w:proofErr w:type="spellEnd"/>
      <w:r>
        <w:t xml:space="preserve"> (</w:t>
      </w:r>
      <w:proofErr w:type="spellStart"/>
      <w:r>
        <w:t>profil</w:t>
      </w:r>
      <w:proofErr w:type="spellEnd"/>
      <w:r>
        <w:t xml:space="preserve"> </w:t>
      </w:r>
      <w:proofErr w:type="spellStart"/>
      <w:r>
        <w:t>keberlanjutan</w:t>
      </w:r>
      <w:proofErr w:type="spellEnd"/>
      <w:r>
        <w:t xml:space="preserve"> </w:t>
      </w:r>
      <w:proofErr w:type="spellStart"/>
      <w:r>
        <w:t>perusahaan</w:t>
      </w:r>
      <w:proofErr w:type="spellEnd"/>
      <w:r>
        <w:t xml:space="preserve">, program CSR </w:t>
      </w:r>
      <w:proofErr w:type="spellStart"/>
      <w:r>
        <w:t>bagi</w:t>
      </w:r>
      <w:proofErr w:type="spellEnd"/>
      <w:r>
        <w:t xml:space="preserve"> UMKM, dan </w:t>
      </w:r>
      <w:proofErr w:type="spellStart"/>
      <w:r>
        <w:t>dampak</w:t>
      </w:r>
      <w:proofErr w:type="spellEnd"/>
      <w:r>
        <w:t xml:space="preserve"> yang </w:t>
      </w:r>
      <w:proofErr w:type="spellStart"/>
      <w:r>
        <w:t>dihasilkan</w:t>
      </w:r>
      <w:proofErr w:type="spellEnd"/>
      <w:r>
        <w:t xml:space="preserve">), </w:t>
      </w:r>
      <w:proofErr w:type="spellStart"/>
      <w:r>
        <w:t>kemudian</w:t>
      </w:r>
      <w:proofErr w:type="spellEnd"/>
      <w:r>
        <w:t xml:space="preserve"> </w:t>
      </w:r>
      <w:proofErr w:type="spellStart"/>
      <w:r>
        <w:t>menyintesiskannya</w:t>
      </w:r>
      <w:proofErr w:type="spellEnd"/>
      <w:r>
        <w:t xml:space="preserve"> </w:t>
      </w:r>
      <w:proofErr w:type="spellStart"/>
      <w:r>
        <w:t>ke</w:t>
      </w:r>
      <w:proofErr w:type="spellEnd"/>
      <w:r>
        <w:t xml:space="preserve"> </w:t>
      </w:r>
      <w:proofErr w:type="spellStart"/>
      <w:r>
        <w:t>dalam</w:t>
      </w:r>
      <w:proofErr w:type="spellEnd"/>
      <w:r>
        <w:t xml:space="preserve"> </w:t>
      </w:r>
      <w:proofErr w:type="spellStart"/>
      <w:r>
        <w:t>kerangka</w:t>
      </w:r>
      <w:proofErr w:type="spellEnd"/>
      <w:r>
        <w:t xml:space="preserve"> </w:t>
      </w:r>
      <w:proofErr w:type="spellStart"/>
      <w:r>
        <w:t>konseptual</w:t>
      </w:r>
      <w:proofErr w:type="spellEnd"/>
      <w:r>
        <w:t xml:space="preserve"> Triple Bottom Line </w:t>
      </w:r>
      <w:proofErr w:type="spellStart"/>
      <w:r>
        <w:t>untuk</w:t>
      </w:r>
      <w:proofErr w:type="spellEnd"/>
      <w:r>
        <w:t xml:space="preserve"> </w:t>
      </w:r>
      <w:proofErr w:type="spellStart"/>
      <w:r>
        <w:t>memperoleh</w:t>
      </w:r>
      <w:proofErr w:type="spellEnd"/>
      <w:r>
        <w:t xml:space="preserve"> </w:t>
      </w:r>
      <w:proofErr w:type="spellStart"/>
      <w:r>
        <w:t>gambaran</w:t>
      </w:r>
      <w:proofErr w:type="spellEnd"/>
      <w:r>
        <w:t xml:space="preserve"> </w:t>
      </w:r>
      <w:proofErr w:type="spellStart"/>
      <w:r>
        <w:t>komprehensif</w:t>
      </w:r>
      <w:proofErr w:type="spellEnd"/>
      <w:r>
        <w:t xml:space="preserve"> </w:t>
      </w:r>
      <w:proofErr w:type="spellStart"/>
      <w:r>
        <w:t>mengenai</w:t>
      </w:r>
      <w:proofErr w:type="spellEnd"/>
      <w:r>
        <w:t xml:space="preserve"> strategi dan </w:t>
      </w:r>
      <w:proofErr w:type="spellStart"/>
      <w:r>
        <w:t>dampak</w:t>
      </w:r>
      <w:proofErr w:type="spellEnd"/>
      <w:r>
        <w:t xml:space="preserve"> program CSR Unilever Indonesia </w:t>
      </w:r>
      <w:proofErr w:type="spellStart"/>
      <w:r>
        <w:t>terhadap</w:t>
      </w:r>
      <w:proofErr w:type="spellEnd"/>
      <w:r>
        <w:t xml:space="preserve"> UMKM </w:t>
      </w:r>
      <w:proofErr w:type="spellStart"/>
      <w:r>
        <w:t>masyarakat</w:t>
      </w:r>
      <w:proofErr w:type="spellEnd"/>
      <w:r>
        <w:t xml:space="preserve"> </w:t>
      </w:r>
      <w:proofErr w:type="spellStart"/>
      <w:r>
        <w:t>lokal</w:t>
      </w:r>
      <w:proofErr w:type="spellEnd"/>
      <w:r>
        <w:t>.</w:t>
      </w:r>
    </w:p>
    <w:p w14:paraId="73C2ED59" w14:textId="77777777" w:rsidR="00D77EA0" w:rsidRDefault="00000000" w:rsidP="00F01415">
      <w:pPr>
        <w:spacing w:after="0" w:line="240" w:lineRule="auto"/>
        <w:jc w:val="both"/>
      </w:pPr>
      <w:proofErr w:type="spellStart"/>
      <w:r>
        <w:t>Penelusuran</w:t>
      </w:r>
      <w:proofErr w:type="spellEnd"/>
      <w:r>
        <w:t xml:space="preserve"> </w:t>
      </w:r>
      <w:proofErr w:type="spellStart"/>
      <w:r>
        <w:t>literatur</w:t>
      </w:r>
      <w:proofErr w:type="spellEnd"/>
      <w:r>
        <w:t xml:space="preserve"> </w:t>
      </w:r>
      <w:proofErr w:type="spellStart"/>
      <w:r>
        <w:t>dilakukan</w:t>
      </w:r>
      <w:proofErr w:type="spellEnd"/>
      <w:r>
        <w:t xml:space="preserve"> </w:t>
      </w:r>
      <w:proofErr w:type="spellStart"/>
      <w:r>
        <w:t>melalui</w:t>
      </w:r>
      <w:proofErr w:type="spellEnd"/>
      <w:r>
        <w:t xml:space="preserve"> basis data </w:t>
      </w:r>
      <w:proofErr w:type="spellStart"/>
      <w:r>
        <w:t>jurnal</w:t>
      </w:r>
      <w:proofErr w:type="spellEnd"/>
      <w:r>
        <w:t xml:space="preserve"> daring </w:t>
      </w:r>
      <w:proofErr w:type="spellStart"/>
      <w:r>
        <w:t>seperti</w:t>
      </w:r>
      <w:proofErr w:type="spellEnd"/>
      <w:r>
        <w:t xml:space="preserve"> Google Scholar, Garuda, dan </w:t>
      </w:r>
      <w:proofErr w:type="spellStart"/>
      <w:r>
        <w:t>repositori</w:t>
      </w:r>
      <w:proofErr w:type="spellEnd"/>
      <w:r>
        <w:t xml:space="preserve"> </w:t>
      </w:r>
      <w:proofErr w:type="spellStart"/>
      <w:r>
        <w:t>jurnal</w:t>
      </w:r>
      <w:proofErr w:type="spellEnd"/>
      <w:r>
        <w:t xml:space="preserve"> Sinta, </w:t>
      </w:r>
      <w:proofErr w:type="spellStart"/>
      <w:r>
        <w:t>dengan</w:t>
      </w:r>
      <w:proofErr w:type="spellEnd"/>
      <w:r>
        <w:t xml:space="preserve"> kata </w:t>
      </w:r>
      <w:proofErr w:type="spellStart"/>
      <w:r>
        <w:t>kunci</w:t>
      </w:r>
      <w:proofErr w:type="spellEnd"/>
      <w:r>
        <w:t xml:space="preserve"> </w:t>
      </w:r>
      <w:proofErr w:type="spellStart"/>
      <w:r>
        <w:t>meliputi</w:t>
      </w:r>
      <w:proofErr w:type="spellEnd"/>
      <w:r>
        <w:t xml:space="preserve"> "Unilever Indonesia", "CSR UMKM", "Triple Bottom Line", dan "</w:t>
      </w:r>
      <w:proofErr w:type="spellStart"/>
      <w:r>
        <w:t>pemberdayaan</w:t>
      </w:r>
      <w:proofErr w:type="spellEnd"/>
      <w:r>
        <w:t xml:space="preserve"> UMKM </w:t>
      </w:r>
      <w:proofErr w:type="spellStart"/>
      <w:r>
        <w:t>pasca</w:t>
      </w:r>
      <w:proofErr w:type="spellEnd"/>
      <w:r>
        <w:t xml:space="preserve"> </w:t>
      </w:r>
      <w:proofErr w:type="spellStart"/>
      <w:r>
        <w:t>pandemi</w:t>
      </w:r>
      <w:proofErr w:type="spellEnd"/>
      <w:r>
        <w:t xml:space="preserve">". </w:t>
      </w:r>
      <w:proofErr w:type="spellStart"/>
      <w:r>
        <w:t>Dokumen</w:t>
      </w:r>
      <w:proofErr w:type="spellEnd"/>
      <w:r>
        <w:t xml:space="preserve"> yang </w:t>
      </w:r>
      <w:proofErr w:type="spellStart"/>
      <w:r>
        <w:t>diperoleh</w:t>
      </w:r>
      <w:proofErr w:type="spellEnd"/>
      <w:r>
        <w:t xml:space="preserve"> </w:t>
      </w:r>
      <w:proofErr w:type="spellStart"/>
      <w:r>
        <w:t>kemudian</w:t>
      </w:r>
      <w:proofErr w:type="spellEnd"/>
      <w:r>
        <w:t xml:space="preserve"> </w:t>
      </w:r>
      <w:proofErr w:type="spellStart"/>
      <w:r>
        <w:t>diseleksi</w:t>
      </w:r>
      <w:proofErr w:type="spellEnd"/>
      <w:r>
        <w:t xml:space="preserve"> </w:t>
      </w:r>
      <w:proofErr w:type="spellStart"/>
      <w:r>
        <w:t>berdasarkan</w:t>
      </w:r>
      <w:proofErr w:type="spellEnd"/>
      <w:r>
        <w:t xml:space="preserve"> </w:t>
      </w:r>
      <w:proofErr w:type="spellStart"/>
      <w:r>
        <w:t>kesesuaian</w:t>
      </w:r>
      <w:proofErr w:type="spellEnd"/>
      <w:r>
        <w:t xml:space="preserve"> </w:t>
      </w:r>
      <w:proofErr w:type="spellStart"/>
      <w:r>
        <w:t>tema</w:t>
      </w:r>
      <w:proofErr w:type="spellEnd"/>
      <w:r>
        <w:t xml:space="preserve">, </w:t>
      </w:r>
      <w:proofErr w:type="spellStart"/>
      <w:r>
        <w:t>kemutakhiran</w:t>
      </w:r>
      <w:proofErr w:type="spellEnd"/>
      <w:r>
        <w:t xml:space="preserve"> data (</w:t>
      </w:r>
      <w:proofErr w:type="spellStart"/>
      <w:r>
        <w:t>diprioritaskan</w:t>
      </w:r>
      <w:proofErr w:type="spellEnd"/>
      <w:r>
        <w:t xml:space="preserve"> </w:t>
      </w:r>
      <w:proofErr w:type="spellStart"/>
      <w:r>
        <w:t>terbitan</w:t>
      </w:r>
      <w:proofErr w:type="spellEnd"/>
      <w:r>
        <w:t xml:space="preserve"> </w:t>
      </w:r>
      <w:proofErr w:type="spellStart"/>
      <w:r>
        <w:t>sepuluh</w:t>
      </w:r>
      <w:proofErr w:type="spellEnd"/>
      <w:r>
        <w:t xml:space="preserve"> </w:t>
      </w:r>
      <w:proofErr w:type="spellStart"/>
      <w:r>
        <w:t>tahun</w:t>
      </w:r>
      <w:proofErr w:type="spellEnd"/>
      <w:r>
        <w:t xml:space="preserve"> </w:t>
      </w:r>
      <w:proofErr w:type="spellStart"/>
      <w:r>
        <w:t>terakhir</w:t>
      </w:r>
      <w:proofErr w:type="spellEnd"/>
      <w:r>
        <w:t xml:space="preserve"> </w:t>
      </w:r>
      <w:proofErr w:type="spellStart"/>
      <w:r>
        <w:t>kecuali</w:t>
      </w:r>
      <w:proofErr w:type="spellEnd"/>
      <w:r>
        <w:t xml:space="preserve"> </w:t>
      </w:r>
      <w:proofErr w:type="spellStart"/>
      <w:r>
        <w:t>sumber</w:t>
      </w:r>
      <w:proofErr w:type="spellEnd"/>
      <w:r>
        <w:t xml:space="preserve"> </w:t>
      </w:r>
      <w:proofErr w:type="spellStart"/>
      <w:r>
        <w:t>teori</w:t>
      </w:r>
      <w:proofErr w:type="spellEnd"/>
      <w:r>
        <w:t xml:space="preserve"> </w:t>
      </w:r>
      <w:proofErr w:type="spellStart"/>
      <w:r>
        <w:t>dasar</w:t>
      </w:r>
      <w:proofErr w:type="spellEnd"/>
      <w:r>
        <w:t xml:space="preserve">), </w:t>
      </w:r>
      <w:proofErr w:type="spellStart"/>
      <w:r>
        <w:t>serta</w:t>
      </w:r>
      <w:proofErr w:type="spellEnd"/>
      <w:r>
        <w:t xml:space="preserve"> </w:t>
      </w:r>
      <w:proofErr w:type="spellStart"/>
      <w:r>
        <w:t>kredibilitas</w:t>
      </w:r>
      <w:proofErr w:type="spellEnd"/>
      <w:r>
        <w:t xml:space="preserve"> </w:t>
      </w:r>
      <w:proofErr w:type="spellStart"/>
      <w:r>
        <w:t>penerbit</w:t>
      </w:r>
      <w:proofErr w:type="spellEnd"/>
      <w:r>
        <w:t xml:space="preserve">. </w:t>
      </w:r>
      <w:proofErr w:type="spellStart"/>
      <w:r>
        <w:t>Sebagai</w:t>
      </w:r>
      <w:proofErr w:type="spellEnd"/>
      <w:r>
        <w:t xml:space="preserve"> </w:t>
      </w:r>
      <w:proofErr w:type="spellStart"/>
      <w:r>
        <w:t>keterbatasan</w:t>
      </w:r>
      <w:proofErr w:type="spellEnd"/>
      <w:r>
        <w:t xml:space="preserve"> </w:t>
      </w:r>
      <w:proofErr w:type="spellStart"/>
      <w:r>
        <w:t>penelitian</w:t>
      </w:r>
      <w:proofErr w:type="spellEnd"/>
      <w:r>
        <w:t xml:space="preserve">, </w:t>
      </w:r>
      <w:proofErr w:type="spellStart"/>
      <w:r>
        <w:t>kajian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melibatkan</w:t>
      </w:r>
      <w:proofErr w:type="spellEnd"/>
      <w:r>
        <w:t xml:space="preserve"> </w:t>
      </w:r>
      <w:proofErr w:type="spellStart"/>
      <w:r>
        <w:t>wawancara</w:t>
      </w:r>
      <w:proofErr w:type="spellEnd"/>
      <w:r>
        <w:t xml:space="preserve"> </w:t>
      </w:r>
      <w:proofErr w:type="spellStart"/>
      <w:r>
        <w:t>langsung</w:t>
      </w:r>
      <w:proofErr w:type="spellEnd"/>
      <w:r>
        <w:t xml:space="preserve"> </w:t>
      </w:r>
      <w:proofErr w:type="spellStart"/>
      <w:r>
        <w:t>dengan</w:t>
      </w:r>
      <w:proofErr w:type="spellEnd"/>
      <w:r>
        <w:t xml:space="preserve"> </w:t>
      </w:r>
      <w:proofErr w:type="spellStart"/>
      <w:r>
        <w:t>pelaku</w:t>
      </w:r>
      <w:proofErr w:type="spellEnd"/>
      <w:r>
        <w:t xml:space="preserve"> UMKM </w:t>
      </w:r>
      <w:proofErr w:type="spellStart"/>
      <w:r>
        <w:t>penerima</w:t>
      </w:r>
      <w:proofErr w:type="spellEnd"/>
      <w:r>
        <w:t xml:space="preserve"> </w:t>
      </w:r>
      <w:proofErr w:type="spellStart"/>
      <w:r>
        <w:t>manfaat</w:t>
      </w:r>
      <w:proofErr w:type="spellEnd"/>
      <w:r>
        <w:t xml:space="preserve"> program, </w:t>
      </w:r>
      <w:proofErr w:type="spellStart"/>
      <w:r>
        <w:t>sehingga</w:t>
      </w:r>
      <w:proofErr w:type="spellEnd"/>
      <w:r>
        <w:t xml:space="preserve"> </w:t>
      </w:r>
      <w:proofErr w:type="spellStart"/>
      <w:r>
        <w:t>analisis</w:t>
      </w:r>
      <w:proofErr w:type="spellEnd"/>
      <w:r>
        <w:t xml:space="preserve"> </w:t>
      </w:r>
      <w:proofErr w:type="spellStart"/>
      <w:r>
        <w:t>dampak</w:t>
      </w:r>
      <w:proofErr w:type="spellEnd"/>
      <w:r>
        <w:t xml:space="preserve"> yang </w:t>
      </w:r>
      <w:proofErr w:type="spellStart"/>
      <w:r>
        <w:t>disajikan</w:t>
      </w:r>
      <w:proofErr w:type="spellEnd"/>
      <w:r>
        <w:t xml:space="preserve"> </w:t>
      </w:r>
      <w:proofErr w:type="spellStart"/>
      <w:r>
        <w:t>sepenuhnya</w:t>
      </w:r>
      <w:proofErr w:type="spellEnd"/>
      <w:r>
        <w:t xml:space="preserve"> </w:t>
      </w:r>
      <w:proofErr w:type="spellStart"/>
      <w:r>
        <w:t>bersumber</w:t>
      </w:r>
      <w:proofErr w:type="spellEnd"/>
      <w:r>
        <w:t xml:space="preserve"> </w:t>
      </w:r>
      <w:proofErr w:type="spellStart"/>
      <w:r>
        <w:t>dari</w:t>
      </w:r>
      <w:proofErr w:type="spellEnd"/>
      <w:r>
        <w:t xml:space="preserve"> data </w:t>
      </w:r>
      <w:proofErr w:type="spellStart"/>
      <w:r>
        <w:t>sekunder</w:t>
      </w:r>
      <w:proofErr w:type="spellEnd"/>
      <w:r>
        <w:t xml:space="preserve"> yang </w:t>
      </w:r>
      <w:proofErr w:type="spellStart"/>
      <w:r>
        <w:t>telah</w:t>
      </w:r>
      <w:proofErr w:type="spellEnd"/>
      <w:r>
        <w:t xml:space="preserve"> </w:t>
      </w:r>
      <w:proofErr w:type="spellStart"/>
      <w:r>
        <w:t>dipublikasikan</w:t>
      </w:r>
      <w:proofErr w:type="spellEnd"/>
      <w:r>
        <w:t xml:space="preserve"> oleh </w:t>
      </w:r>
      <w:proofErr w:type="spellStart"/>
      <w:r>
        <w:t>peneliti</w:t>
      </w:r>
      <w:proofErr w:type="spellEnd"/>
      <w:r>
        <w:t xml:space="preserve"> </w:t>
      </w:r>
      <w:proofErr w:type="spellStart"/>
      <w:r>
        <w:t>terdahulu</w:t>
      </w:r>
      <w:proofErr w:type="spellEnd"/>
      <w:r>
        <w:t xml:space="preserve"> </w:t>
      </w:r>
      <w:proofErr w:type="spellStart"/>
      <w:r>
        <w:t>maupun</w:t>
      </w:r>
      <w:proofErr w:type="spellEnd"/>
      <w:r>
        <w:t xml:space="preserve"> </w:t>
      </w:r>
      <w:proofErr w:type="spellStart"/>
      <w:r>
        <w:t>pihak</w:t>
      </w:r>
      <w:proofErr w:type="spellEnd"/>
      <w:r>
        <w:t xml:space="preserve"> </w:t>
      </w:r>
      <w:proofErr w:type="spellStart"/>
      <w:r>
        <w:t>perusahaan</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interpretasi</w:t>
      </w:r>
      <w:proofErr w:type="spellEnd"/>
      <w:r>
        <w:t xml:space="preserve"> </w:t>
      </w:r>
      <w:proofErr w:type="spellStart"/>
      <w:r>
        <w:t>terhadap</w:t>
      </w:r>
      <w:proofErr w:type="spellEnd"/>
      <w:r>
        <w:t xml:space="preserve"> </w:t>
      </w:r>
      <w:proofErr w:type="spellStart"/>
      <w:r>
        <w:t>efektivitas</w:t>
      </w:r>
      <w:proofErr w:type="spellEnd"/>
      <w:r>
        <w:t xml:space="preserve"> program </w:t>
      </w:r>
      <w:proofErr w:type="spellStart"/>
      <w:r>
        <w:t>perlu</w:t>
      </w:r>
      <w:proofErr w:type="spellEnd"/>
      <w:r>
        <w:t xml:space="preserve"> </w:t>
      </w:r>
      <w:proofErr w:type="spellStart"/>
      <w:r>
        <w:t>dibaca</w:t>
      </w:r>
      <w:proofErr w:type="spellEnd"/>
      <w:r>
        <w:t xml:space="preserve"> </w:t>
      </w:r>
      <w:proofErr w:type="spellStart"/>
      <w:r>
        <w:t>sebagai</w:t>
      </w:r>
      <w:proofErr w:type="spellEnd"/>
      <w:r>
        <w:t xml:space="preserve"> </w:t>
      </w:r>
      <w:proofErr w:type="spellStart"/>
      <w:r>
        <w:t>gambaran</w:t>
      </w:r>
      <w:proofErr w:type="spellEnd"/>
      <w:r>
        <w:t xml:space="preserve"> </w:t>
      </w:r>
      <w:proofErr w:type="spellStart"/>
      <w:r>
        <w:t>umum</w:t>
      </w:r>
      <w:proofErr w:type="spellEnd"/>
      <w:r>
        <w:t xml:space="preserve"> </w:t>
      </w:r>
      <w:proofErr w:type="spellStart"/>
      <w:r>
        <w:t>berdasarkan</w:t>
      </w:r>
      <w:proofErr w:type="spellEnd"/>
      <w:r>
        <w:t xml:space="preserve"> </w:t>
      </w:r>
      <w:proofErr w:type="spellStart"/>
      <w:r>
        <w:t>literatur</w:t>
      </w:r>
      <w:proofErr w:type="spellEnd"/>
      <w:r>
        <w:t xml:space="preserve"> yang </w:t>
      </w:r>
      <w:proofErr w:type="spellStart"/>
      <w:r>
        <w:t>tersedia</w:t>
      </w:r>
      <w:proofErr w:type="spellEnd"/>
      <w:r>
        <w:t xml:space="preserve">, </w:t>
      </w:r>
      <w:proofErr w:type="spellStart"/>
      <w:r>
        <w:t>bukan</w:t>
      </w:r>
      <w:proofErr w:type="spellEnd"/>
      <w:r>
        <w:t xml:space="preserve"> </w:t>
      </w:r>
      <w:proofErr w:type="spellStart"/>
      <w:r>
        <w:t>sebagai</w:t>
      </w:r>
      <w:proofErr w:type="spellEnd"/>
      <w:r>
        <w:t xml:space="preserve"> </w:t>
      </w:r>
      <w:proofErr w:type="spellStart"/>
      <w:r>
        <w:t>hasil</w:t>
      </w:r>
      <w:proofErr w:type="spellEnd"/>
      <w:r>
        <w:t xml:space="preserve"> </w:t>
      </w:r>
      <w:proofErr w:type="spellStart"/>
      <w:r>
        <w:t>verifikasi</w:t>
      </w:r>
      <w:proofErr w:type="spellEnd"/>
      <w:r>
        <w:t xml:space="preserve"> </w:t>
      </w:r>
      <w:proofErr w:type="spellStart"/>
      <w:r>
        <w:t>lapangan</w:t>
      </w:r>
      <w:proofErr w:type="spellEnd"/>
      <w:r>
        <w:t xml:space="preserve"> </w:t>
      </w:r>
      <w:proofErr w:type="spellStart"/>
      <w:r>
        <w:t>secara</w:t>
      </w:r>
      <w:proofErr w:type="spellEnd"/>
      <w:r>
        <w:t xml:space="preserve"> </w:t>
      </w:r>
      <w:proofErr w:type="spellStart"/>
      <w:r>
        <w:t>langsung</w:t>
      </w:r>
      <w:proofErr w:type="spellEnd"/>
      <w:r>
        <w:t>.</w:t>
      </w:r>
    </w:p>
    <w:p w14:paraId="1AE49737" w14:textId="77777777" w:rsidR="00F01415" w:rsidRDefault="00F01415" w:rsidP="00F01415">
      <w:pPr>
        <w:spacing w:after="0" w:line="240" w:lineRule="auto"/>
        <w:jc w:val="both"/>
      </w:pPr>
    </w:p>
    <w:p w14:paraId="1818559D" w14:textId="77777777" w:rsidR="00D77EA0" w:rsidRDefault="00000000" w:rsidP="00F01415">
      <w:pPr>
        <w:spacing w:after="0" w:line="240" w:lineRule="auto"/>
      </w:pPr>
      <w:r>
        <w:rPr>
          <w:b/>
        </w:rPr>
        <w:t>HASIL DAN PEMBAHASAN</w:t>
      </w:r>
    </w:p>
    <w:p w14:paraId="78991943" w14:textId="77777777" w:rsidR="00D77EA0" w:rsidRDefault="00000000" w:rsidP="00F01415">
      <w:pPr>
        <w:spacing w:after="0" w:line="240" w:lineRule="auto"/>
      </w:pPr>
      <w:proofErr w:type="spellStart"/>
      <w:r>
        <w:rPr>
          <w:b/>
          <w:i/>
        </w:rPr>
        <w:t>Profil</w:t>
      </w:r>
      <w:proofErr w:type="spellEnd"/>
      <w:r>
        <w:rPr>
          <w:b/>
          <w:i/>
        </w:rPr>
        <w:t xml:space="preserve"> dan </w:t>
      </w:r>
      <w:proofErr w:type="spellStart"/>
      <w:r>
        <w:rPr>
          <w:b/>
          <w:i/>
        </w:rPr>
        <w:t>Komitmen</w:t>
      </w:r>
      <w:proofErr w:type="spellEnd"/>
      <w:r>
        <w:rPr>
          <w:b/>
          <w:i/>
        </w:rPr>
        <w:t xml:space="preserve"> </w:t>
      </w:r>
      <w:proofErr w:type="spellStart"/>
      <w:r>
        <w:rPr>
          <w:b/>
          <w:i/>
        </w:rPr>
        <w:t>Keberlanjutan</w:t>
      </w:r>
      <w:proofErr w:type="spellEnd"/>
      <w:r>
        <w:rPr>
          <w:b/>
          <w:i/>
        </w:rPr>
        <w:t xml:space="preserve"> PT Unilever Indonesia</w:t>
      </w:r>
    </w:p>
    <w:p w14:paraId="246B0625" w14:textId="77777777" w:rsidR="00D77EA0" w:rsidRDefault="00000000" w:rsidP="00F01415">
      <w:pPr>
        <w:spacing w:after="0" w:line="240" w:lineRule="auto"/>
        <w:jc w:val="both"/>
      </w:pPr>
      <w:proofErr w:type="spellStart"/>
      <w:r>
        <w:t>Setelah</w:t>
      </w:r>
      <w:proofErr w:type="spellEnd"/>
      <w:r>
        <w:t xml:space="preserve"> </w:t>
      </w:r>
      <w:proofErr w:type="spellStart"/>
      <w:r>
        <w:t>lebih</w:t>
      </w:r>
      <w:proofErr w:type="spellEnd"/>
      <w:r>
        <w:t xml:space="preserve"> </w:t>
      </w:r>
      <w:proofErr w:type="spellStart"/>
      <w:r>
        <w:t>dari</w:t>
      </w:r>
      <w:proofErr w:type="spellEnd"/>
      <w:r>
        <w:t xml:space="preserve"> </w:t>
      </w:r>
      <w:proofErr w:type="spellStart"/>
      <w:r>
        <w:t>sembilan</w:t>
      </w:r>
      <w:proofErr w:type="spellEnd"/>
      <w:r>
        <w:t xml:space="preserve"> </w:t>
      </w:r>
      <w:proofErr w:type="spellStart"/>
      <w:r>
        <w:t>dekade</w:t>
      </w:r>
      <w:proofErr w:type="spellEnd"/>
      <w:r>
        <w:t xml:space="preserve"> </w:t>
      </w:r>
      <w:proofErr w:type="spellStart"/>
      <w:r>
        <w:t>beroperasi</w:t>
      </w:r>
      <w:proofErr w:type="spellEnd"/>
      <w:r>
        <w:t xml:space="preserve"> di Indonesia, Unilever </w:t>
      </w:r>
      <w:proofErr w:type="spellStart"/>
      <w:r>
        <w:t>telah</w:t>
      </w:r>
      <w:proofErr w:type="spellEnd"/>
      <w:r>
        <w:t xml:space="preserve"> </w:t>
      </w:r>
      <w:proofErr w:type="spellStart"/>
      <w:r>
        <w:t>menjadi</w:t>
      </w:r>
      <w:proofErr w:type="spellEnd"/>
      <w:r>
        <w:t xml:space="preserve"> </w:t>
      </w:r>
      <w:proofErr w:type="spellStart"/>
      <w:r>
        <w:t>bagian</w:t>
      </w:r>
      <w:proofErr w:type="spellEnd"/>
      <w:r>
        <w:t xml:space="preserve"> yang </w:t>
      </w:r>
      <w:proofErr w:type="spellStart"/>
      <w:r>
        <w:t>sulit</w:t>
      </w:r>
      <w:proofErr w:type="spellEnd"/>
      <w:r>
        <w:t xml:space="preserve"> </w:t>
      </w:r>
      <w:proofErr w:type="spellStart"/>
      <w:r>
        <w:t>dipisahkan</w:t>
      </w:r>
      <w:proofErr w:type="spellEnd"/>
      <w:r>
        <w:t xml:space="preserve"> </w:t>
      </w:r>
      <w:proofErr w:type="spellStart"/>
      <w:r>
        <w:t>dari</w:t>
      </w:r>
      <w:proofErr w:type="spellEnd"/>
      <w:r>
        <w:t xml:space="preserve"> </w:t>
      </w:r>
      <w:proofErr w:type="spellStart"/>
      <w:r>
        <w:t>keseharian</w:t>
      </w:r>
      <w:proofErr w:type="spellEnd"/>
      <w:r>
        <w:t xml:space="preserve"> </w:t>
      </w:r>
      <w:proofErr w:type="spellStart"/>
      <w:r>
        <w:t>masyarakat</w:t>
      </w:r>
      <w:proofErr w:type="spellEnd"/>
      <w:r>
        <w:t xml:space="preserve">. Pada </w:t>
      </w:r>
      <w:proofErr w:type="spellStart"/>
      <w:r>
        <w:t>aspek</w:t>
      </w:r>
      <w:proofErr w:type="spellEnd"/>
      <w:r>
        <w:t xml:space="preserve"> </w:t>
      </w:r>
      <w:proofErr w:type="spellStart"/>
      <w:r>
        <w:t>ekonomi</w:t>
      </w:r>
      <w:proofErr w:type="spellEnd"/>
      <w:r>
        <w:t xml:space="preserve">, </w:t>
      </w:r>
      <w:proofErr w:type="spellStart"/>
      <w:r>
        <w:t>perusahaan</w:t>
      </w:r>
      <w:proofErr w:type="spellEnd"/>
      <w:r>
        <w:t xml:space="preserve"> </w:t>
      </w:r>
      <w:proofErr w:type="spellStart"/>
      <w:r>
        <w:t>ini</w:t>
      </w:r>
      <w:proofErr w:type="spellEnd"/>
      <w:r>
        <w:t xml:space="preserve"> </w:t>
      </w:r>
      <w:proofErr w:type="spellStart"/>
      <w:r>
        <w:t>menaungi</w:t>
      </w:r>
      <w:proofErr w:type="spellEnd"/>
      <w:r>
        <w:t xml:space="preserve"> </w:t>
      </w:r>
      <w:proofErr w:type="spellStart"/>
      <w:r>
        <w:t>lebih</w:t>
      </w:r>
      <w:proofErr w:type="spellEnd"/>
      <w:r>
        <w:t xml:space="preserve"> </w:t>
      </w:r>
      <w:proofErr w:type="spellStart"/>
      <w:r>
        <w:t>dari</w:t>
      </w:r>
      <w:proofErr w:type="spellEnd"/>
      <w:r>
        <w:t xml:space="preserve"> 40 </w:t>
      </w:r>
      <w:proofErr w:type="spellStart"/>
      <w:r>
        <w:t>merek</w:t>
      </w:r>
      <w:proofErr w:type="spellEnd"/>
      <w:r>
        <w:t xml:space="preserve"> yang </w:t>
      </w:r>
      <w:proofErr w:type="spellStart"/>
      <w:r>
        <w:t>akrab</w:t>
      </w:r>
      <w:proofErr w:type="spellEnd"/>
      <w:r>
        <w:t xml:space="preserve"> </w:t>
      </w:r>
      <w:proofErr w:type="spellStart"/>
      <w:r>
        <w:t>digunakan</w:t>
      </w:r>
      <w:proofErr w:type="spellEnd"/>
      <w:r>
        <w:t xml:space="preserve"> </w:t>
      </w:r>
      <w:proofErr w:type="spellStart"/>
      <w:r>
        <w:t>masyarakat</w:t>
      </w:r>
      <w:proofErr w:type="spellEnd"/>
      <w:r>
        <w:t xml:space="preserve"> </w:t>
      </w:r>
      <w:proofErr w:type="spellStart"/>
      <w:r>
        <w:t>sehari-hari</w:t>
      </w:r>
      <w:proofErr w:type="spellEnd"/>
      <w:r>
        <w:t xml:space="preserve">, </w:t>
      </w:r>
      <w:proofErr w:type="spellStart"/>
      <w:r>
        <w:t>sekaligus</w:t>
      </w:r>
      <w:proofErr w:type="spellEnd"/>
      <w:r>
        <w:t xml:space="preserve"> </w:t>
      </w:r>
      <w:proofErr w:type="spellStart"/>
      <w:r>
        <w:t>mempekerjakan</w:t>
      </w:r>
      <w:proofErr w:type="spellEnd"/>
      <w:r>
        <w:t xml:space="preserve"> </w:t>
      </w:r>
      <w:proofErr w:type="spellStart"/>
      <w:r>
        <w:t>lebih</w:t>
      </w:r>
      <w:proofErr w:type="spellEnd"/>
      <w:r>
        <w:t xml:space="preserve"> </w:t>
      </w:r>
      <w:proofErr w:type="spellStart"/>
      <w:r>
        <w:t>dari</w:t>
      </w:r>
      <w:proofErr w:type="spellEnd"/>
      <w:r>
        <w:t xml:space="preserve"> 5.000 </w:t>
      </w:r>
      <w:proofErr w:type="spellStart"/>
      <w:r>
        <w:t>karyawan</w:t>
      </w:r>
      <w:proofErr w:type="spellEnd"/>
      <w:r>
        <w:t xml:space="preserve"> </w:t>
      </w:r>
      <w:proofErr w:type="spellStart"/>
      <w:r>
        <w:t>serta</w:t>
      </w:r>
      <w:proofErr w:type="spellEnd"/>
      <w:r>
        <w:t xml:space="preserve"> </w:t>
      </w:r>
      <w:proofErr w:type="spellStart"/>
      <w:r>
        <w:t>berkontribusi</w:t>
      </w:r>
      <w:proofErr w:type="spellEnd"/>
      <w:r>
        <w:t xml:space="preserve"> pada </w:t>
      </w:r>
      <w:proofErr w:type="spellStart"/>
      <w:r>
        <w:t>penerimaan</w:t>
      </w:r>
      <w:proofErr w:type="spellEnd"/>
      <w:r>
        <w:t xml:space="preserve"> negara </w:t>
      </w:r>
      <w:proofErr w:type="spellStart"/>
      <w:r>
        <w:t>melalui</w:t>
      </w:r>
      <w:proofErr w:type="spellEnd"/>
      <w:r>
        <w:t xml:space="preserve"> </w:t>
      </w:r>
      <w:proofErr w:type="spellStart"/>
      <w:r>
        <w:t>investasi</w:t>
      </w:r>
      <w:proofErr w:type="spellEnd"/>
      <w:r>
        <w:t xml:space="preserve"> dan </w:t>
      </w:r>
      <w:proofErr w:type="spellStart"/>
      <w:r>
        <w:t>pembayaran</w:t>
      </w:r>
      <w:proofErr w:type="spellEnd"/>
      <w:r>
        <w:t xml:space="preserve"> </w:t>
      </w:r>
      <w:proofErr w:type="spellStart"/>
      <w:r>
        <w:t>pajak</w:t>
      </w:r>
      <w:proofErr w:type="spellEnd"/>
      <w:r>
        <w:t xml:space="preserve">. Pada </w:t>
      </w:r>
      <w:proofErr w:type="spellStart"/>
      <w:r>
        <w:t>aspek</w:t>
      </w:r>
      <w:proofErr w:type="spellEnd"/>
      <w:r>
        <w:t xml:space="preserve"> </w:t>
      </w:r>
      <w:proofErr w:type="spellStart"/>
      <w:r>
        <w:t>sosial</w:t>
      </w:r>
      <w:proofErr w:type="spellEnd"/>
      <w:r>
        <w:t xml:space="preserve">, Unilever Indonesia </w:t>
      </w:r>
      <w:proofErr w:type="spellStart"/>
      <w:r>
        <w:t>aktif</w:t>
      </w:r>
      <w:proofErr w:type="spellEnd"/>
      <w:r>
        <w:t xml:space="preserve"> </w:t>
      </w:r>
      <w:proofErr w:type="spellStart"/>
      <w:r>
        <w:t>menjalankan</w:t>
      </w:r>
      <w:proofErr w:type="spellEnd"/>
      <w:r>
        <w:t xml:space="preserve"> program </w:t>
      </w:r>
      <w:proofErr w:type="spellStart"/>
      <w:r>
        <w:t>edukasi</w:t>
      </w:r>
      <w:proofErr w:type="spellEnd"/>
      <w:r>
        <w:t xml:space="preserve"> </w:t>
      </w:r>
      <w:proofErr w:type="spellStart"/>
      <w:r>
        <w:t>kesehatan</w:t>
      </w:r>
      <w:proofErr w:type="spellEnd"/>
      <w:r>
        <w:t xml:space="preserve"> dan </w:t>
      </w:r>
      <w:proofErr w:type="spellStart"/>
      <w:r>
        <w:t>kebersihan</w:t>
      </w:r>
      <w:proofErr w:type="spellEnd"/>
      <w:r>
        <w:t xml:space="preserve">, </w:t>
      </w:r>
      <w:proofErr w:type="spellStart"/>
      <w:r>
        <w:t>pelatihan</w:t>
      </w:r>
      <w:proofErr w:type="spellEnd"/>
      <w:r>
        <w:t xml:space="preserve"> </w:t>
      </w:r>
      <w:proofErr w:type="spellStart"/>
      <w:r>
        <w:t>kewirausahaan</w:t>
      </w:r>
      <w:proofErr w:type="spellEnd"/>
      <w:r>
        <w:t xml:space="preserve">, dan </w:t>
      </w:r>
      <w:proofErr w:type="spellStart"/>
      <w:r>
        <w:t>pengembangan</w:t>
      </w:r>
      <w:proofErr w:type="spellEnd"/>
      <w:r>
        <w:t xml:space="preserve"> </w:t>
      </w:r>
      <w:proofErr w:type="spellStart"/>
      <w:r>
        <w:t>komunitas</w:t>
      </w:r>
      <w:proofErr w:type="spellEnd"/>
      <w:r>
        <w:t xml:space="preserve">, </w:t>
      </w:r>
      <w:proofErr w:type="spellStart"/>
      <w:r>
        <w:t>sementara</w:t>
      </w:r>
      <w:proofErr w:type="spellEnd"/>
      <w:r>
        <w:t xml:space="preserve"> pada </w:t>
      </w:r>
      <w:proofErr w:type="spellStart"/>
      <w:r>
        <w:t>aspek</w:t>
      </w:r>
      <w:proofErr w:type="spellEnd"/>
      <w:r>
        <w:t xml:space="preserve"> </w:t>
      </w:r>
      <w:proofErr w:type="spellStart"/>
      <w:r>
        <w:t>lingkungan</w:t>
      </w:r>
      <w:proofErr w:type="spellEnd"/>
      <w:r>
        <w:t xml:space="preserve">, </w:t>
      </w:r>
      <w:proofErr w:type="spellStart"/>
      <w:r>
        <w:t>perusahaan</w:t>
      </w:r>
      <w:proofErr w:type="spellEnd"/>
      <w:r>
        <w:t xml:space="preserve"> </w:t>
      </w:r>
      <w:proofErr w:type="spellStart"/>
      <w:r>
        <w:t>berkomitmen</w:t>
      </w:r>
      <w:proofErr w:type="spellEnd"/>
      <w:r>
        <w:t xml:space="preserve"> </w:t>
      </w:r>
      <w:proofErr w:type="spellStart"/>
      <w:r>
        <w:t>mengelola</w:t>
      </w:r>
      <w:proofErr w:type="spellEnd"/>
      <w:r>
        <w:t xml:space="preserve"> </w:t>
      </w:r>
      <w:proofErr w:type="spellStart"/>
      <w:r>
        <w:t>penggunaan</w:t>
      </w:r>
      <w:proofErr w:type="spellEnd"/>
      <w:r>
        <w:t xml:space="preserve"> </w:t>
      </w:r>
      <w:proofErr w:type="spellStart"/>
      <w:r>
        <w:t>energi</w:t>
      </w:r>
      <w:proofErr w:type="spellEnd"/>
      <w:r>
        <w:t xml:space="preserve">, air, </w:t>
      </w:r>
      <w:proofErr w:type="spellStart"/>
      <w:r>
        <w:t>limbah</w:t>
      </w:r>
      <w:proofErr w:type="spellEnd"/>
      <w:r>
        <w:t xml:space="preserve">, dan </w:t>
      </w:r>
      <w:proofErr w:type="spellStart"/>
      <w:r>
        <w:t>kemasan</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bertanggung</w:t>
      </w:r>
      <w:proofErr w:type="spellEnd"/>
      <w:r>
        <w:t xml:space="preserve"> </w:t>
      </w:r>
      <w:proofErr w:type="spellStart"/>
      <w:r>
        <w:t>jawab</w:t>
      </w:r>
      <w:proofErr w:type="spellEnd"/>
      <w:r>
        <w:t>.</w:t>
      </w:r>
    </w:p>
    <w:p w14:paraId="38D77503" w14:textId="77777777" w:rsidR="00D77EA0" w:rsidRDefault="00000000" w:rsidP="00F01415">
      <w:pPr>
        <w:spacing w:after="0" w:line="240" w:lineRule="auto"/>
        <w:jc w:val="both"/>
      </w:pPr>
      <w:proofErr w:type="spellStart"/>
      <w:r>
        <w:t>Ketiga</w:t>
      </w:r>
      <w:proofErr w:type="spellEnd"/>
      <w:r>
        <w:t xml:space="preserve"> </w:t>
      </w:r>
      <w:proofErr w:type="spellStart"/>
      <w:r>
        <w:t>aspek</w:t>
      </w:r>
      <w:proofErr w:type="spellEnd"/>
      <w:r>
        <w:t xml:space="preserve"> </w:t>
      </w:r>
      <w:proofErr w:type="spellStart"/>
      <w:r>
        <w:t>tersebut</w:t>
      </w:r>
      <w:proofErr w:type="spellEnd"/>
      <w:r>
        <w:t xml:space="preserve"> </w:t>
      </w:r>
      <w:proofErr w:type="spellStart"/>
      <w:r>
        <w:t>selaras</w:t>
      </w:r>
      <w:proofErr w:type="spellEnd"/>
      <w:r>
        <w:t xml:space="preserve"> </w:t>
      </w:r>
      <w:proofErr w:type="spellStart"/>
      <w:r>
        <w:t>dengan</w:t>
      </w:r>
      <w:proofErr w:type="spellEnd"/>
      <w:r>
        <w:t xml:space="preserve"> </w:t>
      </w:r>
      <w:proofErr w:type="spellStart"/>
      <w:r>
        <w:t>kerangka</w:t>
      </w:r>
      <w:proofErr w:type="spellEnd"/>
      <w:r>
        <w:t xml:space="preserve"> Triple Bottom Line yang </w:t>
      </w:r>
      <w:proofErr w:type="spellStart"/>
      <w:r>
        <w:t>menempatkan</w:t>
      </w:r>
      <w:proofErr w:type="spellEnd"/>
      <w:r>
        <w:t xml:space="preserve"> </w:t>
      </w:r>
      <w:proofErr w:type="spellStart"/>
      <w:r>
        <w:t>keberhasilan</w:t>
      </w:r>
      <w:proofErr w:type="spellEnd"/>
      <w:r>
        <w:t xml:space="preserve"> </w:t>
      </w:r>
      <w:proofErr w:type="spellStart"/>
      <w:r>
        <w:t>korporasi</w:t>
      </w:r>
      <w:proofErr w:type="spellEnd"/>
      <w:r>
        <w:t xml:space="preserve"> </w:t>
      </w:r>
      <w:proofErr w:type="spellStart"/>
      <w:r>
        <w:t>tidak</w:t>
      </w:r>
      <w:proofErr w:type="spellEnd"/>
      <w:r>
        <w:t xml:space="preserve"> </w:t>
      </w:r>
      <w:proofErr w:type="spellStart"/>
      <w:r>
        <w:t>semata</w:t>
      </w:r>
      <w:proofErr w:type="spellEnd"/>
      <w:r>
        <w:t xml:space="preserve"> pada </w:t>
      </w:r>
      <w:proofErr w:type="spellStart"/>
      <w:r>
        <w:t>capaian</w:t>
      </w:r>
      <w:proofErr w:type="spellEnd"/>
      <w:r>
        <w:t xml:space="preserve"> </w:t>
      </w:r>
      <w:proofErr w:type="spellStart"/>
      <w:r>
        <w:t>finansial</w:t>
      </w:r>
      <w:proofErr w:type="spellEnd"/>
      <w:r>
        <w:t xml:space="preserve">, </w:t>
      </w:r>
      <w:proofErr w:type="spellStart"/>
      <w:r>
        <w:t>melainkan</w:t>
      </w:r>
      <w:proofErr w:type="spellEnd"/>
      <w:r>
        <w:t xml:space="preserve"> juga pada </w:t>
      </w:r>
      <w:proofErr w:type="spellStart"/>
      <w:r>
        <w:t>kontribusinya</w:t>
      </w:r>
      <w:proofErr w:type="spellEnd"/>
      <w:r>
        <w:t xml:space="preserve"> </w:t>
      </w:r>
      <w:proofErr w:type="spellStart"/>
      <w:r>
        <w:t>terhadap</w:t>
      </w:r>
      <w:proofErr w:type="spellEnd"/>
      <w:r>
        <w:t xml:space="preserve"> </w:t>
      </w:r>
      <w:proofErr w:type="spellStart"/>
      <w:r>
        <w:t>kesejahteraan</w:t>
      </w:r>
      <w:proofErr w:type="spellEnd"/>
      <w:r>
        <w:t xml:space="preserve"> </w:t>
      </w:r>
      <w:proofErr w:type="spellStart"/>
      <w:r>
        <w:t>sosial</w:t>
      </w:r>
      <w:proofErr w:type="spellEnd"/>
      <w:r>
        <w:t xml:space="preserve"> dan </w:t>
      </w:r>
      <w:proofErr w:type="spellStart"/>
      <w:r>
        <w:t>kelestarian</w:t>
      </w:r>
      <w:proofErr w:type="spellEnd"/>
      <w:r>
        <w:t xml:space="preserve"> </w:t>
      </w:r>
      <w:proofErr w:type="spellStart"/>
      <w:r>
        <w:t>lingkungan</w:t>
      </w:r>
      <w:proofErr w:type="spellEnd"/>
      <w:r>
        <w:t xml:space="preserve"> (Michael </w:t>
      </w:r>
      <w:proofErr w:type="spellStart"/>
      <w:r>
        <w:t>dkk</w:t>
      </w:r>
      <w:proofErr w:type="spellEnd"/>
      <w:r>
        <w:t xml:space="preserve">., 2019). </w:t>
      </w:r>
      <w:proofErr w:type="spellStart"/>
      <w:r>
        <w:t>Dalam</w:t>
      </w:r>
      <w:proofErr w:type="spellEnd"/>
      <w:r>
        <w:t xml:space="preserve"> </w:t>
      </w:r>
      <w:proofErr w:type="spellStart"/>
      <w:r>
        <w:t>konteks</w:t>
      </w:r>
      <w:proofErr w:type="spellEnd"/>
      <w:r>
        <w:t xml:space="preserve"> </w:t>
      </w:r>
      <w:proofErr w:type="spellStart"/>
      <w:r>
        <w:t>pekerjaan</w:t>
      </w:r>
      <w:proofErr w:type="spellEnd"/>
      <w:r>
        <w:t xml:space="preserve"> </w:t>
      </w:r>
      <w:proofErr w:type="spellStart"/>
      <w:r>
        <w:t>sosial</w:t>
      </w:r>
      <w:proofErr w:type="spellEnd"/>
      <w:r>
        <w:t xml:space="preserve">, </w:t>
      </w:r>
      <w:proofErr w:type="spellStart"/>
      <w:r>
        <w:t>pendekatan</w:t>
      </w:r>
      <w:proofErr w:type="spellEnd"/>
      <w:r>
        <w:t xml:space="preserve"> </w:t>
      </w:r>
      <w:proofErr w:type="spellStart"/>
      <w:r>
        <w:t>semacam</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wujud</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korporasi</w:t>
      </w:r>
      <w:proofErr w:type="spellEnd"/>
      <w:r>
        <w:t xml:space="preserve"> yang </w:t>
      </w:r>
      <w:proofErr w:type="spellStart"/>
      <w:r>
        <w:t>bergeser</w:t>
      </w:r>
      <w:proofErr w:type="spellEnd"/>
      <w:r>
        <w:t xml:space="preserve"> </w:t>
      </w:r>
      <w:proofErr w:type="spellStart"/>
      <w:r>
        <w:t>dari</w:t>
      </w:r>
      <w:proofErr w:type="spellEnd"/>
      <w:r>
        <w:t xml:space="preserve"> </w:t>
      </w:r>
      <w:proofErr w:type="spellStart"/>
      <w:r>
        <w:t>sekadar</w:t>
      </w:r>
      <w:proofErr w:type="spellEnd"/>
      <w:r>
        <w:t xml:space="preserve"> </w:t>
      </w:r>
      <w:proofErr w:type="spellStart"/>
      <w:r>
        <w:t>kepatuhan</w:t>
      </w:r>
      <w:proofErr w:type="spellEnd"/>
      <w:r>
        <w:t xml:space="preserve"> </w:t>
      </w:r>
      <w:proofErr w:type="spellStart"/>
      <w:r>
        <w:t>hukum</w:t>
      </w:r>
      <w:proofErr w:type="spellEnd"/>
      <w:r>
        <w:t xml:space="preserve"> </w:t>
      </w:r>
      <w:proofErr w:type="spellStart"/>
      <w:r>
        <w:t>menuju</w:t>
      </w:r>
      <w:proofErr w:type="spellEnd"/>
      <w:r>
        <w:t xml:space="preserve"> </w:t>
      </w:r>
      <w:proofErr w:type="spellStart"/>
      <w:r>
        <w:t>kemitraan</w:t>
      </w:r>
      <w:proofErr w:type="spellEnd"/>
      <w:r>
        <w:t xml:space="preserve"> </w:t>
      </w:r>
      <w:proofErr w:type="spellStart"/>
      <w:r>
        <w:t>aktif</w:t>
      </w:r>
      <w:proofErr w:type="spellEnd"/>
      <w:r>
        <w:t xml:space="preserve"> </w:t>
      </w:r>
      <w:proofErr w:type="spellStart"/>
      <w:r>
        <w:t>dengan</w:t>
      </w:r>
      <w:proofErr w:type="spellEnd"/>
      <w:r>
        <w:t xml:space="preserve"> </w:t>
      </w:r>
      <w:proofErr w:type="spellStart"/>
      <w:r>
        <w:t>masyarakat</w:t>
      </w:r>
      <w:proofErr w:type="spellEnd"/>
      <w:r>
        <w:t xml:space="preserve"> </w:t>
      </w:r>
      <w:proofErr w:type="spellStart"/>
      <w:r>
        <w:t>guna</w:t>
      </w:r>
      <w:proofErr w:type="spellEnd"/>
      <w:r>
        <w:t xml:space="preserve"> </w:t>
      </w:r>
      <w:proofErr w:type="spellStart"/>
      <w:r>
        <w:t>mengatasi</w:t>
      </w:r>
      <w:proofErr w:type="spellEnd"/>
      <w:r>
        <w:t xml:space="preserve"> </w:t>
      </w:r>
      <w:proofErr w:type="spellStart"/>
      <w:r>
        <w:t>persoalan</w:t>
      </w:r>
      <w:proofErr w:type="spellEnd"/>
      <w:r>
        <w:t xml:space="preserve"> </w:t>
      </w:r>
      <w:proofErr w:type="spellStart"/>
      <w:r>
        <w:t>sosial-ekonomi</w:t>
      </w:r>
      <w:proofErr w:type="spellEnd"/>
      <w:r>
        <w:t xml:space="preserve"> di </w:t>
      </w:r>
      <w:proofErr w:type="spellStart"/>
      <w:r>
        <w:t>sekitarnya</w:t>
      </w:r>
      <w:proofErr w:type="spellEnd"/>
      <w:r>
        <w:t>.</w:t>
      </w:r>
    </w:p>
    <w:p w14:paraId="3CB0B714" w14:textId="77777777" w:rsidR="00D77EA0" w:rsidRDefault="00000000" w:rsidP="00F01415">
      <w:pPr>
        <w:spacing w:after="0" w:line="240" w:lineRule="auto"/>
        <w:jc w:val="both"/>
      </w:pPr>
      <w:proofErr w:type="spellStart"/>
      <w:r>
        <w:t>Konsistensi</w:t>
      </w:r>
      <w:proofErr w:type="spellEnd"/>
      <w:r>
        <w:t xml:space="preserve"> </w:t>
      </w:r>
      <w:proofErr w:type="spellStart"/>
      <w:r>
        <w:t>komitmen</w:t>
      </w:r>
      <w:proofErr w:type="spellEnd"/>
      <w:r>
        <w:t xml:space="preserve"> </w:t>
      </w:r>
      <w:proofErr w:type="spellStart"/>
      <w:r>
        <w:t>keberlanjutan</w:t>
      </w:r>
      <w:proofErr w:type="spellEnd"/>
      <w:r>
        <w:t xml:space="preserve"> Unilever Indonesia juga </w:t>
      </w:r>
      <w:proofErr w:type="spellStart"/>
      <w:r>
        <w:t>tercermin</w:t>
      </w:r>
      <w:proofErr w:type="spellEnd"/>
      <w:r>
        <w:t xml:space="preserve"> </w:t>
      </w:r>
      <w:proofErr w:type="spellStart"/>
      <w:r>
        <w:t>dari</w:t>
      </w:r>
      <w:proofErr w:type="spellEnd"/>
      <w:r>
        <w:t xml:space="preserve"> </w:t>
      </w:r>
      <w:proofErr w:type="spellStart"/>
      <w:r>
        <w:t>upayanya</w:t>
      </w:r>
      <w:proofErr w:type="spellEnd"/>
      <w:r>
        <w:t xml:space="preserve"> </w:t>
      </w:r>
      <w:proofErr w:type="spellStart"/>
      <w:r>
        <w:t>menjaga</w:t>
      </w:r>
      <w:proofErr w:type="spellEnd"/>
      <w:r>
        <w:t xml:space="preserve"> </w:t>
      </w:r>
      <w:proofErr w:type="spellStart"/>
      <w:r>
        <w:t>transparansi</w:t>
      </w:r>
      <w:proofErr w:type="spellEnd"/>
      <w:r>
        <w:t xml:space="preserve"> </w:t>
      </w:r>
      <w:proofErr w:type="spellStart"/>
      <w:r>
        <w:t>kinerja</w:t>
      </w:r>
      <w:proofErr w:type="spellEnd"/>
      <w:r>
        <w:t xml:space="preserve"> </w:t>
      </w:r>
      <w:proofErr w:type="spellStart"/>
      <w:r>
        <w:t>keuangan</w:t>
      </w:r>
      <w:proofErr w:type="spellEnd"/>
      <w:r>
        <w:t xml:space="preserve"> </w:t>
      </w:r>
      <w:proofErr w:type="spellStart"/>
      <w:r>
        <w:t>sekaligus</w:t>
      </w:r>
      <w:proofErr w:type="spellEnd"/>
      <w:r>
        <w:t xml:space="preserve"> </w:t>
      </w:r>
      <w:proofErr w:type="spellStart"/>
      <w:r>
        <w:t>kinerja</w:t>
      </w:r>
      <w:proofErr w:type="spellEnd"/>
      <w:r>
        <w:t xml:space="preserve"> </w:t>
      </w:r>
      <w:proofErr w:type="spellStart"/>
      <w:r>
        <w:t>lingkungan</w:t>
      </w:r>
      <w:proofErr w:type="spellEnd"/>
      <w:r>
        <w:t xml:space="preserve"> </w:t>
      </w:r>
      <w:proofErr w:type="spellStart"/>
      <w:r>
        <w:t>secara</w:t>
      </w:r>
      <w:proofErr w:type="spellEnd"/>
      <w:r>
        <w:t xml:space="preserve"> </w:t>
      </w:r>
      <w:proofErr w:type="spellStart"/>
      <w:r>
        <w:t>bersamaan</w:t>
      </w:r>
      <w:proofErr w:type="spellEnd"/>
      <w:r>
        <w:t xml:space="preserve">. </w:t>
      </w:r>
      <w:proofErr w:type="spellStart"/>
      <w:r>
        <w:t>Sukmono</w:t>
      </w:r>
      <w:proofErr w:type="spellEnd"/>
      <w:r>
        <w:t xml:space="preserve"> </w:t>
      </w:r>
      <w:proofErr w:type="spellStart"/>
      <w:r>
        <w:t>dkk</w:t>
      </w:r>
      <w:proofErr w:type="spellEnd"/>
      <w:r>
        <w:t xml:space="preserve">. (2023) </w:t>
      </w:r>
      <w:proofErr w:type="spellStart"/>
      <w:r>
        <w:t>mencatat</w:t>
      </w:r>
      <w:proofErr w:type="spellEnd"/>
      <w:r>
        <w:t xml:space="preserve"> </w:t>
      </w:r>
      <w:proofErr w:type="spellStart"/>
      <w:r>
        <w:t>bahwa</w:t>
      </w:r>
      <w:proofErr w:type="spellEnd"/>
      <w:r>
        <w:t xml:space="preserve"> </w:t>
      </w:r>
      <w:proofErr w:type="spellStart"/>
      <w:r>
        <w:t>penerapan</w:t>
      </w:r>
      <w:proofErr w:type="spellEnd"/>
      <w:r>
        <w:t xml:space="preserve"> </w:t>
      </w:r>
      <w:proofErr w:type="spellStart"/>
      <w:r>
        <w:t>praktik</w:t>
      </w:r>
      <w:proofErr w:type="spellEnd"/>
      <w:r>
        <w:t xml:space="preserve"> </w:t>
      </w:r>
      <w:proofErr w:type="spellStart"/>
      <w:r>
        <w:t>akuntansi</w:t>
      </w:r>
      <w:proofErr w:type="spellEnd"/>
      <w:r>
        <w:t xml:space="preserve"> </w:t>
      </w:r>
      <w:proofErr w:type="spellStart"/>
      <w:r>
        <w:t>hijau</w:t>
      </w:r>
      <w:proofErr w:type="spellEnd"/>
      <w:r>
        <w:t xml:space="preserve"> (green accounting) pada </w:t>
      </w:r>
      <w:proofErr w:type="spellStart"/>
      <w:r>
        <w:t>laporan</w:t>
      </w:r>
      <w:proofErr w:type="spellEnd"/>
      <w:r>
        <w:t xml:space="preserve"> </w:t>
      </w:r>
      <w:proofErr w:type="spellStart"/>
      <w:r>
        <w:t>keuangan</w:t>
      </w:r>
      <w:proofErr w:type="spellEnd"/>
      <w:r>
        <w:t xml:space="preserve"> PT Unilever Indonesia </w:t>
      </w:r>
      <w:proofErr w:type="spellStart"/>
      <w:r>
        <w:t>Tbk</w:t>
      </w:r>
      <w:proofErr w:type="spellEnd"/>
      <w:r>
        <w:t xml:space="preserve"> </w:t>
      </w:r>
      <w:proofErr w:type="spellStart"/>
      <w:r>
        <w:t>turut</w:t>
      </w:r>
      <w:proofErr w:type="spellEnd"/>
      <w:r>
        <w:t xml:space="preserve"> </w:t>
      </w:r>
      <w:proofErr w:type="spellStart"/>
      <w:r>
        <w:t>memperkuat</w:t>
      </w:r>
      <w:proofErr w:type="spellEnd"/>
      <w:r>
        <w:t xml:space="preserve"> </w:t>
      </w:r>
      <w:proofErr w:type="spellStart"/>
      <w:r>
        <w:t>kredibilitas</w:t>
      </w:r>
      <w:proofErr w:type="spellEnd"/>
      <w:r>
        <w:t xml:space="preserve"> </w:t>
      </w:r>
      <w:proofErr w:type="spellStart"/>
      <w:r>
        <w:t>perusahaan</w:t>
      </w:r>
      <w:proofErr w:type="spellEnd"/>
      <w:r>
        <w:t xml:space="preserve"> di </w:t>
      </w:r>
      <w:proofErr w:type="spellStart"/>
      <w:r>
        <w:t>mata</w:t>
      </w:r>
      <w:proofErr w:type="spellEnd"/>
      <w:r>
        <w:t xml:space="preserve"> investor </w:t>
      </w:r>
      <w:proofErr w:type="spellStart"/>
      <w:r>
        <w:t>maupun</w:t>
      </w:r>
      <w:proofErr w:type="spellEnd"/>
      <w:r>
        <w:t xml:space="preserve"> </w:t>
      </w:r>
      <w:proofErr w:type="spellStart"/>
      <w:r>
        <w:t>masyarakat</w:t>
      </w:r>
      <w:proofErr w:type="spellEnd"/>
      <w:r>
        <w:t xml:space="preserve">, </w:t>
      </w:r>
      <w:proofErr w:type="spellStart"/>
      <w:r>
        <w:t>karena</w:t>
      </w:r>
      <w:proofErr w:type="spellEnd"/>
      <w:r>
        <w:t xml:space="preserve"> </w:t>
      </w:r>
      <w:proofErr w:type="spellStart"/>
      <w:r>
        <w:t>dampak</w:t>
      </w:r>
      <w:proofErr w:type="spellEnd"/>
      <w:r>
        <w:t xml:space="preserve"> </w:t>
      </w:r>
      <w:proofErr w:type="spellStart"/>
      <w:r>
        <w:t>lingkungan</w:t>
      </w:r>
      <w:proofErr w:type="spellEnd"/>
      <w:r>
        <w:t xml:space="preserve"> </w:t>
      </w:r>
      <w:proofErr w:type="spellStart"/>
      <w:r>
        <w:t>dari</w:t>
      </w:r>
      <w:proofErr w:type="spellEnd"/>
      <w:r>
        <w:t xml:space="preserve"> </w:t>
      </w:r>
      <w:proofErr w:type="spellStart"/>
      <w:r>
        <w:t>aktivitas</w:t>
      </w:r>
      <w:proofErr w:type="spellEnd"/>
      <w:r>
        <w:t xml:space="preserve"> </w:t>
      </w:r>
      <w:proofErr w:type="spellStart"/>
      <w:r>
        <w:t>bisnis</w:t>
      </w:r>
      <w:proofErr w:type="spellEnd"/>
      <w:r>
        <w:t xml:space="preserve"> </w:t>
      </w:r>
      <w:proofErr w:type="spellStart"/>
      <w:r>
        <w:t>dapat</w:t>
      </w:r>
      <w:proofErr w:type="spellEnd"/>
      <w:r>
        <w:t xml:space="preserve"> </w:t>
      </w:r>
      <w:proofErr w:type="spellStart"/>
      <w:r>
        <w:t>diukur</w:t>
      </w:r>
      <w:proofErr w:type="spellEnd"/>
      <w:r>
        <w:t xml:space="preserve"> dan </w:t>
      </w:r>
      <w:proofErr w:type="spellStart"/>
      <w:r>
        <w:t>dipertanggungjawabkan</w:t>
      </w:r>
      <w:proofErr w:type="spellEnd"/>
      <w:r>
        <w:t xml:space="preserve"> </w:t>
      </w:r>
      <w:proofErr w:type="spellStart"/>
      <w:r>
        <w:t>secara</w:t>
      </w:r>
      <w:proofErr w:type="spellEnd"/>
      <w:r>
        <w:t xml:space="preserve"> </w:t>
      </w:r>
      <w:proofErr w:type="spellStart"/>
      <w:r>
        <w:t>terbuka</w:t>
      </w:r>
      <w:proofErr w:type="spellEnd"/>
      <w:r>
        <w:t xml:space="preserve">. </w:t>
      </w:r>
      <w:proofErr w:type="spellStart"/>
      <w:r>
        <w:t>Praktik</w:t>
      </w:r>
      <w:proofErr w:type="spellEnd"/>
      <w:r>
        <w:t xml:space="preserve"> </w:t>
      </w:r>
      <w:proofErr w:type="spellStart"/>
      <w:r>
        <w:t>semacam</w:t>
      </w:r>
      <w:proofErr w:type="spellEnd"/>
      <w:r>
        <w:t xml:space="preserve"> </w:t>
      </w:r>
      <w:proofErr w:type="spellStart"/>
      <w:r>
        <w:t>ini</w:t>
      </w:r>
      <w:proofErr w:type="spellEnd"/>
      <w:r>
        <w:t xml:space="preserve"> </w:t>
      </w:r>
      <w:proofErr w:type="spellStart"/>
      <w:r>
        <w:t>menegaskan</w:t>
      </w:r>
      <w:proofErr w:type="spellEnd"/>
      <w:r>
        <w:t xml:space="preserve"> </w:t>
      </w:r>
      <w:proofErr w:type="spellStart"/>
      <w:r>
        <w:t>bahwa</w:t>
      </w:r>
      <w:proofErr w:type="spellEnd"/>
      <w:r>
        <w:t xml:space="preserve"> </w:t>
      </w:r>
      <w:proofErr w:type="spellStart"/>
      <w:r>
        <w:t>dimensi</w:t>
      </w:r>
      <w:proofErr w:type="spellEnd"/>
      <w:r>
        <w:t xml:space="preserve"> planet </w:t>
      </w:r>
      <w:proofErr w:type="spellStart"/>
      <w:r>
        <w:t>dalam</w:t>
      </w:r>
      <w:proofErr w:type="spellEnd"/>
      <w:r>
        <w:t xml:space="preserve"> </w:t>
      </w:r>
      <w:proofErr w:type="spellStart"/>
      <w:r>
        <w:t>kerangka</w:t>
      </w:r>
      <w:proofErr w:type="spellEnd"/>
      <w:r>
        <w:t xml:space="preserve"> Triple Bottom Line </w:t>
      </w:r>
      <w:proofErr w:type="spellStart"/>
      <w:r>
        <w:t>tidak</w:t>
      </w:r>
      <w:proofErr w:type="spellEnd"/>
      <w:r>
        <w:t xml:space="preserve"> </w:t>
      </w:r>
      <w:proofErr w:type="spellStart"/>
      <w:r>
        <w:t>berdiri</w:t>
      </w:r>
      <w:proofErr w:type="spellEnd"/>
      <w:r>
        <w:t xml:space="preserve"> </w:t>
      </w:r>
      <w:proofErr w:type="spellStart"/>
      <w:r>
        <w:t>sendiri</w:t>
      </w:r>
      <w:proofErr w:type="spellEnd"/>
      <w:r>
        <w:t xml:space="preserve">, </w:t>
      </w:r>
      <w:proofErr w:type="spellStart"/>
      <w:r>
        <w:t>melainkan</w:t>
      </w:r>
      <w:proofErr w:type="spellEnd"/>
      <w:r>
        <w:t xml:space="preserve"> </w:t>
      </w:r>
      <w:proofErr w:type="spellStart"/>
      <w:r>
        <w:t>terintegrasi</w:t>
      </w:r>
      <w:proofErr w:type="spellEnd"/>
      <w:r>
        <w:t xml:space="preserve"> </w:t>
      </w:r>
      <w:proofErr w:type="spellStart"/>
      <w:r>
        <w:t>dengan</w:t>
      </w:r>
      <w:proofErr w:type="spellEnd"/>
      <w:r>
        <w:t xml:space="preserve"> </w:t>
      </w:r>
      <w:proofErr w:type="spellStart"/>
      <w:r>
        <w:t>dimensi</w:t>
      </w:r>
      <w:proofErr w:type="spellEnd"/>
      <w:r>
        <w:t xml:space="preserve"> profit </w:t>
      </w:r>
      <w:proofErr w:type="spellStart"/>
      <w:r>
        <w:t>melalui</w:t>
      </w:r>
      <w:proofErr w:type="spellEnd"/>
      <w:r>
        <w:t xml:space="preserve"> </w:t>
      </w:r>
      <w:proofErr w:type="spellStart"/>
      <w:r>
        <w:t>mekanisme</w:t>
      </w:r>
      <w:proofErr w:type="spellEnd"/>
      <w:r>
        <w:t xml:space="preserve"> </w:t>
      </w:r>
      <w:proofErr w:type="spellStart"/>
      <w:r>
        <w:t>pelaporan</w:t>
      </w:r>
      <w:proofErr w:type="spellEnd"/>
      <w:r>
        <w:t xml:space="preserve"> yang </w:t>
      </w:r>
      <w:proofErr w:type="spellStart"/>
      <w:r>
        <w:t>akuntabel</w:t>
      </w:r>
      <w:proofErr w:type="spellEnd"/>
      <w:r>
        <w:t xml:space="preserve"> -- </w:t>
      </w:r>
      <w:proofErr w:type="spellStart"/>
      <w:r>
        <w:t>sebuah</w:t>
      </w:r>
      <w:proofErr w:type="spellEnd"/>
      <w:r>
        <w:t xml:space="preserve"> </w:t>
      </w:r>
      <w:proofErr w:type="spellStart"/>
      <w:r>
        <w:t>fondasi</w:t>
      </w:r>
      <w:proofErr w:type="spellEnd"/>
      <w:r>
        <w:t xml:space="preserve"> </w:t>
      </w:r>
      <w:proofErr w:type="spellStart"/>
      <w:r>
        <w:t>penting</w:t>
      </w:r>
      <w:proofErr w:type="spellEnd"/>
      <w:r>
        <w:t xml:space="preserve"> </w:t>
      </w:r>
      <w:proofErr w:type="spellStart"/>
      <w:r>
        <w:t>sebelum</w:t>
      </w:r>
      <w:proofErr w:type="spellEnd"/>
      <w:r>
        <w:t xml:space="preserve"> </w:t>
      </w:r>
      <w:proofErr w:type="spellStart"/>
      <w:r>
        <w:t>perusahaan</w:t>
      </w:r>
      <w:proofErr w:type="spellEnd"/>
      <w:r>
        <w:t xml:space="preserve"> </w:t>
      </w:r>
      <w:proofErr w:type="spellStart"/>
      <w:r>
        <w:t>memperluas</w:t>
      </w:r>
      <w:proofErr w:type="spellEnd"/>
      <w:r>
        <w:t xml:space="preserve"> </w:t>
      </w:r>
      <w:proofErr w:type="spellStart"/>
      <w:r>
        <w:t>komitmennya</w:t>
      </w:r>
      <w:proofErr w:type="spellEnd"/>
      <w:r>
        <w:t xml:space="preserve"> pada </w:t>
      </w:r>
      <w:proofErr w:type="spellStart"/>
      <w:r>
        <w:t>dimensi</w:t>
      </w:r>
      <w:proofErr w:type="spellEnd"/>
      <w:r>
        <w:t xml:space="preserve"> people </w:t>
      </w:r>
      <w:proofErr w:type="spellStart"/>
      <w:r>
        <w:t>melalui</w:t>
      </w:r>
      <w:proofErr w:type="spellEnd"/>
      <w:r>
        <w:t xml:space="preserve"> program </w:t>
      </w:r>
      <w:proofErr w:type="spellStart"/>
      <w:r>
        <w:t>pemberdayaan</w:t>
      </w:r>
      <w:proofErr w:type="spellEnd"/>
      <w:r>
        <w:t xml:space="preserve"> UMKM.</w:t>
      </w:r>
    </w:p>
    <w:p w14:paraId="16B7BEB7" w14:textId="77777777" w:rsidR="00F01415" w:rsidRDefault="00F01415" w:rsidP="00F01415">
      <w:pPr>
        <w:spacing w:after="0" w:line="240" w:lineRule="auto"/>
        <w:jc w:val="both"/>
      </w:pPr>
    </w:p>
    <w:p w14:paraId="2D5BF481" w14:textId="77777777" w:rsidR="00F01415" w:rsidRDefault="00F01415" w:rsidP="00F01415">
      <w:pPr>
        <w:spacing w:after="0" w:line="240" w:lineRule="auto"/>
        <w:jc w:val="both"/>
      </w:pPr>
    </w:p>
    <w:p w14:paraId="626C3C93" w14:textId="77777777" w:rsidR="00D77EA0" w:rsidRDefault="00000000" w:rsidP="00F01415">
      <w:pPr>
        <w:spacing w:after="0" w:line="240" w:lineRule="auto"/>
      </w:pPr>
      <w:r>
        <w:rPr>
          <w:b/>
          <w:i/>
        </w:rPr>
        <w:t xml:space="preserve">Strategi CSR Unilever Indonesia </w:t>
      </w:r>
      <w:proofErr w:type="spellStart"/>
      <w:r>
        <w:rPr>
          <w:b/>
          <w:i/>
        </w:rPr>
        <w:t>bagi</w:t>
      </w:r>
      <w:proofErr w:type="spellEnd"/>
      <w:r>
        <w:rPr>
          <w:b/>
          <w:i/>
        </w:rPr>
        <w:t xml:space="preserve"> </w:t>
      </w:r>
      <w:proofErr w:type="spellStart"/>
      <w:r>
        <w:rPr>
          <w:b/>
          <w:i/>
        </w:rPr>
        <w:t>Pemberdayaan</w:t>
      </w:r>
      <w:proofErr w:type="spellEnd"/>
      <w:r>
        <w:rPr>
          <w:b/>
          <w:i/>
        </w:rPr>
        <w:t xml:space="preserve"> UMKM</w:t>
      </w:r>
    </w:p>
    <w:p w14:paraId="6D5CCA16" w14:textId="77777777" w:rsidR="00D77EA0" w:rsidRDefault="00000000" w:rsidP="00F01415">
      <w:pPr>
        <w:spacing w:after="0" w:line="240" w:lineRule="auto"/>
        <w:jc w:val="both"/>
      </w:pPr>
      <w:r>
        <w:t xml:space="preserve">Ketika </w:t>
      </w:r>
      <w:proofErr w:type="spellStart"/>
      <w:r>
        <w:t>pandemi</w:t>
      </w:r>
      <w:proofErr w:type="spellEnd"/>
      <w:r>
        <w:t xml:space="preserve"> Covid-19 </w:t>
      </w:r>
      <w:proofErr w:type="spellStart"/>
      <w:r>
        <w:t>melumpuhkan</w:t>
      </w:r>
      <w:proofErr w:type="spellEnd"/>
      <w:r>
        <w:t xml:space="preserve"> </w:t>
      </w:r>
      <w:proofErr w:type="spellStart"/>
      <w:r>
        <w:t>berbagai</w:t>
      </w:r>
      <w:proofErr w:type="spellEnd"/>
      <w:r>
        <w:t xml:space="preserve"> </w:t>
      </w:r>
      <w:proofErr w:type="spellStart"/>
      <w:r>
        <w:t>sektor</w:t>
      </w:r>
      <w:proofErr w:type="spellEnd"/>
      <w:r>
        <w:t xml:space="preserve"> </w:t>
      </w:r>
      <w:proofErr w:type="spellStart"/>
      <w:r>
        <w:t>usaha</w:t>
      </w:r>
      <w:proofErr w:type="spellEnd"/>
      <w:r>
        <w:t xml:space="preserve"> pada </w:t>
      </w:r>
      <w:proofErr w:type="spellStart"/>
      <w:r>
        <w:t>tahun</w:t>
      </w:r>
      <w:proofErr w:type="spellEnd"/>
      <w:r>
        <w:t xml:space="preserve"> 2020, Unilever Indonesia </w:t>
      </w:r>
      <w:proofErr w:type="spellStart"/>
      <w:r>
        <w:t>merespons</w:t>
      </w:r>
      <w:proofErr w:type="spellEnd"/>
      <w:r>
        <w:t xml:space="preserve"> </w:t>
      </w:r>
      <w:proofErr w:type="spellStart"/>
      <w:r>
        <w:t>dengan</w:t>
      </w:r>
      <w:proofErr w:type="spellEnd"/>
      <w:r>
        <w:t xml:space="preserve"> </w:t>
      </w:r>
      <w:proofErr w:type="spellStart"/>
      <w:r>
        <w:t>meluncurkan</w:t>
      </w:r>
      <w:proofErr w:type="spellEnd"/>
      <w:r>
        <w:t xml:space="preserve"> </w:t>
      </w:r>
      <w:proofErr w:type="spellStart"/>
      <w:r>
        <w:t>kampanye</w:t>
      </w:r>
      <w:proofErr w:type="spellEnd"/>
      <w:r>
        <w:t xml:space="preserve"> #UnileverUntukIndonesia yang </w:t>
      </w:r>
      <w:proofErr w:type="spellStart"/>
      <w:r>
        <w:t>secara</w:t>
      </w:r>
      <w:proofErr w:type="spellEnd"/>
      <w:r>
        <w:t xml:space="preserve"> </w:t>
      </w:r>
      <w:proofErr w:type="spellStart"/>
      <w:r>
        <w:t>khusus</w:t>
      </w:r>
      <w:proofErr w:type="spellEnd"/>
      <w:r>
        <w:t xml:space="preserve"> </w:t>
      </w:r>
      <w:proofErr w:type="spellStart"/>
      <w:r>
        <w:t>menyasar</w:t>
      </w:r>
      <w:proofErr w:type="spellEnd"/>
      <w:r>
        <w:t xml:space="preserve"> </w:t>
      </w:r>
      <w:proofErr w:type="spellStart"/>
      <w:r>
        <w:t>pelaku</w:t>
      </w:r>
      <w:proofErr w:type="spellEnd"/>
      <w:r>
        <w:t xml:space="preserve"> UMKM </w:t>
      </w:r>
      <w:proofErr w:type="spellStart"/>
      <w:r>
        <w:t>dalam</w:t>
      </w:r>
      <w:proofErr w:type="spellEnd"/>
      <w:r>
        <w:t xml:space="preserve"> </w:t>
      </w:r>
      <w:proofErr w:type="spellStart"/>
      <w:r>
        <w:t>ekosistem</w:t>
      </w:r>
      <w:proofErr w:type="spellEnd"/>
      <w:r>
        <w:t xml:space="preserve"> </w:t>
      </w:r>
      <w:proofErr w:type="spellStart"/>
      <w:r>
        <w:t>bisnisnya</w:t>
      </w:r>
      <w:proofErr w:type="spellEnd"/>
      <w:r>
        <w:t xml:space="preserve">. </w:t>
      </w:r>
      <w:proofErr w:type="spellStart"/>
      <w:r>
        <w:t>Melalui</w:t>
      </w:r>
      <w:proofErr w:type="spellEnd"/>
      <w:r>
        <w:t xml:space="preserve"> </w:t>
      </w:r>
      <w:proofErr w:type="spellStart"/>
      <w:r>
        <w:t>kampanye</w:t>
      </w:r>
      <w:proofErr w:type="spellEnd"/>
      <w:r>
        <w:t xml:space="preserve"> </w:t>
      </w:r>
      <w:proofErr w:type="spellStart"/>
      <w:r>
        <w:t>ini</w:t>
      </w:r>
      <w:proofErr w:type="spellEnd"/>
      <w:r>
        <w:t xml:space="preserve">, </w:t>
      </w:r>
      <w:proofErr w:type="spellStart"/>
      <w:r>
        <w:t>perusahaan</w:t>
      </w:r>
      <w:proofErr w:type="spellEnd"/>
      <w:r>
        <w:t xml:space="preserve"> </w:t>
      </w:r>
      <w:proofErr w:type="spellStart"/>
      <w:r>
        <w:t>menyalurkan</w:t>
      </w:r>
      <w:proofErr w:type="spellEnd"/>
      <w:r>
        <w:t xml:space="preserve"> </w:t>
      </w:r>
      <w:proofErr w:type="spellStart"/>
      <w:r>
        <w:t>dukungan</w:t>
      </w:r>
      <w:proofErr w:type="spellEnd"/>
      <w:r>
        <w:t xml:space="preserve"> </w:t>
      </w:r>
      <w:proofErr w:type="spellStart"/>
      <w:r>
        <w:t>senilai</w:t>
      </w:r>
      <w:proofErr w:type="spellEnd"/>
      <w:r>
        <w:t xml:space="preserve"> </w:t>
      </w:r>
      <w:r>
        <w:lastRenderedPageBreak/>
        <w:t xml:space="preserve">total Rp40 </w:t>
      </w:r>
      <w:proofErr w:type="spellStart"/>
      <w:r>
        <w:t>miliar</w:t>
      </w:r>
      <w:proofErr w:type="spellEnd"/>
      <w:r>
        <w:t xml:space="preserve"> </w:t>
      </w:r>
      <w:proofErr w:type="spellStart"/>
      <w:r>
        <w:t>kepada</w:t>
      </w:r>
      <w:proofErr w:type="spellEnd"/>
      <w:r>
        <w:t xml:space="preserve"> 147.000 </w:t>
      </w:r>
      <w:proofErr w:type="spellStart"/>
      <w:r>
        <w:t>pedagang</w:t>
      </w:r>
      <w:proofErr w:type="spellEnd"/>
      <w:r>
        <w:t xml:space="preserve"> </w:t>
      </w:r>
      <w:proofErr w:type="spellStart"/>
      <w:r>
        <w:t>warung</w:t>
      </w:r>
      <w:proofErr w:type="spellEnd"/>
      <w:r>
        <w:t xml:space="preserve">, yang </w:t>
      </w:r>
      <w:proofErr w:type="spellStart"/>
      <w:r>
        <w:t>bersumber</w:t>
      </w:r>
      <w:proofErr w:type="spellEnd"/>
      <w:r>
        <w:t xml:space="preserve"> </w:t>
      </w:r>
      <w:proofErr w:type="spellStart"/>
      <w:r>
        <w:t>dari</w:t>
      </w:r>
      <w:proofErr w:type="spellEnd"/>
      <w:r>
        <w:t xml:space="preserve"> </w:t>
      </w:r>
      <w:proofErr w:type="spellStart"/>
      <w:r>
        <w:t>pengembalian</w:t>
      </w:r>
      <w:proofErr w:type="spellEnd"/>
      <w:r>
        <w:t xml:space="preserve"> </w:t>
      </w:r>
      <w:proofErr w:type="spellStart"/>
      <w:r>
        <w:t>keuntungan</w:t>
      </w:r>
      <w:proofErr w:type="spellEnd"/>
      <w:r>
        <w:t xml:space="preserve"> </w:t>
      </w:r>
      <w:proofErr w:type="spellStart"/>
      <w:r>
        <w:t>transaksi</w:t>
      </w:r>
      <w:proofErr w:type="spellEnd"/>
      <w:r>
        <w:t xml:space="preserve"> </w:t>
      </w:r>
      <w:proofErr w:type="spellStart"/>
      <w:r>
        <w:t>selama</w:t>
      </w:r>
      <w:proofErr w:type="spellEnd"/>
      <w:r>
        <w:t xml:space="preserve"> </w:t>
      </w:r>
      <w:proofErr w:type="spellStart"/>
      <w:r>
        <w:t>tiga</w:t>
      </w:r>
      <w:proofErr w:type="spellEnd"/>
      <w:r>
        <w:t xml:space="preserve"> </w:t>
      </w:r>
      <w:proofErr w:type="spellStart"/>
      <w:r>
        <w:t>bulan</w:t>
      </w:r>
      <w:proofErr w:type="spellEnd"/>
      <w:r>
        <w:t xml:space="preserve"> </w:t>
      </w:r>
      <w:proofErr w:type="spellStart"/>
      <w:r>
        <w:t>kepada</w:t>
      </w:r>
      <w:proofErr w:type="spellEnd"/>
      <w:r>
        <w:t xml:space="preserve"> para </w:t>
      </w:r>
      <w:proofErr w:type="spellStart"/>
      <w:r>
        <w:t>mitra</w:t>
      </w:r>
      <w:proofErr w:type="spellEnd"/>
      <w:r>
        <w:t xml:space="preserve"> </w:t>
      </w:r>
      <w:proofErr w:type="spellStart"/>
      <w:r>
        <w:t>warung</w:t>
      </w:r>
      <w:proofErr w:type="spellEnd"/>
      <w:r>
        <w:t xml:space="preserve"> </w:t>
      </w:r>
      <w:proofErr w:type="spellStart"/>
      <w:r>
        <w:t>tersebut</w:t>
      </w:r>
      <w:proofErr w:type="spellEnd"/>
      <w:r>
        <w:t xml:space="preserve"> (Unilever Indonesia, 2020). </w:t>
      </w:r>
      <w:proofErr w:type="spellStart"/>
      <w:r>
        <w:t>Bantuan</w:t>
      </w:r>
      <w:proofErr w:type="spellEnd"/>
      <w:r>
        <w:t xml:space="preserve"> </w:t>
      </w:r>
      <w:proofErr w:type="spellStart"/>
      <w:r>
        <w:t>ini</w:t>
      </w:r>
      <w:proofErr w:type="spellEnd"/>
      <w:r>
        <w:t xml:space="preserve"> </w:t>
      </w:r>
      <w:proofErr w:type="spellStart"/>
      <w:r>
        <w:t>diwujudkan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paket</w:t>
      </w:r>
      <w:proofErr w:type="spellEnd"/>
      <w:r>
        <w:t xml:space="preserve"> </w:t>
      </w:r>
      <w:proofErr w:type="spellStart"/>
      <w:r>
        <w:t>produk</w:t>
      </w:r>
      <w:proofErr w:type="spellEnd"/>
      <w:r>
        <w:t xml:space="preserve"> </w:t>
      </w:r>
      <w:proofErr w:type="spellStart"/>
      <w:r>
        <w:t>kebersihan</w:t>
      </w:r>
      <w:proofErr w:type="spellEnd"/>
      <w:r>
        <w:t xml:space="preserve">, </w:t>
      </w:r>
      <w:proofErr w:type="spellStart"/>
      <w:r>
        <w:t>alat</w:t>
      </w:r>
      <w:proofErr w:type="spellEnd"/>
      <w:r>
        <w:t xml:space="preserve"> </w:t>
      </w:r>
      <w:proofErr w:type="spellStart"/>
      <w:r>
        <w:t>pelindung</w:t>
      </w:r>
      <w:proofErr w:type="spellEnd"/>
      <w:r>
        <w:t xml:space="preserve"> </w:t>
      </w:r>
      <w:proofErr w:type="spellStart"/>
      <w:r>
        <w:t>diri</w:t>
      </w:r>
      <w:proofErr w:type="spellEnd"/>
      <w:r>
        <w:t xml:space="preserve">, </w:t>
      </w:r>
      <w:proofErr w:type="spellStart"/>
      <w:r>
        <w:t>serta</w:t>
      </w:r>
      <w:proofErr w:type="spellEnd"/>
      <w:r>
        <w:t xml:space="preserve"> </w:t>
      </w:r>
      <w:proofErr w:type="spellStart"/>
      <w:r>
        <w:t>tambahan</w:t>
      </w:r>
      <w:proofErr w:type="spellEnd"/>
      <w:r>
        <w:t xml:space="preserve"> modal </w:t>
      </w:r>
      <w:proofErr w:type="spellStart"/>
      <w:r>
        <w:t>kerja</w:t>
      </w:r>
      <w:proofErr w:type="spellEnd"/>
      <w:r>
        <w:t xml:space="preserve"> </w:t>
      </w:r>
      <w:proofErr w:type="spellStart"/>
      <w:r>
        <w:t>bagi</w:t>
      </w:r>
      <w:proofErr w:type="spellEnd"/>
      <w:r>
        <w:t xml:space="preserve"> </w:t>
      </w:r>
      <w:proofErr w:type="spellStart"/>
      <w:r>
        <w:t>pedagang</w:t>
      </w:r>
      <w:proofErr w:type="spellEnd"/>
      <w:r>
        <w:t xml:space="preserve"> agar </w:t>
      </w:r>
      <w:proofErr w:type="spellStart"/>
      <w:r>
        <w:t>dapat</w:t>
      </w:r>
      <w:proofErr w:type="spellEnd"/>
      <w:r>
        <w:t xml:space="preserve"> </w:t>
      </w:r>
      <w:proofErr w:type="spellStart"/>
      <w:r>
        <w:t>bertahan</w:t>
      </w:r>
      <w:proofErr w:type="spellEnd"/>
      <w:r>
        <w:t xml:space="preserve"> di </w:t>
      </w:r>
      <w:proofErr w:type="spellStart"/>
      <w:r>
        <w:t>tengah</w:t>
      </w:r>
      <w:proofErr w:type="spellEnd"/>
      <w:r>
        <w:t xml:space="preserve"> </w:t>
      </w:r>
      <w:proofErr w:type="spellStart"/>
      <w:r>
        <w:t>tekanan</w:t>
      </w:r>
      <w:proofErr w:type="spellEnd"/>
      <w:r>
        <w:t xml:space="preserve"> </w:t>
      </w:r>
      <w:proofErr w:type="spellStart"/>
      <w:r>
        <w:t>ekonomi</w:t>
      </w:r>
      <w:proofErr w:type="spellEnd"/>
      <w:r>
        <w:t xml:space="preserve"> </w:t>
      </w:r>
      <w:proofErr w:type="spellStart"/>
      <w:r>
        <w:t>pandemi</w:t>
      </w:r>
      <w:proofErr w:type="spellEnd"/>
      <w:r>
        <w:t>.</w:t>
      </w:r>
    </w:p>
    <w:p w14:paraId="1BC1A368" w14:textId="77777777" w:rsidR="00D77EA0" w:rsidRDefault="00000000" w:rsidP="00F01415">
      <w:pPr>
        <w:spacing w:after="0" w:line="240" w:lineRule="auto"/>
        <w:jc w:val="both"/>
      </w:pPr>
      <w:proofErr w:type="spellStart"/>
      <w:r>
        <w:t>Selain</w:t>
      </w:r>
      <w:proofErr w:type="spellEnd"/>
      <w:r>
        <w:t xml:space="preserve"> </w:t>
      </w:r>
      <w:proofErr w:type="spellStart"/>
      <w:r>
        <w:t>bantuan</w:t>
      </w:r>
      <w:proofErr w:type="spellEnd"/>
      <w:r>
        <w:t xml:space="preserve"> </w:t>
      </w:r>
      <w:proofErr w:type="spellStart"/>
      <w:r>
        <w:t>langsung</w:t>
      </w:r>
      <w:proofErr w:type="spellEnd"/>
      <w:r>
        <w:t xml:space="preserve">, Unilever Indonesia </w:t>
      </w:r>
      <w:proofErr w:type="spellStart"/>
      <w:r>
        <w:t>turut</w:t>
      </w:r>
      <w:proofErr w:type="spellEnd"/>
      <w:r>
        <w:t xml:space="preserve"> </w:t>
      </w:r>
      <w:proofErr w:type="spellStart"/>
      <w:r>
        <w:t>mengembangkan</w:t>
      </w:r>
      <w:proofErr w:type="spellEnd"/>
      <w:r>
        <w:t xml:space="preserve"> </w:t>
      </w:r>
      <w:proofErr w:type="spellStart"/>
      <w:r>
        <w:t>aplikasi</w:t>
      </w:r>
      <w:proofErr w:type="spellEnd"/>
      <w:r>
        <w:t xml:space="preserve"> digital </w:t>
      </w:r>
      <w:proofErr w:type="spellStart"/>
      <w:r>
        <w:t>bernama</w:t>
      </w:r>
      <w:proofErr w:type="spellEnd"/>
      <w:r>
        <w:t xml:space="preserve"> </w:t>
      </w:r>
      <w:proofErr w:type="spellStart"/>
      <w:r>
        <w:t>Sahabat</w:t>
      </w:r>
      <w:proofErr w:type="spellEnd"/>
      <w:r>
        <w:t xml:space="preserve"> </w:t>
      </w:r>
      <w:proofErr w:type="spellStart"/>
      <w:r>
        <w:t>Warung</w:t>
      </w:r>
      <w:proofErr w:type="spellEnd"/>
      <w:r>
        <w:t xml:space="preserve">, yang </w:t>
      </w:r>
      <w:proofErr w:type="spellStart"/>
      <w:r>
        <w:t>memungkinkan</w:t>
      </w:r>
      <w:proofErr w:type="spellEnd"/>
      <w:r>
        <w:t xml:space="preserve"> </w:t>
      </w:r>
      <w:proofErr w:type="spellStart"/>
      <w:r>
        <w:t>pedagang</w:t>
      </w:r>
      <w:proofErr w:type="spellEnd"/>
      <w:r>
        <w:t xml:space="preserve"> </w:t>
      </w:r>
      <w:proofErr w:type="spellStart"/>
      <w:r>
        <w:t>warung</w:t>
      </w:r>
      <w:proofErr w:type="spellEnd"/>
      <w:r>
        <w:t xml:space="preserve"> </w:t>
      </w:r>
      <w:proofErr w:type="spellStart"/>
      <w:r>
        <w:t>memperoleh</w:t>
      </w:r>
      <w:proofErr w:type="spellEnd"/>
      <w:r>
        <w:t xml:space="preserve"> </w:t>
      </w:r>
      <w:proofErr w:type="spellStart"/>
      <w:r>
        <w:t>kupon</w:t>
      </w:r>
      <w:proofErr w:type="spellEnd"/>
      <w:r>
        <w:t xml:space="preserve"> </w:t>
      </w:r>
      <w:proofErr w:type="spellStart"/>
      <w:r>
        <w:t>elektronik</w:t>
      </w:r>
      <w:proofErr w:type="spellEnd"/>
      <w:r>
        <w:t xml:space="preserve">, </w:t>
      </w:r>
      <w:proofErr w:type="spellStart"/>
      <w:r>
        <w:t>potongan</w:t>
      </w:r>
      <w:proofErr w:type="spellEnd"/>
      <w:r>
        <w:t xml:space="preserve"> </w:t>
      </w:r>
      <w:proofErr w:type="spellStart"/>
      <w:r>
        <w:t>harga</w:t>
      </w:r>
      <w:proofErr w:type="spellEnd"/>
      <w:r>
        <w:t xml:space="preserve"> </w:t>
      </w:r>
      <w:proofErr w:type="spellStart"/>
      <w:r>
        <w:t>produk</w:t>
      </w:r>
      <w:proofErr w:type="spellEnd"/>
      <w:r>
        <w:t xml:space="preserve">, </w:t>
      </w:r>
      <w:proofErr w:type="spellStart"/>
      <w:r>
        <w:t>serta</w:t>
      </w:r>
      <w:proofErr w:type="spellEnd"/>
      <w:r>
        <w:t xml:space="preserve"> </w:t>
      </w:r>
      <w:proofErr w:type="spellStart"/>
      <w:r>
        <w:t>layanan</w:t>
      </w:r>
      <w:proofErr w:type="spellEnd"/>
      <w:r>
        <w:t xml:space="preserve"> </w:t>
      </w:r>
      <w:proofErr w:type="spellStart"/>
      <w:r>
        <w:t>pengantaran</w:t>
      </w:r>
      <w:proofErr w:type="spellEnd"/>
      <w:r>
        <w:t xml:space="preserve"> </w:t>
      </w:r>
      <w:proofErr w:type="spellStart"/>
      <w:r>
        <w:t>tanpa</w:t>
      </w:r>
      <w:proofErr w:type="spellEnd"/>
      <w:r>
        <w:t xml:space="preserve"> </w:t>
      </w:r>
      <w:proofErr w:type="spellStart"/>
      <w:r>
        <w:t>kontak</w:t>
      </w:r>
      <w:proofErr w:type="spellEnd"/>
      <w:r>
        <w:t xml:space="preserve"> </w:t>
      </w:r>
      <w:proofErr w:type="spellStart"/>
      <w:r>
        <w:t>fisik</w:t>
      </w:r>
      <w:proofErr w:type="spellEnd"/>
      <w:r>
        <w:t xml:space="preserve"> -- </w:t>
      </w:r>
      <w:proofErr w:type="spellStart"/>
      <w:r>
        <w:t>sebuah</w:t>
      </w:r>
      <w:proofErr w:type="spellEnd"/>
      <w:r>
        <w:t xml:space="preserve"> </w:t>
      </w:r>
      <w:proofErr w:type="spellStart"/>
      <w:r>
        <w:t>inovasi</w:t>
      </w:r>
      <w:proofErr w:type="spellEnd"/>
      <w:r>
        <w:t xml:space="preserve"> yang </w:t>
      </w:r>
      <w:proofErr w:type="spellStart"/>
      <w:r>
        <w:t>sekaligus</w:t>
      </w:r>
      <w:proofErr w:type="spellEnd"/>
      <w:r>
        <w:t xml:space="preserve"> </w:t>
      </w:r>
      <w:proofErr w:type="spellStart"/>
      <w:r>
        <w:t>meringankan</w:t>
      </w:r>
      <w:proofErr w:type="spellEnd"/>
      <w:r>
        <w:t xml:space="preserve"> </w:t>
      </w:r>
      <w:proofErr w:type="spellStart"/>
      <w:r>
        <w:t>beban</w:t>
      </w:r>
      <w:proofErr w:type="spellEnd"/>
      <w:r>
        <w:t xml:space="preserve"> </w:t>
      </w:r>
      <w:proofErr w:type="spellStart"/>
      <w:r>
        <w:t>logistik</w:t>
      </w:r>
      <w:proofErr w:type="spellEnd"/>
      <w:r>
        <w:t xml:space="preserve"> UMKM di </w:t>
      </w:r>
      <w:proofErr w:type="spellStart"/>
      <w:r>
        <w:t>tengah</w:t>
      </w:r>
      <w:proofErr w:type="spellEnd"/>
      <w:r>
        <w:t xml:space="preserve"> </w:t>
      </w:r>
      <w:proofErr w:type="spellStart"/>
      <w:r>
        <w:t>pembatasan</w:t>
      </w:r>
      <w:proofErr w:type="spellEnd"/>
      <w:r>
        <w:t xml:space="preserve"> </w:t>
      </w:r>
      <w:proofErr w:type="spellStart"/>
      <w:r>
        <w:t>mobilitas</w:t>
      </w:r>
      <w:proofErr w:type="spellEnd"/>
      <w:r>
        <w:t xml:space="preserve">. Pada </w:t>
      </w:r>
      <w:proofErr w:type="spellStart"/>
      <w:r>
        <w:t>skala</w:t>
      </w:r>
      <w:proofErr w:type="spellEnd"/>
      <w:r>
        <w:t xml:space="preserve"> yang </w:t>
      </w:r>
      <w:proofErr w:type="spellStart"/>
      <w:r>
        <w:t>lebih</w:t>
      </w:r>
      <w:proofErr w:type="spellEnd"/>
      <w:r>
        <w:t xml:space="preserve"> </w:t>
      </w:r>
      <w:proofErr w:type="spellStart"/>
      <w:r>
        <w:t>luas</w:t>
      </w:r>
      <w:proofErr w:type="spellEnd"/>
      <w:r>
        <w:t xml:space="preserve">, Unilever </w:t>
      </w:r>
      <w:proofErr w:type="spellStart"/>
      <w:r>
        <w:t>menginvestasikan</w:t>
      </w:r>
      <w:proofErr w:type="spellEnd"/>
      <w:r>
        <w:t xml:space="preserve"> Rp2,5 </w:t>
      </w:r>
      <w:proofErr w:type="spellStart"/>
      <w:r>
        <w:t>triliun</w:t>
      </w:r>
      <w:proofErr w:type="spellEnd"/>
      <w:r>
        <w:t xml:space="preserve"> </w:t>
      </w:r>
      <w:proofErr w:type="spellStart"/>
      <w:r>
        <w:t>untuk</w:t>
      </w:r>
      <w:proofErr w:type="spellEnd"/>
      <w:r>
        <w:t xml:space="preserve"> </w:t>
      </w:r>
      <w:proofErr w:type="spellStart"/>
      <w:r>
        <w:t>pengembangan</w:t>
      </w:r>
      <w:proofErr w:type="spellEnd"/>
      <w:r>
        <w:t xml:space="preserve"> Kawasan Ekonomi </w:t>
      </w:r>
      <w:proofErr w:type="spellStart"/>
      <w:r>
        <w:t>Khusus</w:t>
      </w:r>
      <w:proofErr w:type="spellEnd"/>
      <w:r>
        <w:t xml:space="preserve"> (KEK) di Sei </w:t>
      </w:r>
      <w:proofErr w:type="spellStart"/>
      <w:r>
        <w:t>Mangkei</w:t>
      </w:r>
      <w:proofErr w:type="spellEnd"/>
      <w:r>
        <w:t xml:space="preserve">, Sumatera Utara, yang </w:t>
      </w:r>
      <w:proofErr w:type="spellStart"/>
      <w:r>
        <w:t>diproyeksikan</w:t>
      </w:r>
      <w:proofErr w:type="spellEnd"/>
      <w:r>
        <w:t xml:space="preserve"> </w:t>
      </w:r>
      <w:proofErr w:type="spellStart"/>
      <w:r>
        <w:t>membuka</w:t>
      </w:r>
      <w:proofErr w:type="spellEnd"/>
      <w:r>
        <w:t xml:space="preserve"> 600 </w:t>
      </w:r>
      <w:proofErr w:type="spellStart"/>
      <w:r>
        <w:t>lapangan</w:t>
      </w:r>
      <w:proofErr w:type="spellEnd"/>
      <w:r>
        <w:t xml:space="preserve"> </w:t>
      </w:r>
      <w:proofErr w:type="spellStart"/>
      <w:r>
        <w:t>kerja</w:t>
      </w:r>
      <w:proofErr w:type="spellEnd"/>
      <w:r>
        <w:t xml:space="preserve"> </w:t>
      </w:r>
      <w:proofErr w:type="spellStart"/>
      <w:r>
        <w:t>langsung</w:t>
      </w:r>
      <w:proofErr w:type="spellEnd"/>
      <w:r>
        <w:t xml:space="preserve"> dan 6.000 </w:t>
      </w:r>
      <w:proofErr w:type="spellStart"/>
      <w:r>
        <w:t>lapangan</w:t>
      </w:r>
      <w:proofErr w:type="spellEnd"/>
      <w:r>
        <w:t xml:space="preserve"> </w:t>
      </w:r>
      <w:proofErr w:type="spellStart"/>
      <w:r>
        <w:t>kerja</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sekaligus</w:t>
      </w:r>
      <w:proofErr w:type="spellEnd"/>
      <w:r>
        <w:t xml:space="preserve"> </w:t>
      </w:r>
      <w:proofErr w:type="spellStart"/>
      <w:r>
        <w:t>memperluas</w:t>
      </w:r>
      <w:proofErr w:type="spellEnd"/>
      <w:r>
        <w:t xml:space="preserve"> </w:t>
      </w:r>
      <w:proofErr w:type="spellStart"/>
      <w:r>
        <w:t>rantai</w:t>
      </w:r>
      <w:proofErr w:type="spellEnd"/>
      <w:r>
        <w:t xml:space="preserve"> </w:t>
      </w:r>
      <w:proofErr w:type="spellStart"/>
      <w:r>
        <w:t>pasok</w:t>
      </w:r>
      <w:proofErr w:type="spellEnd"/>
      <w:r>
        <w:t xml:space="preserve"> </w:t>
      </w:r>
      <w:proofErr w:type="spellStart"/>
      <w:r>
        <w:t>bagi</w:t>
      </w:r>
      <w:proofErr w:type="spellEnd"/>
      <w:r>
        <w:t xml:space="preserve"> UMKM di </w:t>
      </w:r>
      <w:proofErr w:type="spellStart"/>
      <w:r>
        <w:t>sekitarnya</w:t>
      </w:r>
      <w:proofErr w:type="spellEnd"/>
      <w:r>
        <w:t xml:space="preserve">. Perusahaan juga </w:t>
      </w:r>
      <w:proofErr w:type="spellStart"/>
      <w:r>
        <w:t>meningkatkan</w:t>
      </w:r>
      <w:proofErr w:type="spellEnd"/>
      <w:r>
        <w:t xml:space="preserve"> </w:t>
      </w:r>
      <w:proofErr w:type="spellStart"/>
      <w:r>
        <w:t>kapasitas</w:t>
      </w:r>
      <w:proofErr w:type="spellEnd"/>
      <w:r>
        <w:t xml:space="preserve"> </w:t>
      </w:r>
      <w:proofErr w:type="spellStart"/>
      <w:r>
        <w:t>saluran</w:t>
      </w:r>
      <w:proofErr w:type="spellEnd"/>
      <w:r>
        <w:t xml:space="preserve"> </w:t>
      </w:r>
      <w:proofErr w:type="spellStart"/>
      <w:r>
        <w:t>distribusi</w:t>
      </w:r>
      <w:proofErr w:type="spellEnd"/>
      <w:r>
        <w:t xml:space="preserve"> dan platform e-commerce </w:t>
      </w:r>
      <w:proofErr w:type="spellStart"/>
      <w:r>
        <w:t>hingga</w:t>
      </w:r>
      <w:proofErr w:type="spellEnd"/>
      <w:r>
        <w:t xml:space="preserve"> </w:t>
      </w:r>
      <w:proofErr w:type="spellStart"/>
      <w:r>
        <w:t>empat</w:t>
      </w:r>
      <w:proofErr w:type="spellEnd"/>
      <w:r>
        <w:t xml:space="preserve"> kali </w:t>
      </w:r>
      <w:proofErr w:type="spellStart"/>
      <w:r>
        <w:t>lipat</w:t>
      </w:r>
      <w:proofErr w:type="spellEnd"/>
      <w:r>
        <w:t xml:space="preserve">, </w:t>
      </w:r>
      <w:proofErr w:type="spellStart"/>
      <w:r>
        <w:t>memberi</w:t>
      </w:r>
      <w:proofErr w:type="spellEnd"/>
      <w:r>
        <w:t xml:space="preserve"> UMKM </w:t>
      </w:r>
      <w:proofErr w:type="spellStart"/>
      <w:r>
        <w:t>mitra</w:t>
      </w:r>
      <w:proofErr w:type="spellEnd"/>
      <w:r>
        <w:t xml:space="preserve"> </w:t>
      </w:r>
      <w:proofErr w:type="spellStart"/>
      <w:r>
        <w:t>akses</w:t>
      </w:r>
      <w:proofErr w:type="spellEnd"/>
      <w:r>
        <w:t xml:space="preserve"> yang </w:t>
      </w:r>
      <w:proofErr w:type="spellStart"/>
      <w:r>
        <w:t>lebih</w:t>
      </w:r>
      <w:proofErr w:type="spellEnd"/>
      <w:r>
        <w:t xml:space="preserve"> </w:t>
      </w:r>
      <w:proofErr w:type="spellStart"/>
      <w:r>
        <w:t>luas</w:t>
      </w:r>
      <w:proofErr w:type="spellEnd"/>
      <w:r>
        <w:t xml:space="preserve"> </w:t>
      </w:r>
      <w:proofErr w:type="spellStart"/>
      <w:r>
        <w:t>ke</w:t>
      </w:r>
      <w:proofErr w:type="spellEnd"/>
      <w:r>
        <w:t xml:space="preserve"> pasar modern.</w:t>
      </w:r>
    </w:p>
    <w:p w14:paraId="6EA69888" w14:textId="77777777" w:rsidR="00D77EA0" w:rsidRDefault="00000000" w:rsidP="00F01415">
      <w:pPr>
        <w:spacing w:after="0" w:line="240" w:lineRule="auto"/>
        <w:jc w:val="both"/>
      </w:pPr>
      <w:proofErr w:type="spellStart"/>
      <w:r>
        <w:t>Ditinjau</w:t>
      </w:r>
      <w:proofErr w:type="spellEnd"/>
      <w:r>
        <w:t xml:space="preserve"> </w:t>
      </w:r>
      <w:proofErr w:type="spellStart"/>
      <w:r>
        <w:t>dari</w:t>
      </w:r>
      <w:proofErr w:type="spellEnd"/>
      <w:r>
        <w:t xml:space="preserve"> </w:t>
      </w:r>
      <w:proofErr w:type="spellStart"/>
      <w:r>
        <w:t>kerangka</w:t>
      </w:r>
      <w:proofErr w:type="spellEnd"/>
      <w:r>
        <w:t xml:space="preserve"> Triple Bottom Line, </w:t>
      </w:r>
      <w:proofErr w:type="spellStart"/>
      <w:r>
        <w:t>rangkaian</w:t>
      </w:r>
      <w:proofErr w:type="spellEnd"/>
      <w:r>
        <w:t xml:space="preserve"> program </w:t>
      </w:r>
      <w:proofErr w:type="spellStart"/>
      <w:r>
        <w:t>tersebut</w:t>
      </w:r>
      <w:proofErr w:type="spellEnd"/>
      <w:r>
        <w:t xml:space="preserve"> </w:t>
      </w:r>
      <w:proofErr w:type="spellStart"/>
      <w:r>
        <w:t>menunjukkan</w:t>
      </w:r>
      <w:proofErr w:type="spellEnd"/>
      <w:r>
        <w:t xml:space="preserve"> </w:t>
      </w:r>
      <w:proofErr w:type="spellStart"/>
      <w:r>
        <w:t>keterpaduan</w:t>
      </w:r>
      <w:proofErr w:type="spellEnd"/>
      <w:r>
        <w:t xml:space="preserve"> </w:t>
      </w:r>
      <w:proofErr w:type="spellStart"/>
      <w:r>
        <w:t>tiga</w:t>
      </w:r>
      <w:proofErr w:type="spellEnd"/>
      <w:r>
        <w:t xml:space="preserve"> </w:t>
      </w:r>
      <w:proofErr w:type="spellStart"/>
      <w:r>
        <w:t>dimensi</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korporasi</w:t>
      </w:r>
      <w:proofErr w:type="spellEnd"/>
      <w:r>
        <w:t xml:space="preserve">: </w:t>
      </w:r>
      <w:proofErr w:type="spellStart"/>
      <w:r>
        <w:t>dimensi</w:t>
      </w:r>
      <w:proofErr w:type="spellEnd"/>
      <w:r>
        <w:t xml:space="preserve"> people </w:t>
      </w:r>
      <w:proofErr w:type="spellStart"/>
      <w:r>
        <w:t>tercermin</w:t>
      </w:r>
      <w:proofErr w:type="spellEnd"/>
      <w:r>
        <w:t xml:space="preserve"> </w:t>
      </w:r>
      <w:proofErr w:type="spellStart"/>
      <w:r>
        <w:t>dari</w:t>
      </w:r>
      <w:proofErr w:type="spellEnd"/>
      <w:r>
        <w:t xml:space="preserve"> </w:t>
      </w:r>
      <w:proofErr w:type="spellStart"/>
      <w:r>
        <w:t>perluasan</w:t>
      </w:r>
      <w:proofErr w:type="spellEnd"/>
      <w:r>
        <w:t xml:space="preserve"> </w:t>
      </w:r>
      <w:proofErr w:type="spellStart"/>
      <w:r>
        <w:t>akses</w:t>
      </w:r>
      <w:proofErr w:type="spellEnd"/>
      <w:r>
        <w:t xml:space="preserve"> </w:t>
      </w:r>
      <w:proofErr w:type="spellStart"/>
      <w:r>
        <w:t>ekonomi</w:t>
      </w:r>
      <w:proofErr w:type="spellEnd"/>
      <w:r>
        <w:t xml:space="preserve"> dan modal </w:t>
      </w:r>
      <w:proofErr w:type="spellStart"/>
      <w:r>
        <w:t>bagi</w:t>
      </w:r>
      <w:proofErr w:type="spellEnd"/>
      <w:r>
        <w:t xml:space="preserve"> </w:t>
      </w:r>
      <w:proofErr w:type="spellStart"/>
      <w:r>
        <w:t>pedagang</w:t>
      </w:r>
      <w:proofErr w:type="spellEnd"/>
      <w:r>
        <w:t xml:space="preserve"> </w:t>
      </w:r>
      <w:proofErr w:type="spellStart"/>
      <w:r>
        <w:t>kecil</w:t>
      </w:r>
      <w:proofErr w:type="spellEnd"/>
      <w:r>
        <w:t xml:space="preserve">, </w:t>
      </w:r>
      <w:proofErr w:type="spellStart"/>
      <w:r>
        <w:t>dimensi</w:t>
      </w:r>
      <w:proofErr w:type="spellEnd"/>
      <w:r>
        <w:t xml:space="preserve"> profit </w:t>
      </w:r>
      <w:proofErr w:type="spellStart"/>
      <w:r>
        <w:t>tercermin</w:t>
      </w:r>
      <w:proofErr w:type="spellEnd"/>
      <w:r>
        <w:t xml:space="preserve"> </w:t>
      </w:r>
      <w:proofErr w:type="spellStart"/>
      <w:r>
        <w:t>dari</w:t>
      </w:r>
      <w:proofErr w:type="spellEnd"/>
      <w:r>
        <w:t xml:space="preserve"> </w:t>
      </w:r>
      <w:proofErr w:type="spellStart"/>
      <w:r>
        <w:t>penguatan</w:t>
      </w:r>
      <w:proofErr w:type="spellEnd"/>
      <w:r>
        <w:t xml:space="preserve"> </w:t>
      </w:r>
      <w:proofErr w:type="spellStart"/>
      <w:r>
        <w:t>rantai</w:t>
      </w:r>
      <w:proofErr w:type="spellEnd"/>
      <w:r>
        <w:t xml:space="preserve"> </w:t>
      </w:r>
      <w:proofErr w:type="spellStart"/>
      <w:r>
        <w:t>pasok</w:t>
      </w:r>
      <w:proofErr w:type="spellEnd"/>
      <w:r>
        <w:t xml:space="preserve"> dan </w:t>
      </w:r>
      <w:proofErr w:type="spellStart"/>
      <w:r>
        <w:t>loyalitas</w:t>
      </w:r>
      <w:proofErr w:type="spellEnd"/>
      <w:r>
        <w:t xml:space="preserve"> </w:t>
      </w:r>
      <w:proofErr w:type="spellStart"/>
      <w:r>
        <w:t>mitra</w:t>
      </w:r>
      <w:proofErr w:type="spellEnd"/>
      <w:r>
        <w:t xml:space="preserve"> </w:t>
      </w:r>
      <w:proofErr w:type="spellStart"/>
      <w:r>
        <w:t>usaha</w:t>
      </w:r>
      <w:proofErr w:type="spellEnd"/>
      <w:r>
        <w:t xml:space="preserve"> </w:t>
      </w:r>
      <w:proofErr w:type="spellStart"/>
      <w:r>
        <w:t>terhadap</w:t>
      </w:r>
      <w:proofErr w:type="spellEnd"/>
      <w:r>
        <w:t xml:space="preserve"> </w:t>
      </w:r>
      <w:proofErr w:type="spellStart"/>
      <w:r>
        <w:t>produk</w:t>
      </w:r>
      <w:proofErr w:type="spellEnd"/>
      <w:r>
        <w:t xml:space="preserve"> Unilever, </w:t>
      </w:r>
      <w:proofErr w:type="spellStart"/>
      <w:r>
        <w:t>sementara</w:t>
      </w:r>
      <w:proofErr w:type="spellEnd"/>
      <w:r>
        <w:t xml:space="preserve"> </w:t>
      </w:r>
      <w:proofErr w:type="spellStart"/>
      <w:r>
        <w:t>dimensi</w:t>
      </w:r>
      <w:proofErr w:type="spellEnd"/>
      <w:r>
        <w:t xml:space="preserve"> planet </w:t>
      </w:r>
      <w:proofErr w:type="spellStart"/>
      <w:r>
        <w:t>turut</w:t>
      </w:r>
      <w:proofErr w:type="spellEnd"/>
      <w:r>
        <w:t xml:space="preserve"> </w:t>
      </w:r>
      <w:proofErr w:type="spellStart"/>
      <w:r>
        <w:t>hadir</w:t>
      </w:r>
      <w:proofErr w:type="spellEnd"/>
      <w:r>
        <w:t xml:space="preserve"> </w:t>
      </w:r>
      <w:proofErr w:type="spellStart"/>
      <w:r>
        <w:t>secara</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melalui</w:t>
      </w:r>
      <w:proofErr w:type="spellEnd"/>
      <w:r>
        <w:t xml:space="preserve"> </w:t>
      </w:r>
      <w:proofErr w:type="spellStart"/>
      <w:r>
        <w:t>digitalisasi</w:t>
      </w:r>
      <w:proofErr w:type="spellEnd"/>
      <w:r>
        <w:t xml:space="preserve"> </w:t>
      </w:r>
      <w:proofErr w:type="spellStart"/>
      <w:r>
        <w:t>transaksi</w:t>
      </w:r>
      <w:proofErr w:type="spellEnd"/>
      <w:r>
        <w:t xml:space="preserve"> yang </w:t>
      </w:r>
      <w:proofErr w:type="spellStart"/>
      <w:r>
        <w:t>mengurangi</w:t>
      </w:r>
      <w:proofErr w:type="spellEnd"/>
      <w:r>
        <w:t xml:space="preserve"> </w:t>
      </w:r>
      <w:proofErr w:type="spellStart"/>
      <w:r>
        <w:t>kebutuhan</w:t>
      </w:r>
      <w:proofErr w:type="spellEnd"/>
      <w:r>
        <w:t xml:space="preserve"> </w:t>
      </w:r>
      <w:proofErr w:type="spellStart"/>
      <w:r>
        <w:t>mobilitas</w:t>
      </w:r>
      <w:proofErr w:type="spellEnd"/>
      <w:r>
        <w:t xml:space="preserve"> </w:t>
      </w:r>
      <w:proofErr w:type="spellStart"/>
      <w:r>
        <w:t>fisik</w:t>
      </w:r>
      <w:proofErr w:type="spellEnd"/>
      <w:r>
        <w:t xml:space="preserve"> pada masa </w:t>
      </w:r>
      <w:proofErr w:type="spellStart"/>
      <w:r>
        <w:t>pandemi</w:t>
      </w:r>
      <w:proofErr w:type="spellEnd"/>
      <w:r>
        <w:t>.</w:t>
      </w:r>
    </w:p>
    <w:p w14:paraId="08368BC0" w14:textId="77777777" w:rsidR="00D77EA0" w:rsidRDefault="00000000" w:rsidP="00F01415">
      <w:pPr>
        <w:spacing w:after="0" w:line="240" w:lineRule="auto"/>
        <w:jc w:val="both"/>
      </w:pPr>
      <w:r>
        <w:t xml:space="preserve">Pola </w:t>
      </w:r>
      <w:proofErr w:type="spellStart"/>
      <w:r>
        <w:t>intervensi</w:t>
      </w:r>
      <w:proofErr w:type="spellEnd"/>
      <w:r>
        <w:t xml:space="preserve"> yang </w:t>
      </w:r>
      <w:proofErr w:type="spellStart"/>
      <w:r>
        <w:t>diterapkan</w:t>
      </w:r>
      <w:proofErr w:type="spellEnd"/>
      <w:r>
        <w:t xml:space="preserve"> Unilever Indonesia juga </w:t>
      </w:r>
      <w:proofErr w:type="spellStart"/>
      <w:r>
        <w:t>memperlihatkan</w:t>
      </w:r>
      <w:proofErr w:type="spellEnd"/>
      <w:r>
        <w:t xml:space="preserve"> </w:t>
      </w:r>
      <w:proofErr w:type="spellStart"/>
      <w:r>
        <w:t>tahapan</w:t>
      </w:r>
      <w:proofErr w:type="spellEnd"/>
      <w:r>
        <w:t xml:space="preserve"> yang </w:t>
      </w:r>
      <w:proofErr w:type="spellStart"/>
      <w:r>
        <w:t>cukup</w:t>
      </w:r>
      <w:proofErr w:type="spellEnd"/>
      <w:r>
        <w:t xml:space="preserve"> </w:t>
      </w:r>
      <w:proofErr w:type="spellStart"/>
      <w:r>
        <w:t>sistematis</w:t>
      </w:r>
      <w:proofErr w:type="spellEnd"/>
      <w:r>
        <w:t xml:space="preserve">, </w:t>
      </w:r>
      <w:proofErr w:type="spellStart"/>
      <w:r>
        <w:t>mulai</w:t>
      </w:r>
      <w:proofErr w:type="spellEnd"/>
      <w:r>
        <w:t xml:space="preserve"> </w:t>
      </w:r>
      <w:proofErr w:type="spellStart"/>
      <w:r>
        <w:t>dari</w:t>
      </w:r>
      <w:proofErr w:type="spellEnd"/>
      <w:r>
        <w:t xml:space="preserve"> </w:t>
      </w:r>
      <w:proofErr w:type="spellStart"/>
      <w:r>
        <w:t>respons</w:t>
      </w:r>
      <w:proofErr w:type="spellEnd"/>
      <w:r>
        <w:t xml:space="preserve"> </w:t>
      </w:r>
      <w:proofErr w:type="spellStart"/>
      <w:r>
        <w:t>darurat</w:t>
      </w:r>
      <w:proofErr w:type="spellEnd"/>
      <w:r>
        <w:t xml:space="preserve"> </w:t>
      </w:r>
      <w:proofErr w:type="spellStart"/>
      <w:r>
        <w:t>jangka</w:t>
      </w:r>
      <w:proofErr w:type="spellEnd"/>
      <w:r>
        <w:t xml:space="preserve"> </w:t>
      </w:r>
      <w:proofErr w:type="spellStart"/>
      <w:r>
        <w:t>pendek</w:t>
      </w:r>
      <w:proofErr w:type="spellEnd"/>
      <w:r>
        <w:t xml:space="preserve"> (</w:t>
      </w:r>
      <w:proofErr w:type="spellStart"/>
      <w:r>
        <w:t>bantuan</w:t>
      </w:r>
      <w:proofErr w:type="spellEnd"/>
      <w:r>
        <w:t xml:space="preserve"> dana dan </w:t>
      </w:r>
      <w:proofErr w:type="spellStart"/>
      <w:r>
        <w:t>kebutuhan</w:t>
      </w:r>
      <w:proofErr w:type="spellEnd"/>
      <w:r>
        <w:t xml:space="preserve"> </w:t>
      </w:r>
      <w:proofErr w:type="spellStart"/>
      <w:r>
        <w:t>pokok</w:t>
      </w:r>
      <w:proofErr w:type="spellEnd"/>
      <w:r>
        <w:t xml:space="preserve"> </w:t>
      </w:r>
      <w:proofErr w:type="spellStart"/>
      <w:r>
        <w:t>saat</w:t>
      </w:r>
      <w:proofErr w:type="spellEnd"/>
      <w:r>
        <w:t xml:space="preserve"> </w:t>
      </w:r>
      <w:proofErr w:type="spellStart"/>
      <w:r>
        <w:t>pandemi</w:t>
      </w:r>
      <w:proofErr w:type="spellEnd"/>
      <w:r>
        <w:t xml:space="preserve"> </w:t>
      </w:r>
      <w:proofErr w:type="spellStart"/>
      <w:r>
        <w:t>berlangsung</w:t>
      </w:r>
      <w:proofErr w:type="spellEnd"/>
      <w:r>
        <w:t xml:space="preserve">), </w:t>
      </w:r>
      <w:proofErr w:type="spellStart"/>
      <w:r>
        <w:t>dilanjutkan</w:t>
      </w:r>
      <w:proofErr w:type="spellEnd"/>
      <w:r>
        <w:t xml:space="preserve"> </w:t>
      </w:r>
      <w:proofErr w:type="spellStart"/>
      <w:r>
        <w:t>penguatan</w:t>
      </w:r>
      <w:proofErr w:type="spellEnd"/>
      <w:r>
        <w:t xml:space="preserve"> </w:t>
      </w:r>
      <w:proofErr w:type="spellStart"/>
      <w:r>
        <w:t>infrastruktur</w:t>
      </w:r>
      <w:proofErr w:type="spellEnd"/>
      <w:r>
        <w:t xml:space="preserve"> digital </w:t>
      </w:r>
      <w:proofErr w:type="spellStart"/>
      <w:r>
        <w:t>jangka</w:t>
      </w:r>
      <w:proofErr w:type="spellEnd"/>
      <w:r>
        <w:t xml:space="preserve"> </w:t>
      </w:r>
      <w:proofErr w:type="spellStart"/>
      <w:r>
        <w:t>menengah</w:t>
      </w:r>
      <w:proofErr w:type="spellEnd"/>
      <w:r>
        <w:t xml:space="preserve"> (</w:t>
      </w:r>
      <w:proofErr w:type="spellStart"/>
      <w:r>
        <w:t>aplikasi</w:t>
      </w:r>
      <w:proofErr w:type="spellEnd"/>
      <w:r>
        <w:t xml:space="preserve"> </w:t>
      </w:r>
      <w:proofErr w:type="spellStart"/>
      <w:r>
        <w:t>Sahabat</w:t>
      </w:r>
      <w:proofErr w:type="spellEnd"/>
      <w:r>
        <w:t xml:space="preserve"> </w:t>
      </w:r>
      <w:proofErr w:type="spellStart"/>
      <w:r>
        <w:t>Warung</w:t>
      </w:r>
      <w:proofErr w:type="spellEnd"/>
      <w:r>
        <w:t xml:space="preserve">), </w:t>
      </w:r>
      <w:proofErr w:type="spellStart"/>
      <w:r>
        <w:t>hingga</w:t>
      </w:r>
      <w:proofErr w:type="spellEnd"/>
      <w:r>
        <w:t xml:space="preserve"> </w:t>
      </w:r>
      <w:proofErr w:type="spellStart"/>
      <w:r>
        <w:t>investasi</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berskala</w:t>
      </w:r>
      <w:proofErr w:type="spellEnd"/>
      <w:r>
        <w:t xml:space="preserve"> </w:t>
      </w:r>
      <w:proofErr w:type="spellStart"/>
      <w:r>
        <w:t>kawasan</w:t>
      </w:r>
      <w:proofErr w:type="spellEnd"/>
      <w:r>
        <w:t xml:space="preserve"> (Kawasan Ekonomi </w:t>
      </w:r>
      <w:proofErr w:type="spellStart"/>
      <w:r>
        <w:t>Khusus</w:t>
      </w:r>
      <w:proofErr w:type="spellEnd"/>
      <w:r>
        <w:t xml:space="preserve"> Sei </w:t>
      </w:r>
      <w:proofErr w:type="spellStart"/>
      <w:r>
        <w:t>Mangkei</w:t>
      </w:r>
      <w:proofErr w:type="spellEnd"/>
      <w:r>
        <w:t xml:space="preserve">). </w:t>
      </w:r>
      <w:proofErr w:type="spellStart"/>
      <w:r>
        <w:t>Tahapan</w:t>
      </w:r>
      <w:proofErr w:type="spellEnd"/>
      <w:r>
        <w:t xml:space="preserve"> </w:t>
      </w:r>
      <w:proofErr w:type="spellStart"/>
      <w:r>
        <w:t>ini</w:t>
      </w:r>
      <w:proofErr w:type="spellEnd"/>
      <w:r>
        <w:t xml:space="preserve"> </w:t>
      </w:r>
      <w:proofErr w:type="spellStart"/>
      <w:r>
        <w:t>mencerminkan</w:t>
      </w:r>
      <w:proofErr w:type="spellEnd"/>
      <w:r>
        <w:t xml:space="preserve"> </w:t>
      </w:r>
      <w:proofErr w:type="spellStart"/>
      <w:r>
        <w:t>pergeseran</w:t>
      </w:r>
      <w:proofErr w:type="spellEnd"/>
      <w:r>
        <w:t xml:space="preserve"> </w:t>
      </w:r>
      <w:proofErr w:type="spellStart"/>
      <w:r>
        <w:t>orientasi</w:t>
      </w:r>
      <w:proofErr w:type="spellEnd"/>
      <w:r>
        <w:t xml:space="preserve"> program </w:t>
      </w:r>
      <w:proofErr w:type="spellStart"/>
      <w:r>
        <w:t>dari</w:t>
      </w:r>
      <w:proofErr w:type="spellEnd"/>
      <w:r>
        <w:t xml:space="preserve"> </w:t>
      </w:r>
      <w:proofErr w:type="spellStart"/>
      <w:r>
        <w:t>sekadar</w:t>
      </w:r>
      <w:proofErr w:type="spellEnd"/>
      <w:r>
        <w:t xml:space="preserve"> </w:t>
      </w:r>
      <w:proofErr w:type="spellStart"/>
      <w:r>
        <w:t>mitigasi</w:t>
      </w:r>
      <w:proofErr w:type="spellEnd"/>
      <w:r>
        <w:t xml:space="preserve"> </w:t>
      </w:r>
      <w:proofErr w:type="spellStart"/>
      <w:r>
        <w:t>krisis</w:t>
      </w:r>
      <w:proofErr w:type="spellEnd"/>
      <w:r>
        <w:t xml:space="preserve"> </w:t>
      </w:r>
      <w:proofErr w:type="spellStart"/>
      <w:r>
        <w:t>menuju</w:t>
      </w:r>
      <w:proofErr w:type="spellEnd"/>
      <w:r>
        <w:t xml:space="preserve"> </w:t>
      </w:r>
      <w:proofErr w:type="spellStart"/>
      <w:r>
        <w:t>penguatan</w:t>
      </w:r>
      <w:proofErr w:type="spellEnd"/>
      <w:r>
        <w:t xml:space="preserve"> </w:t>
      </w:r>
      <w:proofErr w:type="spellStart"/>
      <w:r>
        <w:t>struktural</w:t>
      </w:r>
      <w:proofErr w:type="spellEnd"/>
      <w:r>
        <w:t xml:space="preserve"> </w:t>
      </w:r>
      <w:proofErr w:type="spellStart"/>
      <w:r>
        <w:t>ekosistem</w:t>
      </w:r>
      <w:proofErr w:type="spellEnd"/>
      <w:r>
        <w:t xml:space="preserve"> UMKM, </w:t>
      </w:r>
      <w:proofErr w:type="spellStart"/>
      <w:r>
        <w:t>sebuah</w:t>
      </w:r>
      <w:proofErr w:type="spellEnd"/>
      <w:r>
        <w:t xml:space="preserve"> </w:t>
      </w:r>
      <w:proofErr w:type="spellStart"/>
      <w:r>
        <w:t>pola</w:t>
      </w:r>
      <w:proofErr w:type="spellEnd"/>
      <w:r>
        <w:t xml:space="preserve"> yang </w:t>
      </w:r>
      <w:proofErr w:type="spellStart"/>
      <w:r>
        <w:t>sejalan</w:t>
      </w:r>
      <w:proofErr w:type="spellEnd"/>
      <w:r>
        <w:t xml:space="preserve"> </w:t>
      </w:r>
      <w:proofErr w:type="spellStart"/>
      <w:r>
        <w:t>dengan</w:t>
      </w:r>
      <w:proofErr w:type="spellEnd"/>
      <w:r>
        <w:t xml:space="preserve"> </w:t>
      </w:r>
      <w:proofErr w:type="spellStart"/>
      <w:r>
        <w:t>prinsip</w:t>
      </w:r>
      <w:proofErr w:type="spellEnd"/>
      <w:r>
        <w:t xml:space="preserve"> </w:t>
      </w:r>
      <w:proofErr w:type="spellStart"/>
      <w:r>
        <w:t>pengembangan</w:t>
      </w:r>
      <w:proofErr w:type="spellEnd"/>
      <w:r>
        <w:t xml:space="preserve"> </w:t>
      </w:r>
      <w:proofErr w:type="spellStart"/>
      <w:r>
        <w:t>masyarakat</w:t>
      </w:r>
      <w:proofErr w:type="spellEnd"/>
      <w:r>
        <w:t xml:space="preserve"> yang </w:t>
      </w:r>
      <w:proofErr w:type="spellStart"/>
      <w:r>
        <w:t>menekankan</w:t>
      </w:r>
      <w:proofErr w:type="spellEnd"/>
      <w:r>
        <w:t xml:space="preserve"> </w:t>
      </w:r>
      <w:proofErr w:type="spellStart"/>
      <w:r>
        <w:t>pentingnya</w:t>
      </w:r>
      <w:proofErr w:type="spellEnd"/>
      <w:r>
        <w:t xml:space="preserve"> </w:t>
      </w:r>
      <w:proofErr w:type="spellStart"/>
      <w:r>
        <w:t>intervensi</w:t>
      </w:r>
      <w:proofErr w:type="spellEnd"/>
      <w:r>
        <w:t xml:space="preserve"> </w:t>
      </w:r>
      <w:proofErr w:type="spellStart"/>
      <w:r>
        <w:t>berjenjang</w:t>
      </w:r>
      <w:proofErr w:type="spellEnd"/>
      <w:r>
        <w:t xml:space="preserve"> -- </w:t>
      </w:r>
      <w:proofErr w:type="spellStart"/>
      <w:r>
        <w:t>dari</w:t>
      </w:r>
      <w:proofErr w:type="spellEnd"/>
      <w:r>
        <w:t xml:space="preserve"> </w:t>
      </w:r>
      <w:proofErr w:type="spellStart"/>
      <w:r>
        <w:t>pemenuhan</w:t>
      </w:r>
      <w:proofErr w:type="spellEnd"/>
      <w:r>
        <w:t xml:space="preserve"> </w:t>
      </w:r>
      <w:proofErr w:type="spellStart"/>
      <w:r>
        <w:t>kebutuhan</w:t>
      </w:r>
      <w:proofErr w:type="spellEnd"/>
      <w:r>
        <w:t xml:space="preserve"> </w:t>
      </w:r>
      <w:proofErr w:type="spellStart"/>
      <w:r>
        <w:t>dasar</w:t>
      </w:r>
      <w:proofErr w:type="spellEnd"/>
      <w:r>
        <w:t xml:space="preserve">, </w:t>
      </w:r>
      <w:proofErr w:type="spellStart"/>
      <w:r>
        <w:t>penguatan</w:t>
      </w:r>
      <w:proofErr w:type="spellEnd"/>
      <w:r>
        <w:t xml:space="preserve"> </w:t>
      </w:r>
      <w:proofErr w:type="spellStart"/>
      <w:r>
        <w:t>kapasitas</w:t>
      </w:r>
      <w:proofErr w:type="spellEnd"/>
      <w:r>
        <w:t xml:space="preserve">, </w:t>
      </w:r>
      <w:proofErr w:type="spellStart"/>
      <w:r>
        <w:t>hingga</w:t>
      </w:r>
      <w:proofErr w:type="spellEnd"/>
      <w:r>
        <w:t xml:space="preserve"> </w:t>
      </w:r>
      <w:proofErr w:type="spellStart"/>
      <w:r>
        <w:t>pembangunan</w:t>
      </w:r>
      <w:proofErr w:type="spellEnd"/>
      <w:r>
        <w:t xml:space="preserve"> </w:t>
      </w:r>
      <w:proofErr w:type="spellStart"/>
      <w:r>
        <w:t>infrastruktur</w:t>
      </w:r>
      <w:proofErr w:type="spellEnd"/>
      <w:r>
        <w:t xml:space="preserve"> </w:t>
      </w:r>
      <w:proofErr w:type="spellStart"/>
      <w:r>
        <w:t>pendukung</w:t>
      </w:r>
      <w:proofErr w:type="spellEnd"/>
      <w:r>
        <w:t xml:space="preserve"> </w:t>
      </w:r>
      <w:proofErr w:type="spellStart"/>
      <w:r>
        <w:t>keberlanjutan</w:t>
      </w:r>
      <w:proofErr w:type="spellEnd"/>
      <w:r>
        <w:t xml:space="preserve"> </w:t>
      </w:r>
      <w:proofErr w:type="spellStart"/>
      <w:r>
        <w:t>jangka</w:t>
      </w:r>
      <w:proofErr w:type="spellEnd"/>
      <w:r>
        <w:t xml:space="preserve"> </w:t>
      </w:r>
      <w:proofErr w:type="spellStart"/>
      <w:r>
        <w:t>panjang</w:t>
      </w:r>
      <w:proofErr w:type="spellEnd"/>
      <w:r>
        <w:t>.</w:t>
      </w:r>
    </w:p>
    <w:p w14:paraId="473CE97F" w14:textId="77777777" w:rsidR="00F01415" w:rsidRDefault="00F01415" w:rsidP="00F01415">
      <w:pPr>
        <w:spacing w:after="0" w:line="240" w:lineRule="auto"/>
        <w:jc w:val="both"/>
      </w:pPr>
    </w:p>
    <w:p w14:paraId="2F9BFF6C" w14:textId="77777777" w:rsidR="00D77EA0" w:rsidRDefault="00000000" w:rsidP="00F01415">
      <w:pPr>
        <w:spacing w:after="0" w:line="240" w:lineRule="auto"/>
      </w:pPr>
      <w:proofErr w:type="spellStart"/>
      <w:r>
        <w:rPr>
          <w:b/>
          <w:i/>
        </w:rPr>
        <w:t>Dampak</w:t>
      </w:r>
      <w:proofErr w:type="spellEnd"/>
      <w:r>
        <w:rPr>
          <w:b/>
          <w:i/>
        </w:rPr>
        <w:t xml:space="preserve"> CSR </w:t>
      </w:r>
      <w:proofErr w:type="spellStart"/>
      <w:r>
        <w:rPr>
          <w:b/>
          <w:i/>
        </w:rPr>
        <w:t>terhadap</w:t>
      </w:r>
      <w:proofErr w:type="spellEnd"/>
      <w:r>
        <w:rPr>
          <w:b/>
          <w:i/>
        </w:rPr>
        <w:t xml:space="preserve"> </w:t>
      </w:r>
      <w:proofErr w:type="spellStart"/>
      <w:r>
        <w:rPr>
          <w:b/>
          <w:i/>
        </w:rPr>
        <w:t>Pengembangan</w:t>
      </w:r>
      <w:proofErr w:type="spellEnd"/>
      <w:r>
        <w:rPr>
          <w:b/>
          <w:i/>
        </w:rPr>
        <w:t xml:space="preserve"> UMKM Masyarakat Lokal</w:t>
      </w:r>
    </w:p>
    <w:p w14:paraId="0EA28E55" w14:textId="77777777" w:rsidR="00D77EA0" w:rsidRDefault="00000000" w:rsidP="00F01415">
      <w:pPr>
        <w:spacing w:after="0" w:line="240" w:lineRule="auto"/>
        <w:jc w:val="both"/>
      </w:pPr>
      <w:r>
        <w:t xml:space="preserve">Program CSR yang </w:t>
      </w:r>
      <w:proofErr w:type="spellStart"/>
      <w:r>
        <w:t>dirancang</w:t>
      </w:r>
      <w:proofErr w:type="spellEnd"/>
      <w:r>
        <w:t xml:space="preserve"> </w:t>
      </w:r>
      <w:proofErr w:type="spellStart"/>
      <w:r>
        <w:t>secara</w:t>
      </w:r>
      <w:proofErr w:type="spellEnd"/>
      <w:r>
        <w:t xml:space="preserve"> </w:t>
      </w:r>
      <w:proofErr w:type="spellStart"/>
      <w:r>
        <w:t>tepat</w:t>
      </w:r>
      <w:proofErr w:type="spellEnd"/>
      <w:r>
        <w:t xml:space="preserve"> </w:t>
      </w:r>
      <w:proofErr w:type="spellStart"/>
      <w:r>
        <w:t>sasaran</w:t>
      </w:r>
      <w:proofErr w:type="spellEnd"/>
      <w:r>
        <w:t xml:space="preserve"> </w:t>
      </w:r>
      <w:proofErr w:type="spellStart"/>
      <w:r>
        <w:t>terbukti</w:t>
      </w:r>
      <w:proofErr w:type="spellEnd"/>
      <w:r>
        <w:t xml:space="preserve"> </w:t>
      </w:r>
      <w:proofErr w:type="spellStart"/>
      <w:r>
        <w:t>memberikan</w:t>
      </w:r>
      <w:proofErr w:type="spellEnd"/>
      <w:r>
        <w:t xml:space="preserve"> </w:t>
      </w:r>
      <w:proofErr w:type="spellStart"/>
      <w:r>
        <w:t>dampak</w:t>
      </w:r>
      <w:proofErr w:type="spellEnd"/>
      <w:r>
        <w:t xml:space="preserve"> multidimensional </w:t>
      </w:r>
      <w:proofErr w:type="spellStart"/>
      <w:r>
        <w:t>bagi</w:t>
      </w:r>
      <w:proofErr w:type="spellEnd"/>
      <w:r>
        <w:t xml:space="preserve"> </w:t>
      </w:r>
      <w:proofErr w:type="spellStart"/>
      <w:r>
        <w:t>pelaku</w:t>
      </w:r>
      <w:proofErr w:type="spellEnd"/>
      <w:r>
        <w:t xml:space="preserve"> UMKM. </w:t>
      </w:r>
      <w:proofErr w:type="spellStart"/>
      <w:r>
        <w:t>Pertama</w:t>
      </w:r>
      <w:proofErr w:type="spellEnd"/>
      <w:r>
        <w:t xml:space="preserve">, pada </w:t>
      </w:r>
      <w:proofErr w:type="spellStart"/>
      <w:r>
        <w:t>aspek</w:t>
      </w:r>
      <w:proofErr w:type="spellEnd"/>
      <w:r>
        <w:t xml:space="preserve"> </w:t>
      </w:r>
      <w:proofErr w:type="spellStart"/>
      <w:r>
        <w:t>permodalan</w:t>
      </w:r>
      <w:proofErr w:type="spellEnd"/>
      <w:r>
        <w:t xml:space="preserve">, </w:t>
      </w:r>
      <w:proofErr w:type="spellStart"/>
      <w:r>
        <w:t>penyaluran</w:t>
      </w:r>
      <w:proofErr w:type="spellEnd"/>
      <w:r>
        <w:t xml:space="preserve"> dana </w:t>
      </w:r>
      <w:proofErr w:type="spellStart"/>
      <w:r>
        <w:t>melalui</w:t>
      </w:r>
      <w:proofErr w:type="spellEnd"/>
      <w:r>
        <w:t xml:space="preserve"> </w:t>
      </w:r>
      <w:proofErr w:type="spellStart"/>
      <w:r>
        <w:t>skema</w:t>
      </w:r>
      <w:proofErr w:type="spellEnd"/>
      <w:r>
        <w:t xml:space="preserve"> CSR </w:t>
      </w:r>
      <w:proofErr w:type="spellStart"/>
      <w:r>
        <w:t>membuka</w:t>
      </w:r>
      <w:proofErr w:type="spellEnd"/>
      <w:r>
        <w:t xml:space="preserve"> </w:t>
      </w:r>
      <w:proofErr w:type="spellStart"/>
      <w:r>
        <w:t>akses</w:t>
      </w:r>
      <w:proofErr w:type="spellEnd"/>
      <w:r>
        <w:t xml:space="preserve"> </w:t>
      </w:r>
      <w:proofErr w:type="spellStart"/>
      <w:r>
        <w:t>pembiayaan</w:t>
      </w:r>
      <w:proofErr w:type="spellEnd"/>
      <w:r>
        <w:t xml:space="preserve"> yang </w:t>
      </w:r>
      <w:proofErr w:type="spellStart"/>
      <w:r>
        <w:t>lebih</w:t>
      </w:r>
      <w:proofErr w:type="spellEnd"/>
      <w:r>
        <w:t xml:space="preserve"> </w:t>
      </w:r>
      <w:proofErr w:type="spellStart"/>
      <w:r>
        <w:t>mudah</w:t>
      </w:r>
      <w:proofErr w:type="spellEnd"/>
      <w:r>
        <w:t xml:space="preserve"> dan </w:t>
      </w:r>
      <w:proofErr w:type="spellStart"/>
      <w:r>
        <w:t>terjangkau</w:t>
      </w:r>
      <w:proofErr w:type="spellEnd"/>
      <w:r>
        <w:t xml:space="preserve"> </w:t>
      </w:r>
      <w:proofErr w:type="spellStart"/>
      <w:r>
        <w:t>dibandingkan</w:t>
      </w:r>
      <w:proofErr w:type="spellEnd"/>
      <w:r>
        <w:t xml:space="preserve"> </w:t>
      </w:r>
      <w:proofErr w:type="spellStart"/>
      <w:r>
        <w:t>jalur</w:t>
      </w:r>
      <w:proofErr w:type="spellEnd"/>
      <w:r>
        <w:t xml:space="preserve"> </w:t>
      </w:r>
      <w:proofErr w:type="spellStart"/>
      <w:r>
        <w:t>pembiayaan</w:t>
      </w:r>
      <w:proofErr w:type="spellEnd"/>
      <w:r>
        <w:t xml:space="preserve"> formal yang </w:t>
      </w:r>
      <w:proofErr w:type="spellStart"/>
      <w:r>
        <w:t>kerap</w:t>
      </w:r>
      <w:proofErr w:type="spellEnd"/>
      <w:r>
        <w:t xml:space="preserve"> </w:t>
      </w:r>
      <w:proofErr w:type="spellStart"/>
      <w:r>
        <w:t>disyaratkan</w:t>
      </w:r>
      <w:proofErr w:type="spellEnd"/>
      <w:r>
        <w:t xml:space="preserve"> </w:t>
      </w:r>
      <w:proofErr w:type="spellStart"/>
      <w:r>
        <w:t>dengan</w:t>
      </w:r>
      <w:proofErr w:type="spellEnd"/>
      <w:r>
        <w:t xml:space="preserve"> </w:t>
      </w:r>
      <w:proofErr w:type="spellStart"/>
      <w:r>
        <w:t>agunan</w:t>
      </w:r>
      <w:proofErr w:type="spellEnd"/>
      <w:r>
        <w:t xml:space="preserve"> dan </w:t>
      </w:r>
      <w:proofErr w:type="spellStart"/>
      <w:r>
        <w:t>prosedur</w:t>
      </w:r>
      <w:proofErr w:type="spellEnd"/>
      <w:r>
        <w:t xml:space="preserve"> </w:t>
      </w:r>
      <w:proofErr w:type="spellStart"/>
      <w:r>
        <w:t>rumit</w:t>
      </w:r>
      <w:proofErr w:type="spellEnd"/>
      <w:r>
        <w:t xml:space="preserve">. </w:t>
      </w:r>
      <w:proofErr w:type="spellStart"/>
      <w:r>
        <w:t>Kedua</w:t>
      </w:r>
      <w:proofErr w:type="spellEnd"/>
      <w:r>
        <w:t xml:space="preserve">, pada </w:t>
      </w:r>
      <w:proofErr w:type="spellStart"/>
      <w:r>
        <w:t>aspek</w:t>
      </w:r>
      <w:proofErr w:type="spellEnd"/>
      <w:r>
        <w:t xml:space="preserve"> </w:t>
      </w:r>
      <w:proofErr w:type="spellStart"/>
      <w:r>
        <w:t>kapasitas</w:t>
      </w:r>
      <w:proofErr w:type="spellEnd"/>
      <w:r>
        <w:t xml:space="preserve">, </w:t>
      </w:r>
      <w:proofErr w:type="spellStart"/>
      <w:r>
        <w:t>pendampingan</w:t>
      </w:r>
      <w:proofErr w:type="spellEnd"/>
      <w:r>
        <w:t xml:space="preserve"> dan </w:t>
      </w:r>
      <w:proofErr w:type="spellStart"/>
      <w:r>
        <w:t>pelatihan</w:t>
      </w:r>
      <w:proofErr w:type="spellEnd"/>
      <w:r>
        <w:t xml:space="preserve"> yang </w:t>
      </w:r>
      <w:proofErr w:type="spellStart"/>
      <w:r>
        <w:t>menyertai</w:t>
      </w:r>
      <w:proofErr w:type="spellEnd"/>
      <w:r>
        <w:t xml:space="preserve"> program CSR </w:t>
      </w:r>
      <w:proofErr w:type="spellStart"/>
      <w:r>
        <w:t>membantu</w:t>
      </w:r>
      <w:proofErr w:type="spellEnd"/>
      <w:r>
        <w:t xml:space="preserve"> </w:t>
      </w:r>
      <w:proofErr w:type="spellStart"/>
      <w:r>
        <w:t>pelaku</w:t>
      </w:r>
      <w:proofErr w:type="spellEnd"/>
      <w:r>
        <w:t xml:space="preserve"> UMKM </w:t>
      </w:r>
      <w:proofErr w:type="spellStart"/>
      <w:r>
        <w:t>meningkatkan</w:t>
      </w:r>
      <w:proofErr w:type="spellEnd"/>
      <w:r>
        <w:t xml:space="preserve"> </w:t>
      </w:r>
      <w:proofErr w:type="spellStart"/>
      <w:r>
        <w:t>keterampilan</w:t>
      </w:r>
      <w:proofErr w:type="spellEnd"/>
      <w:r>
        <w:t xml:space="preserve"> </w:t>
      </w:r>
      <w:proofErr w:type="spellStart"/>
      <w:r>
        <w:t>manajemen</w:t>
      </w:r>
      <w:proofErr w:type="spellEnd"/>
      <w:r>
        <w:t xml:space="preserve"> </w:t>
      </w:r>
      <w:proofErr w:type="spellStart"/>
      <w:r>
        <w:t>keuangan</w:t>
      </w:r>
      <w:proofErr w:type="spellEnd"/>
      <w:r>
        <w:t xml:space="preserve">, </w:t>
      </w:r>
      <w:proofErr w:type="spellStart"/>
      <w:r>
        <w:t>pemasaran</w:t>
      </w:r>
      <w:proofErr w:type="spellEnd"/>
      <w:r>
        <w:t xml:space="preserve">, dan </w:t>
      </w:r>
      <w:proofErr w:type="spellStart"/>
      <w:r>
        <w:t>produksi</w:t>
      </w:r>
      <w:proofErr w:type="spellEnd"/>
      <w:r>
        <w:t xml:space="preserve"> -- </w:t>
      </w:r>
      <w:proofErr w:type="spellStart"/>
      <w:r>
        <w:t>sebuah</w:t>
      </w:r>
      <w:proofErr w:type="spellEnd"/>
      <w:r>
        <w:t xml:space="preserve"> </w:t>
      </w:r>
      <w:proofErr w:type="spellStart"/>
      <w:r>
        <w:t>kebutuhan</w:t>
      </w:r>
      <w:proofErr w:type="spellEnd"/>
      <w:r>
        <w:t xml:space="preserve"> yang </w:t>
      </w:r>
      <w:proofErr w:type="spellStart"/>
      <w:r>
        <w:t>sejalan</w:t>
      </w:r>
      <w:proofErr w:type="spellEnd"/>
      <w:r>
        <w:t xml:space="preserve"> </w:t>
      </w:r>
      <w:proofErr w:type="spellStart"/>
      <w:r>
        <w:t>dengan</w:t>
      </w:r>
      <w:proofErr w:type="spellEnd"/>
      <w:r>
        <w:t xml:space="preserve"> </w:t>
      </w:r>
      <w:proofErr w:type="spellStart"/>
      <w:r>
        <w:t>temuan</w:t>
      </w:r>
      <w:proofErr w:type="spellEnd"/>
      <w:r>
        <w:t xml:space="preserve"> </w:t>
      </w:r>
      <w:proofErr w:type="spellStart"/>
      <w:r>
        <w:t>Meitridwiastiti</w:t>
      </w:r>
      <w:proofErr w:type="spellEnd"/>
      <w:r>
        <w:t xml:space="preserve"> </w:t>
      </w:r>
      <w:proofErr w:type="spellStart"/>
      <w:r>
        <w:t>dkk</w:t>
      </w:r>
      <w:proofErr w:type="spellEnd"/>
      <w:r>
        <w:t xml:space="preserve">. (2020) </w:t>
      </w:r>
      <w:proofErr w:type="spellStart"/>
      <w:r>
        <w:t>bahwa</w:t>
      </w:r>
      <w:proofErr w:type="spellEnd"/>
      <w:r>
        <w:t xml:space="preserve"> </w:t>
      </w:r>
      <w:proofErr w:type="spellStart"/>
      <w:r>
        <w:t>pelatihan</w:t>
      </w:r>
      <w:proofErr w:type="spellEnd"/>
      <w:r>
        <w:t xml:space="preserve"> </w:t>
      </w:r>
      <w:proofErr w:type="spellStart"/>
      <w:r>
        <w:t>berbasis</w:t>
      </w:r>
      <w:proofErr w:type="spellEnd"/>
      <w:r>
        <w:t xml:space="preserve"> </w:t>
      </w:r>
      <w:proofErr w:type="spellStart"/>
      <w:r>
        <w:t>teknologi</w:t>
      </w:r>
      <w:proofErr w:type="spellEnd"/>
      <w:r>
        <w:t xml:space="preserve"> </w:t>
      </w:r>
      <w:proofErr w:type="spellStart"/>
      <w:r>
        <w:t>tepat</w:t>
      </w:r>
      <w:proofErr w:type="spellEnd"/>
      <w:r>
        <w:t xml:space="preserve"> </w:t>
      </w:r>
      <w:proofErr w:type="spellStart"/>
      <w:r>
        <w:t>guna</w:t>
      </w:r>
      <w:proofErr w:type="spellEnd"/>
      <w:r>
        <w:t xml:space="preserve"> </w:t>
      </w:r>
      <w:proofErr w:type="spellStart"/>
      <w:r>
        <w:t>signifikan</w:t>
      </w:r>
      <w:proofErr w:type="spellEnd"/>
      <w:r>
        <w:t xml:space="preserve"> </w:t>
      </w:r>
      <w:proofErr w:type="spellStart"/>
      <w:r>
        <w:t>meningkatkan</w:t>
      </w:r>
      <w:proofErr w:type="spellEnd"/>
      <w:r>
        <w:t xml:space="preserve"> </w:t>
      </w:r>
      <w:proofErr w:type="spellStart"/>
      <w:r>
        <w:t>kapasitas</w:t>
      </w:r>
      <w:proofErr w:type="spellEnd"/>
      <w:r>
        <w:t xml:space="preserve"> </w:t>
      </w:r>
      <w:proofErr w:type="spellStart"/>
      <w:r>
        <w:t>produktif</w:t>
      </w:r>
      <w:proofErr w:type="spellEnd"/>
      <w:r>
        <w:t xml:space="preserve"> </w:t>
      </w:r>
      <w:proofErr w:type="spellStart"/>
      <w:r>
        <w:t>pelaku</w:t>
      </w:r>
      <w:proofErr w:type="spellEnd"/>
      <w:r>
        <w:t xml:space="preserve"> </w:t>
      </w:r>
      <w:proofErr w:type="spellStart"/>
      <w:r>
        <w:t>usaha</w:t>
      </w:r>
      <w:proofErr w:type="spellEnd"/>
      <w:r>
        <w:t xml:space="preserve"> </w:t>
      </w:r>
      <w:proofErr w:type="spellStart"/>
      <w:r>
        <w:t>rumahan</w:t>
      </w:r>
      <w:proofErr w:type="spellEnd"/>
      <w:r>
        <w:t>.</w:t>
      </w:r>
    </w:p>
    <w:p w14:paraId="0D3AF9EC" w14:textId="77777777" w:rsidR="00D77EA0" w:rsidRDefault="00000000" w:rsidP="00F01415">
      <w:pPr>
        <w:spacing w:after="0" w:line="240" w:lineRule="auto"/>
        <w:jc w:val="both"/>
      </w:pPr>
      <w:proofErr w:type="spellStart"/>
      <w:r>
        <w:t>Ketiga</w:t>
      </w:r>
      <w:proofErr w:type="spellEnd"/>
      <w:r>
        <w:t xml:space="preserve">, pada </w:t>
      </w:r>
      <w:proofErr w:type="spellStart"/>
      <w:r>
        <w:t>aspek</w:t>
      </w:r>
      <w:proofErr w:type="spellEnd"/>
      <w:r>
        <w:t xml:space="preserve"> pasar, </w:t>
      </w:r>
      <w:proofErr w:type="spellStart"/>
      <w:r>
        <w:t>kemitraan</w:t>
      </w:r>
      <w:proofErr w:type="spellEnd"/>
      <w:r>
        <w:t xml:space="preserve"> </w:t>
      </w:r>
      <w:proofErr w:type="spellStart"/>
      <w:r>
        <w:t>antara</w:t>
      </w:r>
      <w:proofErr w:type="spellEnd"/>
      <w:r>
        <w:t xml:space="preserve"> UMKM dan </w:t>
      </w:r>
      <w:proofErr w:type="spellStart"/>
      <w:r>
        <w:t>perusahaan</w:t>
      </w:r>
      <w:proofErr w:type="spellEnd"/>
      <w:r>
        <w:t xml:space="preserve"> </w:t>
      </w:r>
      <w:proofErr w:type="spellStart"/>
      <w:r>
        <w:t>besar</w:t>
      </w:r>
      <w:proofErr w:type="spellEnd"/>
      <w:r>
        <w:t xml:space="preserve"> </w:t>
      </w:r>
      <w:proofErr w:type="spellStart"/>
      <w:r>
        <w:t>seperti</w:t>
      </w:r>
      <w:proofErr w:type="spellEnd"/>
      <w:r>
        <w:t xml:space="preserve"> Unilever </w:t>
      </w:r>
      <w:proofErr w:type="spellStart"/>
      <w:r>
        <w:t>membuka</w:t>
      </w:r>
      <w:proofErr w:type="spellEnd"/>
      <w:r>
        <w:t xml:space="preserve"> </w:t>
      </w:r>
      <w:proofErr w:type="spellStart"/>
      <w:r>
        <w:t>peluang</w:t>
      </w:r>
      <w:proofErr w:type="spellEnd"/>
      <w:r>
        <w:t xml:space="preserve"> UMKM </w:t>
      </w:r>
      <w:proofErr w:type="spellStart"/>
      <w:r>
        <w:t>menjangkau</w:t>
      </w:r>
      <w:proofErr w:type="spellEnd"/>
      <w:r>
        <w:t xml:space="preserve"> pasar yang </w:t>
      </w:r>
      <w:proofErr w:type="spellStart"/>
      <w:r>
        <w:t>lebih</w:t>
      </w:r>
      <w:proofErr w:type="spellEnd"/>
      <w:r>
        <w:t xml:space="preserve"> </w:t>
      </w:r>
      <w:proofErr w:type="spellStart"/>
      <w:r>
        <w:t>luas</w:t>
      </w:r>
      <w:proofErr w:type="spellEnd"/>
      <w:r>
        <w:t xml:space="preserve"> </w:t>
      </w:r>
      <w:proofErr w:type="spellStart"/>
      <w:r>
        <w:t>melalui</w:t>
      </w:r>
      <w:proofErr w:type="spellEnd"/>
      <w:r>
        <w:t xml:space="preserve"> </w:t>
      </w:r>
      <w:proofErr w:type="spellStart"/>
      <w:r>
        <w:t>jaringan</w:t>
      </w:r>
      <w:proofErr w:type="spellEnd"/>
      <w:r>
        <w:t xml:space="preserve"> </w:t>
      </w:r>
      <w:proofErr w:type="spellStart"/>
      <w:r>
        <w:t>distribusi</w:t>
      </w:r>
      <w:proofErr w:type="spellEnd"/>
      <w:r>
        <w:t xml:space="preserve"> dan platform digital yang </w:t>
      </w:r>
      <w:proofErr w:type="spellStart"/>
      <w:r>
        <w:t>telah</w:t>
      </w:r>
      <w:proofErr w:type="spellEnd"/>
      <w:r>
        <w:t xml:space="preserve"> </w:t>
      </w:r>
      <w:proofErr w:type="spellStart"/>
      <w:r>
        <w:t>mapan</w:t>
      </w:r>
      <w:proofErr w:type="spellEnd"/>
      <w:r>
        <w:t xml:space="preserve">. </w:t>
      </w:r>
      <w:proofErr w:type="spellStart"/>
      <w:r>
        <w:t>Keempat</w:t>
      </w:r>
      <w:proofErr w:type="spellEnd"/>
      <w:r>
        <w:t xml:space="preserve">, pada </w:t>
      </w:r>
      <w:proofErr w:type="spellStart"/>
      <w:r>
        <w:t>aspek</w:t>
      </w:r>
      <w:proofErr w:type="spellEnd"/>
      <w:r>
        <w:t xml:space="preserve"> </w:t>
      </w:r>
      <w:proofErr w:type="spellStart"/>
      <w:r>
        <w:t>reputasi</w:t>
      </w:r>
      <w:proofErr w:type="spellEnd"/>
      <w:r>
        <w:t xml:space="preserve">, </w:t>
      </w:r>
      <w:proofErr w:type="spellStart"/>
      <w:r>
        <w:t>keterlibatan</w:t>
      </w:r>
      <w:proofErr w:type="spellEnd"/>
      <w:r>
        <w:t xml:space="preserve"> </w:t>
      </w:r>
      <w:proofErr w:type="spellStart"/>
      <w:r>
        <w:t>dalam</w:t>
      </w:r>
      <w:proofErr w:type="spellEnd"/>
      <w:r>
        <w:t xml:space="preserve"> program CSR </w:t>
      </w:r>
      <w:proofErr w:type="spellStart"/>
      <w:r>
        <w:t>turut</w:t>
      </w:r>
      <w:proofErr w:type="spellEnd"/>
      <w:r>
        <w:t xml:space="preserve"> </w:t>
      </w:r>
      <w:proofErr w:type="spellStart"/>
      <w:r>
        <w:t>mengangkat</w:t>
      </w:r>
      <w:proofErr w:type="spellEnd"/>
      <w:r>
        <w:t xml:space="preserve"> </w:t>
      </w:r>
      <w:proofErr w:type="spellStart"/>
      <w:r>
        <w:t>citra</w:t>
      </w:r>
      <w:proofErr w:type="spellEnd"/>
      <w:r>
        <w:t xml:space="preserve"> </w:t>
      </w:r>
      <w:proofErr w:type="spellStart"/>
      <w:r>
        <w:t>pelaku</w:t>
      </w:r>
      <w:proofErr w:type="spellEnd"/>
      <w:r>
        <w:t xml:space="preserve"> UMKM di </w:t>
      </w:r>
      <w:proofErr w:type="spellStart"/>
      <w:r>
        <w:t>mata</w:t>
      </w:r>
      <w:proofErr w:type="spellEnd"/>
      <w:r>
        <w:t xml:space="preserve"> </w:t>
      </w:r>
      <w:proofErr w:type="spellStart"/>
      <w:r>
        <w:t>konsumen</w:t>
      </w:r>
      <w:proofErr w:type="spellEnd"/>
      <w:r>
        <w:t xml:space="preserve">, </w:t>
      </w:r>
      <w:proofErr w:type="spellStart"/>
      <w:r>
        <w:t>sehingga</w:t>
      </w:r>
      <w:proofErr w:type="spellEnd"/>
      <w:r>
        <w:t xml:space="preserve"> </w:t>
      </w:r>
      <w:proofErr w:type="spellStart"/>
      <w:r>
        <w:t>berpotensi</w:t>
      </w:r>
      <w:proofErr w:type="spellEnd"/>
      <w:r>
        <w:t xml:space="preserve"> </w:t>
      </w:r>
      <w:proofErr w:type="spellStart"/>
      <w:r>
        <w:t>meningkatkan</w:t>
      </w:r>
      <w:proofErr w:type="spellEnd"/>
      <w:r>
        <w:t xml:space="preserve"> </w:t>
      </w:r>
      <w:proofErr w:type="spellStart"/>
      <w:r>
        <w:t>daya</w:t>
      </w:r>
      <w:proofErr w:type="spellEnd"/>
      <w:r>
        <w:t xml:space="preserve"> </w:t>
      </w:r>
      <w:proofErr w:type="spellStart"/>
      <w:r>
        <w:t>saing</w:t>
      </w:r>
      <w:proofErr w:type="spellEnd"/>
      <w:r>
        <w:t xml:space="preserve"> </w:t>
      </w:r>
      <w:proofErr w:type="spellStart"/>
      <w:r>
        <w:t>usaha</w:t>
      </w:r>
      <w:proofErr w:type="spellEnd"/>
      <w:r>
        <w:t xml:space="preserve">. </w:t>
      </w:r>
      <w:proofErr w:type="spellStart"/>
      <w:r>
        <w:t>Kelima</w:t>
      </w:r>
      <w:proofErr w:type="spellEnd"/>
      <w:r>
        <w:t xml:space="preserve">, pada </w:t>
      </w:r>
      <w:proofErr w:type="spellStart"/>
      <w:r>
        <w:t>aspek</w:t>
      </w:r>
      <w:proofErr w:type="spellEnd"/>
      <w:r>
        <w:t xml:space="preserve"> </w:t>
      </w:r>
      <w:proofErr w:type="spellStart"/>
      <w:r>
        <w:t>keberlanjutan</w:t>
      </w:r>
      <w:proofErr w:type="spellEnd"/>
      <w:r>
        <w:t xml:space="preserve"> </w:t>
      </w:r>
      <w:proofErr w:type="spellStart"/>
      <w:r>
        <w:t>usaha</w:t>
      </w:r>
      <w:proofErr w:type="spellEnd"/>
      <w:r>
        <w:t xml:space="preserve">, </w:t>
      </w:r>
      <w:proofErr w:type="spellStart"/>
      <w:r>
        <w:t>penerapan</w:t>
      </w:r>
      <w:proofErr w:type="spellEnd"/>
      <w:r>
        <w:t xml:space="preserve"> </w:t>
      </w:r>
      <w:proofErr w:type="spellStart"/>
      <w:r>
        <w:t>praktik</w:t>
      </w:r>
      <w:proofErr w:type="spellEnd"/>
      <w:r>
        <w:t xml:space="preserve"> </w:t>
      </w:r>
      <w:proofErr w:type="spellStart"/>
      <w:r>
        <w:t>bisnis</w:t>
      </w:r>
      <w:proofErr w:type="spellEnd"/>
      <w:r>
        <w:t xml:space="preserve"> yang </w:t>
      </w:r>
      <w:proofErr w:type="spellStart"/>
      <w:r>
        <w:t>dipelajari</w:t>
      </w:r>
      <w:proofErr w:type="spellEnd"/>
      <w:r>
        <w:t xml:space="preserve"> </w:t>
      </w:r>
      <w:proofErr w:type="spellStart"/>
      <w:r>
        <w:t>melalui</w:t>
      </w:r>
      <w:proofErr w:type="spellEnd"/>
      <w:r>
        <w:t xml:space="preserve"> </w:t>
      </w:r>
      <w:proofErr w:type="spellStart"/>
      <w:r>
        <w:t>pendampingan</w:t>
      </w:r>
      <w:proofErr w:type="spellEnd"/>
      <w:r>
        <w:t xml:space="preserve"> CSR -- </w:t>
      </w:r>
      <w:proofErr w:type="spellStart"/>
      <w:r>
        <w:t>seperti</w:t>
      </w:r>
      <w:proofErr w:type="spellEnd"/>
      <w:r>
        <w:t xml:space="preserve"> </w:t>
      </w:r>
      <w:proofErr w:type="spellStart"/>
      <w:r>
        <w:t>efisiensi</w:t>
      </w:r>
      <w:proofErr w:type="spellEnd"/>
      <w:r>
        <w:t xml:space="preserve"> </w:t>
      </w:r>
      <w:proofErr w:type="spellStart"/>
      <w:r>
        <w:t>operasional</w:t>
      </w:r>
      <w:proofErr w:type="spellEnd"/>
      <w:r>
        <w:t xml:space="preserve"> dan </w:t>
      </w:r>
      <w:proofErr w:type="spellStart"/>
      <w:r>
        <w:t>pengelolaan</w:t>
      </w:r>
      <w:proofErr w:type="spellEnd"/>
      <w:r>
        <w:t xml:space="preserve"> </w:t>
      </w:r>
      <w:proofErr w:type="spellStart"/>
      <w:r>
        <w:t>limbah</w:t>
      </w:r>
      <w:proofErr w:type="spellEnd"/>
      <w:r>
        <w:t xml:space="preserve"> -- </w:t>
      </w:r>
      <w:proofErr w:type="spellStart"/>
      <w:r>
        <w:t>membantu</w:t>
      </w:r>
      <w:proofErr w:type="spellEnd"/>
      <w:r>
        <w:t xml:space="preserve"> UMKM </w:t>
      </w:r>
      <w:proofErr w:type="spellStart"/>
      <w:r>
        <w:t>menekan</w:t>
      </w:r>
      <w:proofErr w:type="spellEnd"/>
      <w:r>
        <w:t xml:space="preserve"> </w:t>
      </w:r>
      <w:proofErr w:type="spellStart"/>
      <w:r>
        <w:t>biaya</w:t>
      </w:r>
      <w:proofErr w:type="spellEnd"/>
      <w:r>
        <w:t xml:space="preserve"> </w:t>
      </w:r>
      <w:proofErr w:type="spellStart"/>
      <w:r>
        <w:t>produksi</w:t>
      </w:r>
      <w:proofErr w:type="spellEnd"/>
      <w:r>
        <w:t xml:space="preserve"> </w:t>
      </w:r>
      <w:proofErr w:type="spellStart"/>
      <w:r>
        <w:t>sekaligus</w:t>
      </w:r>
      <w:proofErr w:type="spellEnd"/>
      <w:r>
        <w:t xml:space="preserve"> </w:t>
      </w:r>
      <w:proofErr w:type="spellStart"/>
      <w:r>
        <w:t>meminimalkan</w:t>
      </w:r>
      <w:proofErr w:type="spellEnd"/>
      <w:r>
        <w:t xml:space="preserve"> </w:t>
      </w:r>
      <w:proofErr w:type="spellStart"/>
      <w:r>
        <w:t>dampak</w:t>
      </w:r>
      <w:proofErr w:type="spellEnd"/>
      <w:r>
        <w:t xml:space="preserve"> </w:t>
      </w:r>
      <w:proofErr w:type="spellStart"/>
      <w:r>
        <w:t>lingkungan</w:t>
      </w:r>
      <w:proofErr w:type="spellEnd"/>
      <w:r>
        <w:t xml:space="preserve"> </w:t>
      </w:r>
      <w:proofErr w:type="spellStart"/>
      <w:r>
        <w:t>dari</w:t>
      </w:r>
      <w:proofErr w:type="spellEnd"/>
      <w:r>
        <w:t xml:space="preserve"> </w:t>
      </w:r>
      <w:proofErr w:type="spellStart"/>
      <w:r>
        <w:t>aktivitas</w:t>
      </w:r>
      <w:proofErr w:type="spellEnd"/>
      <w:r>
        <w:t xml:space="preserve"> </w:t>
      </w:r>
      <w:proofErr w:type="spellStart"/>
      <w:r>
        <w:t>usahanya</w:t>
      </w:r>
      <w:proofErr w:type="spellEnd"/>
      <w:r>
        <w:t xml:space="preserve">. </w:t>
      </w:r>
      <w:proofErr w:type="spellStart"/>
      <w:r>
        <w:t>Kelima</w:t>
      </w:r>
      <w:proofErr w:type="spellEnd"/>
      <w:r>
        <w:t xml:space="preserve"> </w:t>
      </w:r>
      <w:proofErr w:type="spellStart"/>
      <w:r>
        <w:t>dimensi</w:t>
      </w:r>
      <w:proofErr w:type="spellEnd"/>
      <w:r>
        <w:t xml:space="preserve"> </w:t>
      </w:r>
      <w:proofErr w:type="spellStart"/>
      <w:r>
        <w:t>dampak</w:t>
      </w:r>
      <w:proofErr w:type="spellEnd"/>
      <w:r>
        <w:t xml:space="preserve"> </w:t>
      </w:r>
      <w:proofErr w:type="spellStart"/>
      <w:r>
        <w:t>tersebut</w:t>
      </w:r>
      <w:proofErr w:type="spellEnd"/>
      <w:r>
        <w:t xml:space="preserve"> -- </w:t>
      </w:r>
      <w:proofErr w:type="spellStart"/>
      <w:r>
        <w:t>permodalan</w:t>
      </w:r>
      <w:proofErr w:type="spellEnd"/>
      <w:r>
        <w:t xml:space="preserve">, </w:t>
      </w:r>
      <w:proofErr w:type="spellStart"/>
      <w:r>
        <w:t>kapasitas</w:t>
      </w:r>
      <w:proofErr w:type="spellEnd"/>
      <w:r>
        <w:t xml:space="preserve">, pasar, </w:t>
      </w:r>
      <w:proofErr w:type="spellStart"/>
      <w:r>
        <w:t>reputasi</w:t>
      </w:r>
      <w:proofErr w:type="spellEnd"/>
      <w:r>
        <w:t xml:space="preserve">, dan </w:t>
      </w:r>
      <w:proofErr w:type="spellStart"/>
      <w:r>
        <w:t>keberlanjutan</w:t>
      </w:r>
      <w:proofErr w:type="spellEnd"/>
      <w:r>
        <w:t xml:space="preserve"> </w:t>
      </w:r>
      <w:proofErr w:type="spellStart"/>
      <w:r>
        <w:t>usaha</w:t>
      </w:r>
      <w:proofErr w:type="spellEnd"/>
      <w:r>
        <w:t xml:space="preserve"> -- </w:t>
      </w:r>
      <w:r>
        <w:lastRenderedPageBreak/>
        <w:t xml:space="preserve">pada </w:t>
      </w:r>
      <w:proofErr w:type="spellStart"/>
      <w:r>
        <w:t>praktiknya</w:t>
      </w:r>
      <w:proofErr w:type="spellEnd"/>
      <w:r>
        <w:t xml:space="preserve"> </w:t>
      </w:r>
      <w:proofErr w:type="spellStart"/>
      <w:r>
        <w:t>tidak</w:t>
      </w:r>
      <w:proofErr w:type="spellEnd"/>
      <w:r>
        <w:t xml:space="preserve"> </w:t>
      </w:r>
      <w:proofErr w:type="spellStart"/>
      <w:r>
        <w:t>berdiri</w:t>
      </w:r>
      <w:proofErr w:type="spellEnd"/>
      <w:r>
        <w:t xml:space="preserve"> </w:t>
      </w:r>
      <w:proofErr w:type="spellStart"/>
      <w:r>
        <w:t>sendiri-sendiri</w:t>
      </w:r>
      <w:proofErr w:type="spellEnd"/>
      <w:r>
        <w:t xml:space="preserve">, </w:t>
      </w:r>
      <w:proofErr w:type="spellStart"/>
      <w:r>
        <w:t>melainkan</w:t>
      </w:r>
      <w:proofErr w:type="spellEnd"/>
      <w:r>
        <w:t xml:space="preserve"> </w:t>
      </w:r>
      <w:proofErr w:type="spellStart"/>
      <w:r>
        <w:t>saling</w:t>
      </w:r>
      <w:proofErr w:type="spellEnd"/>
      <w:r>
        <w:t xml:space="preserve"> </w:t>
      </w:r>
      <w:proofErr w:type="spellStart"/>
      <w:r>
        <w:t>memperkuat</w:t>
      </w:r>
      <w:proofErr w:type="spellEnd"/>
      <w:r>
        <w:t xml:space="preserve"> </w:t>
      </w:r>
      <w:proofErr w:type="spellStart"/>
      <w:r>
        <w:t>satu</w:t>
      </w:r>
      <w:proofErr w:type="spellEnd"/>
      <w:r>
        <w:t xml:space="preserve"> </w:t>
      </w:r>
      <w:proofErr w:type="spellStart"/>
      <w:r>
        <w:t>sama</w:t>
      </w:r>
      <w:proofErr w:type="spellEnd"/>
      <w:r>
        <w:t xml:space="preserve"> lain: </w:t>
      </w:r>
      <w:proofErr w:type="spellStart"/>
      <w:r>
        <w:t>penguatan</w:t>
      </w:r>
      <w:proofErr w:type="spellEnd"/>
      <w:r>
        <w:t xml:space="preserve"> </w:t>
      </w:r>
      <w:proofErr w:type="spellStart"/>
      <w:r>
        <w:t>kapasitas</w:t>
      </w:r>
      <w:proofErr w:type="spellEnd"/>
      <w:r>
        <w:t xml:space="preserve"> </w:t>
      </w:r>
      <w:proofErr w:type="spellStart"/>
      <w:r>
        <w:t>manajerial</w:t>
      </w:r>
      <w:proofErr w:type="spellEnd"/>
      <w:r>
        <w:t xml:space="preserve"> </w:t>
      </w:r>
      <w:proofErr w:type="spellStart"/>
      <w:r>
        <w:t>misalnya</w:t>
      </w:r>
      <w:proofErr w:type="spellEnd"/>
      <w:r>
        <w:t xml:space="preserve">, </w:t>
      </w:r>
      <w:proofErr w:type="spellStart"/>
      <w:r>
        <w:t>akan</w:t>
      </w:r>
      <w:proofErr w:type="spellEnd"/>
      <w:r>
        <w:t xml:space="preserve"> </w:t>
      </w:r>
      <w:proofErr w:type="spellStart"/>
      <w:r>
        <w:t>lebih</w:t>
      </w:r>
      <w:proofErr w:type="spellEnd"/>
      <w:r>
        <w:t xml:space="preserve"> optimal </w:t>
      </w:r>
      <w:proofErr w:type="spellStart"/>
      <w:r>
        <w:t>manfaatnya</w:t>
      </w:r>
      <w:proofErr w:type="spellEnd"/>
      <w:r>
        <w:t xml:space="preserve"> </w:t>
      </w:r>
      <w:proofErr w:type="spellStart"/>
      <w:r>
        <w:t>apabila</w:t>
      </w:r>
      <w:proofErr w:type="spellEnd"/>
      <w:r>
        <w:t xml:space="preserve"> </w:t>
      </w:r>
      <w:proofErr w:type="spellStart"/>
      <w:r>
        <w:t>diiringi</w:t>
      </w:r>
      <w:proofErr w:type="spellEnd"/>
      <w:r>
        <w:t xml:space="preserve"> </w:t>
      </w:r>
      <w:proofErr w:type="spellStart"/>
      <w:r>
        <w:t>perluasan</w:t>
      </w:r>
      <w:proofErr w:type="spellEnd"/>
      <w:r>
        <w:t xml:space="preserve"> </w:t>
      </w:r>
      <w:proofErr w:type="spellStart"/>
      <w:r>
        <w:t>akses</w:t>
      </w:r>
      <w:proofErr w:type="spellEnd"/>
      <w:r>
        <w:t xml:space="preserve"> pasar, </w:t>
      </w:r>
      <w:proofErr w:type="spellStart"/>
      <w:r>
        <w:t>karena</w:t>
      </w:r>
      <w:proofErr w:type="spellEnd"/>
      <w:r>
        <w:t xml:space="preserve"> </w:t>
      </w:r>
      <w:proofErr w:type="spellStart"/>
      <w:r>
        <w:t>keterampilan</w:t>
      </w:r>
      <w:proofErr w:type="spellEnd"/>
      <w:r>
        <w:t xml:space="preserve"> </w:t>
      </w:r>
      <w:proofErr w:type="spellStart"/>
      <w:r>
        <w:t>produksi</w:t>
      </w:r>
      <w:proofErr w:type="spellEnd"/>
      <w:r>
        <w:t xml:space="preserve"> </w:t>
      </w:r>
      <w:proofErr w:type="spellStart"/>
      <w:r>
        <w:t>maupun</w:t>
      </w:r>
      <w:proofErr w:type="spellEnd"/>
      <w:r>
        <w:t xml:space="preserve"> </w:t>
      </w:r>
      <w:proofErr w:type="spellStart"/>
      <w:r>
        <w:t>pemasaran</w:t>
      </w:r>
      <w:proofErr w:type="spellEnd"/>
      <w:r>
        <w:t xml:space="preserve"> yang </w:t>
      </w:r>
      <w:proofErr w:type="spellStart"/>
      <w:r>
        <w:t>baik</w:t>
      </w:r>
      <w:proofErr w:type="spellEnd"/>
      <w:r>
        <w:t xml:space="preserve"> </w:t>
      </w:r>
      <w:proofErr w:type="spellStart"/>
      <w:r>
        <w:t>tidak</w:t>
      </w:r>
      <w:proofErr w:type="spellEnd"/>
      <w:r>
        <w:t xml:space="preserve"> </w:t>
      </w:r>
      <w:proofErr w:type="spellStart"/>
      <w:r>
        <w:t>banyak</w:t>
      </w:r>
      <w:proofErr w:type="spellEnd"/>
      <w:r>
        <w:t xml:space="preserve"> </w:t>
      </w:r>
      <w:proofErr w:type="spellStart"/>
      <w:r>
        <w:t>berarti</w:t>
      </w:r>
      <w:proofErr w:type="spellEnd"/>
      <w:r>
        <w:t xml:space="preserve"> </w:t>
      </w:r>
      <w:proofErr w:type="spellStart"/>
      <w:r>
        <w:t>tanpa</w:t>
      </w:r>
      <w:proofErr w:type="spellEnd"/>
      <w:r>
        <w:t xml:space="preserve"> </w:t>
      </w:r>
      <w:proofErr w:type="spellStart"/>
      <w:r>
        <w:t>saluran</w:t>
      </w:r>
      <w:proofErr w:type="spellEnd"/>
      <w:r>
        <w:t xml:space="preserve"> </w:t>
      </w:r>
      <w:proofErr w:type="spellStart"/>
      <w:r>
        <w:t>distribusi</w:t>
      </w:r>
      <w:proofErr w:type="spellEnd"/>
      <w:r>
        <w:t xml:space="preserve"> yang </w:t>
      </w:r>
      <w:proofErr w:type="spellStart"/>
      <w:r>
        <w:t>memadai</w:t>
      </w:r>
      <w:proofErr w:type="spellEnd"/>
      <w:r>
        <w:t xml:space="preserve"> </w:t>
      </w:r>
      <w:proofErr w:type="spellStart"/>
      <w:r>
        <w:t>untuk</w:t>
      </w:r>
      <w:proofErr w:type="spellEnd"/>
      <w:r>
        <w:t xml:space="preserve"> </w:t>
      </w:r>
      <w:proofErr w:type="spellStart"/>
      <w:r>
        <w:t>menyerap</w:t>
      </w:r>
      <w:proofErr w:type="spellEnd"/>
      <w:r>
        <w:t xml:space="preserve"> </w:t>
      </w:r>
      <w:proofErr w:type="spellStart"/>
      <w:r>
        <w:t>hasil</w:t>
      </w:r>
      <w:proofErr w:type="spellEnd"/>
      <w:r>
        <w:t xml:space="preserve"> </w:t>
      </w:r>
      <w:proofErr w:type="spellStart"/>
      <w:r>
        <w:t>produksi</w:t>
      </w:r>
      <w:proofErr w:type="spellEnd"/>
      <w:r>
        <w:t xml:space="preserve"> UMKM.</w:t>
      </w:r>
    </w:p>
    <w:p w14:paraId="2A927833" w14:textId="77777777" w:rsidR="00D77EA0" w:rsidRDefault="00000000" w:rsidP="00F01415">
      <w:pPr>
        <w:spacing w:after="0" w:line="240" w:lineRule="auto"/>
        <w:jc w:val="both"/>
      </w:pPr>
      <w:proofErr w:type="spellStart"/>
      <w:r>
        <w:t>Kelima</w:t>
      </w:r>
      <w:proofErr w:type="spellEnd"/>
      <w:r>
        <w:t xml:space="preserve"> </w:t>
      </w:r>
      <w:proofErr w:type="spellStart"/>
      <w:r>
        <w:t>dampak</w:t>
      </w:r>
      <w:proofErr w:type="spellEnd"/>
      <w:r>
        <w:t xml:space="preserve"> </w:t>
      </w:r>
      <w:proofErr w:type="spellStart"/>
      <w:r>
        <w:t>tersebut</w:t>
      </w:r>
      <w:proofErr w:type="spellEnd"/>
      <w:r>
        <w:t xml:space="preserve"> </w:t>
      </w:r>
      <w:proofErr w:type="spellStart"/>
      <w:r>
        <w:t>menegaskan</w:t>
      </w:r>
      <w:proofErr w:type="spellEnd"/>
      <w:r>
        <w:t xml:space="preserve"> </w:t>
      </w:r>
      <w:proofErr w:type="spellStart"/>
      <w:r>
        <w:t>bahwa</w:t>
      </w:r>
      <w:proofErr w:type="spellEnd"/>
      <w:r>
        <w:t xml:space="preserve"> program CSR Unilever Indonesia </w:t>
      </w:r>
      <w:proofErr w:type="spellStart"/>
      <w:r>
        <w:t>bagi</w:t>
      </w:r>
      <w:proofErr w:type="spellEnd"/>
      <w:r>
        <w:t xml:space="preserve"> UMKM </w:t>
      </w:r>
      <w:proofErr w:type="spellStart"/>
      <w:r>
        <w:t>tidak</w:t>
      </w:r>
      <w:proofErr w:type="spellEnd"/>
      <w:r>
        <w:t xml:space="preserve"> </w:t>
      </w:r>
      <w:proofErr w:type="spellStart"/>
      <w:r>
        <w:t>berhenti</w:t>
      </w:r>
      <w:proofErr w:type="spellEnd"/>
      <w:r>
        <w:t xml:space="preserve"> pada </w:t>
      </w:r>
      <w:proofErr w:type="spellStart"/>
      <w:r>
        <w:t>bantuan</w:t>
      </w:r>
      <w:proofErr w:type="spellEnd"/>
      <w:r>
        <w:t xml:space="preserve"> </w:t>
      </w:r>
      <w:proofErr w:type="spellStart"/>
      <w:r>
        <w:t>bersifat</w:t>
      </w:r>
      <w:proofErr w:type="spellEnd"/>
      <w:r>
        <w:t xml:space="preserve"> </w:t>
      </w:r>
      <w:proofErr w:type="spellStart"/>
      <w:r>
        <w:t>karitatif</w:t>
      </w:r>
      <w:proofErr w:type="spellEnd"/>
      <w:r>
        <w:t xml:space="preserve"> (charity), </w:t>
      </w:r>
      <w:proofErr w:type="spellStart"/>
      <w:r>
        <w:t>melainkan</w:t>
      </w:r>
      <w:proofErr w:type="spellEnd"/>
      <w:r>
        <w:t xml:space="preserve"> </w:t>
      </w:r>
      <w:proofErr w:type="spellStart"/>
      <w:r>
        <w:t>telah</w:t>
      </w:r>
      <w:proofErr w:type="spellEnd"/>
      <w:r>
        <w:t xml:space="preserve"> </w:t>
      </w:r>
      <w:proofErr w:type="spellStart"/>
      <w:r>
        <w:t>bergerak</w:t>
      </w:r>
      <w:proofErr w:type="spellEnd"/>
      <w:r>
        <w:t xml:space="preserve"> </w:t>
      </w:r>
      <w:proofErr w:type="spellStart"/>
      <w:r>
        <w:t>ke</w:t>
      </w:r>
      <w:proofErr w:type="spellEnd"/>
      <w:r>
        <w:t xml:space="preserve"> </w:t>
      </w:r>
      <w:proofErr w:type="spellStart"/>
      <w:r>
        <w:t>arah</w:t>
      </w:r>
      <w:proofErr w:type="spellEnd"/>
      <w:r>
        <w:t xml:space="preserve"> </w:t>
      </w:r>
      <w:proofErr w:type="spellStart"/>
      <w:r>
        <w:t>pemberdayaan</w:t>
      </w:r>
      <w:proofErr w:type="spellEnd"/>
      <w:r>
        <w:t xml:space="preserve"> (empowerment) yang </w:t>
      </w:r>
      <w:proofErr w:type="spellStart"/>
      <w:r>
        <w:t>membangun</w:t>
      </w:r>
      <w:proofErr w:type="spellEnd"/>
      <w:r>
        <w:t xml:space="preserve"> </w:t>
      </w:r>
      <w:proofErr w:type="spellStart"/>
      <w:r>
        <w:t>kemandirian</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pelaku</w:t>
      </w:r>
      <w:proofErr w:type="spellEnd"/>
      <w:r>
        <w:t xml:space="preserve"> </w:t>
      </w:r>
      <w:proofErr w:type="spellStart"/>
      <w:r>
        <w:t>usaha</w:t>
      </w:r>
      <w:proofErr w:type="spellEnd"/>
      <w:r>
        <w:t xml:space="preserve">. Pola </w:t>
      </w:r>
      <w:proofErr w:type="spellStart"/>
      <w:r>
        <w:t>ini</w:t>
      </w:r>
      <w:proofErr w:type="spellEnd"/>
      <w:r>
        <w:t xml:space="preserve"> </w:t>
      </w:r>
      <w:proofErr w:type="spellStart"/>
      <w:r>
        <w:t>konsisten</w:t>
      </w:r>
      <w:proofErr w:type="spellEnd"/>
      <w:r>
        <w:t xml:space="preserve"> </w:t>
      </w:r>
      <w:proofErr w:type="spellStart"/>
      <w:r>
        <w:t>dengan</w:t>
      </w:r>
      <w:proofErr w:type="spellEnd"/>
      <w:r>
        <w:t xml:space="preserve"> </w:t>
      </w:r>
      <w:proofErr w:type="spellStart"/>
      <w:r>
        <w:t>prinsip</w:t>
      </w:r>
      <w:proofErr w:type="spellEnd"/>
      <w:r>
        <w:t xml:space="preserve"> Triple Bottom Line, di mana </w:t>
      </w:r>
      <w:proofErr w:type="spellStart"/>
      <w:r>
        <w:t>keberhasilan</w:t>
      </w:r>
      <w:proofErr w:type="spellEnd"/>
      <w:r>
        <w:t xml:space="preserve"> program CSR </w:t>
      </w:r>
      <w:proofErr w:type="spellStart"/>
      <w:r>
        <w:t>diukur</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dari</w:t>
      </w:r>
      <w:proofErr w:type="spellEnd"/>
      <w:r>
        <w:t xml:space="preserve"> </w:t>
      </w:r>
      <w:proofErr w:type="spellStart"/>
      <w:r>
        <w:t>besaran</w:t>
      </w:r>
      <w:proofErr w:type="spellEnd"/>
      <w:r>
        <w:t xml:space="preserve"> dana yang </w:t>
      </w:r>
      <w:proofErr w:type="spellStart"/>
      <w:r>
        <w:t>disalurkan</w:t>
      </w:r>
      <w:proofErr w:type="spellEnd"/>
      <w:r>
        <w:t xml:space="preserve">, </w:t>
      </w:r>
      <w:proofErr w:type="spellStart"/>
      <w:r>
        <w:t>melainkan</w:t>
      </w:r>
      <w:proofErr w:type="spellEnd"/>
      <w:r>
        <w:t xml:space="preserve"> </w:t>
      </w:r>
      <w:proofErr w:type="spellStart"/>
      <w:r>
        <w:t>dari</w:t>
      </w:r>
      <w:proofErr w:type="spellEnd"/>
      <w:r>
        <w:t xml:space="preserve"> </w:t>
      </w:r>
      <w:proofErr w:type="spellStart"/>
      <w:r>
        <w:t>sejauh</w:t>
      </w:r>
      <w:proofErr w:type="spellEnd"/>
      <w:r>
        <w:t xml:space="preserve"> mana program </w:t>
      </w:r>
      <w:proofErr w:type="spellStart"/>
      <w:r>
        <w:t>tersebut</w:t>
      </w:r>
      <w:proofErr w:type="spellEnd"/>
      <w:r>
        <w:t xml:space="preserve"> </w:t>
      </w:r>
      <w:proofErr w:type="spellStart"/>
      <w:r>
        <w:t>menciptakan</w:t>
      </w:r>
      <w:proofErr w:type="spellEnd"/>
      <w:r>
        <w:t xml:space="preserve"> </w:t>
      </w:r>
      <w:proofErr w:type="spellStart"/>
      <w:r>
        <w:t>nilai</w:t>
      </w:r>
      <w:proofErr w:type="spellEnd"/>
      <w:r>
        <w:t xml:space="preserve"> </w:t>
      </w:r>
      <w:proofErr w:type="spellStart"/>
      <w:r>
        <w:t>berkelanjutan</w:t>
      </w:r>
      <w:proofErr w:type="spellEnd"/>
      <w:r>
        <w:t xml:space="preserve"> </w:t>
      </w:r>
      <w:proofErr w:type="spellStart"/>
      <w:r>
        <w:t>bagi</w:t>
      </w:r>
      <w:proofErr w:type="spellEnd"/>
      <w:r>
        <w:t xml:space="preserve"> </w:t>
      </w:r>
      <w:proofErr w:type="spellStart"/>
      <w:r>
        <w:t>ekonomi</w:t>
      </w:r>
      <w:proofErr w:type="spellEnd"/>
      <w:r>
        <w:t xml:space="preserve">, </w:t>
      </w:r>
      <w:proofErr w:type="spellStart"/>
      <w:r>
        <w:t>sosial</w:t>
      </w:r>
      <w:proofErr w:type="spellEnd"/>
      <w:r>
        <w:t xml:space="preserve">, dan </w:t>
      </w:r>
      <w:proofErr w:type="spellStart"/>
      <w:r>
        <w:t>lingkungan</w:t>
      </w:r>
      <w:proofErr w:type="spellEnd"/>
      <w:r>
        <w:t xml:space="preserve"> </w:t>
      </w:r>
      <w:proofErr w:type="spellStart"/>
      <w:r>
        <w:t>sekaligus</w:t>
      </w:r>
      <w:proofErr w:type="spellEnd"/>
      <w:r>
        <w:t>.</w:t>
      </w:r>
    </w:p>
    <w:p w14:paraId="501A0F79" w14:textId="77777777" w:rsidR="00D77EA0" w:rsidRDefault="00000000" w:rsidP="00F01415">
      <w:pPr>
        <w:spacing w:after="0" w:line="240" w:lineRule="auto"/>
      </w:pPr>
      <w:proofErr w:type="spellStart"/>
      <w:r>
        <w:rPr>
          <w:b/>
          <w:i/>
        </w:rPr>
        <w:t>Relevansi</w:t>
      </w:r>
      <w:proofErr w:type="spellEnd"/>
      <w:r>
        <w:rPr>
          <w:b/>
          <w:i/>
        </w:rPr>
        <w:t xml:space="preserve"> Program </w:t>
      </w:r>
      <w:proofErr w:type="spellStart"/>
      <w:r>
        <w:rPr>
          <w:b/>
          <w:i/>
        </w:rPr>
        <w:t>bagi</w:t>
      </w:r>
      <w:proofErr w:type="spellEnd"/>
      <w:r>
        <w:rPr>
          <w:b/>
          <w:i/>
        </w:rPr>
        <w:t xml:space="preserve"> </w:t>
      </w:r>
      <w:proofErr w:type="spellStart"/>
      <w:r>
        <w:rPr>
          <w:b/>
          <w:i/>
        </w:rPr>
        <w:t>Praktik</w:t>
      </w:r>
      <w:proofErr w:type="spellEnd"/>
      <w:r>
        <w:rPr>
          <w:b/>
          <w:i/>
        </w:rPr>
        <w:t xml:space="preserve"> </w:t>
      </w:r>
      <w:proofErr w:type="spellStart"/>
      <w:r>
        <w:rPr>
          <w:b/>
          <w:i/>
        </w:rPr>
        <w:t>Pekerjaan</w:t>
      </w:r>
      <w:proofErr w:type="spellEnd"/>
      <w:r>
        <w:rPr>
          <w:b/>
          <w:i/>
        </w:rPr>
        <w:t xml:space="preserve"> </w:t>
      </w:r>
      <w:proofErr w:type="spellStart"/>
      <w:r>
        <w:rPr>
          <w:b/>
          <w:i/>
        </w:rPr>
        <w:t>Sosial</w:t>
      </w:r>
      <w:proofErr w:type="spellEnd"/>
    </w:p>
    <w:p w14:paraId="12D071B9" w14:textId="77777777" w:rsidR="00D77EA0" w:rsidRDefault="00000000" w:rsidP="00F01415">
      <w:pPr>
        <w:spacing w:after="0" w:line="240" w:lineRule="auto"/>
        <w:jc w:val="both"/>
      </w:pPr>
      <w:proofErr w:type="spellStart"/>
      <w:r>
        <w:t>Rangkaian</w:t>
      </w:r>
      <w:proofErr w:type="spellEnd"/>
      <w:r>
        <w:t xml:space="preserve"> program CSR Unilever Indonesia </w:t>
      </w:r>
      <w:proofErr w:type="spellStart"/>
      <w:r>
        <w:t>bagi</w:t>
      </w:r>
      <w:proofErr w:type="spellEnd"/>
      <w:r>
        <w:t xml:space="preserve"> UMKM </w:t>
      </w:r>
      <w:proofErr w:type="spellStart"/>
      <w:r>
        <w:t>memiliki</w:t>
      </w:r>
      <w:proofErr w:type="spellEnd"/>
      <w:r>
        <w:t xml:space="preserve"> </w:t>
      </w:r>
      <w:proofErr w:type="spellStart"/>
      <w:r>
        <w:t>relevansi</w:t>
      </w:r>
      <w:proofErr w:type="spellEnd"/>
      <w:r>
        <w:t xml:space="preserve"> yang </w:t>
      </w:r>
      <w:proofErr w:type="spellStart"/>
      <w:r>
        <w:t>erat</w:t>
      </w:r>
      <w:proofErr w:type="spellEnd"/>
      <w:r>
        <w:t xml:space="preserve"> </w:t>
      </w:r>
      <w:proofErr w:type="spellStart"/>
      <w:r>
        <w:t>dengan</w:t>
      </w:r>
      <w:proofErr w:type="spellEnd"/>
      <w:r>
        <w:t xml:space="preserve"> </w:t>
      </w:r>
      <w:proofErr w:type="spellStart"/>
      <w:r>
        <w:t>praktik</w:t>
      </w:r>
      <w:proofErr w:type="spellEnd"/>
      <w:r>
        <w:t xml:space="preserve"> </w:t>
      </w:r>
      <w:proofErr w:type="spellStart"/>
      <w:r>
        <w:t>pekerjaan</w:t>
      </w:r>
      <w:proofErr w:type="spellEnd"/>
      <w:r>
        <w:t xml:space="preserve"> </w:t>
      </w:r>
      <w:proofErr w:type="spellStart"/>
      <w:r>
        <w:t>sosial</w:t>
      </w:r>
      <w:proofErr w:type="spellEnd"/>
      <w:r>
        <w:t xml:space="preserve"> di </w:t>
      </w:r>
      <w:proofErr w:type="spellStart"/>
      <w:r>
        <w:t>ranah</w:t>
      </w:r>
      <w:proofErr w:type="spellEnd"/>
      <w:r>
        <w:t xml:space="preserve"> </w:t>
      </w:r>
      <w:proofErr w:type="spellStart"/>
      <w:r>
        <w:t>pengembangan</w:t>
      </w:r>
      <w:proofErr w:type="spellEnd"/>
      <w:r>
        <w:t xml:space="preserve"> </w:t>
      </w:r>
      <w:proofErr w:type="spellStart"/>
      <w:r>
        <w:t>masyarakat</w:t>
      </w:r>
      <w:proofErr w:type="spellEnd"/>
      <w:r>
        <w:t xml:space="preserve">. Hanum dan Wibowo (2023) </w:t>
      </w:r>
      <w:proofErr w:type="spellStart"/>
      <w:r>
        <w:t>menegaskan</w:t>
      </w:r>
      <w:proofErr w:type="spellEnd"/>
      <w:r>
        <w:t xml:space="preserve"> </w:t>
      </w:r>
      <w:proofErr w:type="spellStart"/>
      <w:r>
        <w:t>bahwa</w:t>
      </w:r>
      <w:proofErr w:type="spellEnd"/>
      <w:r>
        <w:t xml:space="preserve"> </w:t>
      </w:r>
      <w:proofErr w:type="spellStart"/>
      <w:r>
        <w:t>dalam</w:t>
      </w:r>
      <w:proofErr w:type="spellEnd"/>
      <w:r>
        <w:t xml:space="preserve"> </w:t>
      </w:r>
      <w:proofErr w:type="spellStart"/>
      <w:r>
        <w:t>upaya</w:t>
      </w:r>
      <w:proofErr w:type="spellEnd"/>
      <w:r>
        <w:t xml:space="preserve"> </w:t>
      </w:r>
      <w:proofErr w:type="spellStart"/>
      <w:r>
        <w:t>penguatan</w:t>
      </w:r>
      <w:proofErr w:type="spellEnd"/>
      <w:r>
        <w:t xml:space="preserve"> UMKM </w:t>
      </w:r>
      <w:proofErr w:type="spellStart"/>
      <w:r>
        <w:t>pasca</w:t>
      </w:r>
      <w:proofErr w:type="spellEnd"/>
      <w:r>
        <w:t xml:space="preserve"> </w:t>
      </w:r>
      <w:proofErr w:type="spellStart"/>
      <w:r>
        <w:t>pandemi</w:t>
      </w:r>
      <w:proofErr w:type="spellEnd"/>
      <w:r>
        <w:t xml:space="preserve">, </w:t>
      </w:r>
      <w:proofErr w:type="spellStart"/>
      <w:r>
        <w:t>pekerja</w:t>
      </w:r>
      <w:proofErr w:type="spellEnd"/>
      <w:r>
        <w:t xml:space="preserve"> </w:t>
      </w:r>
      <w:proofErr w:type="spellStart"/>
      <w:r>
        <w:t>sosial</w:t>
      </w:r>
      <w:proofErr w:type="spellEnd"/>
      <w:r>
        <w:t xml:space="preserve"> </w:t>
      </w:r>
      <w:proofErr w:type="spellStart"/>
      <w:r>
        <w:t>idealnya</w:t>
      </w:r>
      <w:proofErr w:type="spellEnd"/>
      <w:r>
        <w:t xml:space="preserve"> </w:t>
      </w:r>
      <w:proofErr w:type="spellStart"/>
      <w:r>
        <w:t>mengambil</w:t>
      </w:r>
      <w:proofErr w:type="spellEnd"/>
      <w:r>
        <w:t xml:space="preserve"> </w:t>
      </w:r>
      <w:proofErr w:type="spellStart"/>
      <w:r>
        <w:t>peran</w:t>
      </w:r>
      <w:proofErr w:type="spellEnd"/>
      <w:r>
        <w:t xml:space="preserve"> </w:t>
      </w:r>
      <w:proofErr w:type="spellStart"/>
      <w:r>
        <w:t>sebagai</w:t>
      </w:r>
      <w:proofErr w:type="spellEnd"/>
      <w:r>
        <w:t xml:space="preserve"> </w:t>
      </w:r>
      <w:proofErr w:type="spellStart"/>
      <w:r>
        <w:t>fasilitator</w:t>
      </w:r>
      <w:proofErr w:type="spellEnd"/>
      <w:r>
        <w:t xml:space="preserve"> yang </w:t>
      </w:r>
      <w:proofErr w:type="spellStart"/>
      <w:r>
        <w:t>menjembatani</w:t>
      </w:r>
      <w:proofErr w:type="spellEnd"/>
      <w:r>
        <w:t xml:space="preserve"> </w:t>
      </w:r>
      <w:proofErr w:type="spellStart"/>
      <w:r>
        <w:t>kebutuhan</w:t>
      </w:r>
      <w:proofErr w:type="spellEnd"/>
      <w:r>
        <w:t xml:space="preserve"> </w:t>
      </w:r>
      <w:proofErr w:type="spellStart"/>
      <w:r>
        <w:t>pelaku</w:t>
      </w:r>
      <w:proofErr w:type="spellEnd"/>
      <w:r>
        <w:t xml:space="preserve"> </w:t>
      </w:r>
      <w:proofErr w:type="spellStart"/>
      <w:r>
        <w:t>usaha</w:t>
      </w:r>
      <w:proofErr w:type="spellEnd"/>
      <w:r>
        <w:t xml:space="preserve"> </w:t>
      </w:r>
      <w:proofErr w:type="spellStart"/>
      <w:r>
        <w:t>dengan</w:t>
      </w:r>
      <w:proofErr w:type="spellEnd"/>
      <w:r>
        <w:t xml:space="preserve"> </w:t>
      </w:r>
      <w:proofErr w:type="spellStart"/>
      <w:r>
        <w:t>sumber</w:t>
      </w:r>
      <w:proofErr w:type="spellEnd"/>
      <w:r>
        <w:t xml:space="preserve"> </w:t>
      </w:r>
      <w:proofErr w:type="spellStart"/>
      <w:r>
        <w:t>daya</w:t>
      </w:r>
      <w:proofErr w:type="spellEnd"/>
      <w:r>
        <w:t xml:space="preserve"> yang </w:t>
      </w:r>
      <w:proofErr w:type="spellStart"/>
      <w:r>
        <w:t>tersedia</w:t>
      </w:r>
      <w:proofErr w:type="spellEnd"/>
      <w:r>
        <w:t xml:space="preserve">, motivator yang </w:t>
      </w:r>
      <w:proofErr w:type="spellStart"/>
      <w:r>
        <w:t>mendorong</w:t>
      </w:r>
      <w:proofErr w:type="spellEnd"/>
      <w:r>
        <w:t xml:space="preserve"> </w:t>
      </w:r>
      <w:proofErr w:type="spellStart"/>
      <w:r>
        <w:t>keberanian</w:t>
      </w:r>
      <w:proofErr w:type="spellEnd"/>
      <w:r>
        <w:t xml:space="preserve"> </w:t>
      </w:r>
      <w:proofErr w:type="spellStart"/>
      <w:r>
        <w:t>pelaku</w:t>
      </w:r>
      <w:proofErr w:type="spellEnd"/>
      <w:r>
        <w:t xml:space="preserve"> UMKM </w:t>
      </w:r>
      <w:proofErr w:type="spellStart"/>
      <w:r>
        <w:t>untuk</w:t>
      </w:r>
      <w:proofErr w:type="spellEnd"/>
      <w:r>
        <w:t xml:space="preserve"> </w:t>
      </w:r>
      <w:proofErr w:type="spellStart"/>
      <w:r>
        <w:t>berinovasi</w:t>
      </w:r>
      <w:proofErr w:type="spellEnd"/>
      <w:r>
        <w:t xml:space="preserve">, </w:t>
      </w:r>
      <w:proofErr w:type="spellStart"/>
      <w:r>
        <w:t>serta</w:t>
      </w:r>
      <w:proofErr w:type="spellEnd"/>
      <w:r>
        <w:t xml:space="preserve"> </w:t>
      </w:r>
      <w:proofErr w:type="spellStart"/>
      <w:r>
        <w:t>inovator</w:t>
      </w:r>
      <w:proofErr w:type="spellEnd"/>
      <w:r>
        <w:t xml:space="preserve"> yang </w:t>
      </w:r>
      <w:proofErr w:type="spellStart"/>
      <w:r>
        <w:t>memperkenalkan</w:t>
      </w:r>
      <w:proofErr w:type="spellEnd"/>
      <w:r>
        <w:t xml:space="preserve"> </w:t>
      </w:r>
      <w:proofErr w:type="spellStart"/>
      <w:r>
        <w:t>pendekatan-pendekatan</w:t>
      </w:r>
      <w:proofErr w:type="spellEnd"/>
      <w:r>
        <w:t xml:space="preserve"> </w:t>
      </w:r>
      <w:proofErr w:type="spellStart"/>
      <w:r>
        <w:t>baru</w:t>
      </w:r>
      <w:proofErr w:type="spellEnd"/>
      <w:r>
        <w:t xml:space="preserve"> </w:t>
      </w:r>
      <w:proofErr w:type="spellStart"/>
      <w:r>
        <w:t>dalam</w:t>
      </w:r>
      <w:proofErr w:type="spellEnd"/>
      <w:r>
        <w:t xml:space="preserve"> </w:t>
      </w:r>
      <w:proofErr w:type="spellStart"/>
      <w:r>
        <w:t>pengembangan</w:t>
      </w:r>
      <w:proofErr w:type="spellEnd"/>
      <w:r>
        <w:t xml:space="preserve"> </w:t>
      </w:r>
      <w:proofErr w:type="spellStart"/>
      <w:r>
        <w:t>usaha</w:t>
      </w:r>
      <w:proofErr w:type="spellEnd"/>
      <w:r>
        <w:t xml:space="preserve">. </w:t>
      </w:r>
      <w:proofErr w:type="spellStart"/>
      <w:r>
        <w:t>Ketiga</w:t>
      </w:r>
      <w:proofErr w:type="spellEnd"/>
      <w:r>
        <w:t xml:space="preserve"> </w:t>
      </w:r>
      <w:proofErr w:type="spellStart"/>
      <w:r>
        <w:t>peran</w:t>
      </w:r>
      <w:proofErr w:type="spellEnd"/>
      <w:r>
        <w:t xml:space="preserve"> </w:t>
      </w:r>
      <w:proofErr w:type="spellStart"/>
      <w:r>
        <w:t>tersebut</w:t>
      </w:r>
      <w:proofErr w:type="spellEnd"/>
      <w:r>
        <w:t xml:space="preserve"> pada </w:t>
      </w:r>
      <w:proofErr w:type="spellStart"/>
      <w:r>
        <w:t>dasarnya</w:t>
      </w:r>
      <w:proofErr w:type="spellEnd"/>
      <w:r>
        <w:t xml:space="preserve"> juga </w:t>
      </w:r>
      <w:proofErr w:type="spellStart"/>
      <w:r>
        <w:t>tercermin</w:t>
      </w:r>
      <w:proofErr w:type="spellEnd"/>
      <w:r>
        <w:t xml:space="preserve"> </w:t>
      </w:r>
      <w:proofErr w:type="spellStart"/>
      <w:r>
        <w:t>dalam</w:t>
      </w:r>
      <w:proofErr w:type="spellEnd"/>
      <w:r>
        <w:t xml:space="preserve"> </w:t>
      </w:r>
      <w:proofErr w:type="spellStart"/>
      <w:r>
        <w:t>desain</w:t>
      </w:r>
      <w:proofErr w:type="spellEnd"/>
      <w:r>
        <w:t xml:space="preserve"> program CSR Unilever Indonesia, </w:t>
      </w:r>
      <w:proofErr w:type="spellStart"/>
      <w:r>
        <w:t>meski</w:t>
      </w:r>
      <w:proofErr w:type="spellEnd"/>
      <w:r>
        <w:t xml:space="preserve"> </w:t>
      </w:r>
      <w:proofErr w:type="spellStart"/>
      <w:r>
        <w:t>dijalankan</w:t>
      </w:r>
      <w:proofErr w:type="spellEnd"/>
      <w:r>
        <w:t xml:space="preserve"> oleh </w:t>
      </w:r>
      <w:proofErr w:type="spellStart"/>
      <w:r>
        <w:t>tim</w:t>
      </w:r>
      <w:proofErr w:type="spellEnd"/>
      <w:r>
        <w:t xml:space="preserve"> CSR </w:t>
      </w:r>
      <w:proofErr w:type="spellStart"/>
      <w:r>
        <w:t>korporasi</w:t>
      </w:r>
      <w:proofErr w:type="spellEnd"/>
      <w:r>
        <w:t xml:space="preserve"> </w:t>
      </w:r>
      <w:proofErr w:type="spellStart"/>
      <w:r>
        <w:t>alih-alih</w:t>
      </w:r>
      <w:proofErr w:type="spellEnd"/>
      <w:r>
        <w:t xml:space="preserve"> </w:t>
      </w:r>
      <w:proofErr w:type="spellStart"/>
      <w:r>
        <w:t>pekerja</w:t>
      </w:r>
      <w:proofErr w:type="spellEnd"/>
      <w:r>
        <w:t xml:space="preserve"> </w:t>
      </w:r>
      <w:proofErr w:type="spellStart"/>
      <w:r>
        <w:t>sosial</w:t>
      </w:r>
      <w:proofErr w:type="spellEnd"/>
      <w:r>
        <w:t xml:space="preserve"> </w:t>
      </w:r>
      <w:proofErr w:type="spellStart"/>
      <w:r>
        <w:t>profesional</w:t>
      </w:r>
      <w:proofErr w:type="spellEnd"/>
      <w:r>
        <w:t xml:space="preserve"> </w:t>
      </w:r>
      <w:proofErr w:type="spellStart"/>
      <w:r>
        <w:t>secara</w:t>
      </w:r>
      <w:proofErr w:type="spellEnd"/>
      <w:r>
        <w:t xml:space="preserve"> </w:t>
      </w:r>
      <w:proofErr w:type="spellStart"/>
      <w:r>
        <w:t>langsung</w:t>
      </w:r>
      <w:proofErr w:type="spellEnd"/>
      <w:r>
        <w:t>.</w:t>
      </w:r>
    </w:p>
    <w:p w14:paraId="61A774BC" w14:textId="77777777" w:rsidR="00D77EA0" w:rsidRDefault="00000000" w:rsidP="00F01415">
      <w:pPr>
        <w:spacing w:after="0" w:line="240" w:lineRule="auto"/>
        <w:jc w:val="both"/>
      </w:pPr>
      <w:proofErr w:type="spellStart"/>
      <w:r>
        <w:t>Kesamaan</w:t>
      </w:r>
      <w:proofErr w:type="spellEnd"/>
      <w:r>
        <w:t xml:space="preserve"> </w:t>
      </w:r>
      <w:proofErr w:type="spellStart"/>
      <w:r>
        <w:t>peran</w:t>
      </w:r>
      <w:proofErr w:type="spellEnd"/>
      <w:r>
        <w:t xml:space="preserve"> </w:t>
      </w:r>
      <w:proofErr w:type="spellStart"/>
      <w:r>
        <w:t>ini</w:t>
      </w:r>
      <w:proofErr w:type="spellEnd"/>
      <w:r>
        <w:t xml:space="preserve"> </w:t>
      </w:r>
      <w:proofErr w:type="spellStart"/>
      <w:r>
        <w:t>membuka</w:t>
      </w:r>
      <w:proofErr w:type="spellEnd"/>
      <w:r>
        <w:t xml:space="preserve"> </w:t>
      </w:r>
      <w:proofErr w:type="spellStart"/>
      <w:r>
        <w:t>peluang</w:t>
      </w:r>
      <w:proofErr w:type="spellEnd"/>
      <w:r>
        <w:t xml:space="preserve"> </w:t>
      </w:r>
      <w:proofErr w:type="spellStart"/>
      <w:r>
        <w:t>kolaborasi</w:t>
      </w:r>
      <w:proofErr w:type="spellEnd"/>
      <w:r>
        <w:t xml:space="preserve"> yang </w:t>
      </w:r>
      <w:proofErr w:type="spellStart"/>
      <w:r>
        <w:t>lebih</w:t>
      </w:r>
      <w:proofErr w:type="spellEnd"/>
      <w:r>
        <w:t xml:space="preserve"> </w:t>
      </w:r>
      <w:proofErr w:type="spellStart"/>
      <w:r>
        <w:t>erat</w:t>
      </w:r>
      <w:proofErr w:type="spellEnd"/>
      <w:r>
        <w:t xml:space="preserve"> </w:t>
      </w:r>
      <w:proofErr w:type="spellStart"/>
      <w:r>
        <w:t>antara</w:t>
      </w:r>
      <w:proofErr w:type="spellEnd"/>
      <w:r>
        <w:t xml:space="preserve"> </w:t>
      </w:r>
      <w:proofErr w:type="spellStart"/>
      <w:r>
        <w:t>korporasi</w:t>
      </w:r>
      <w:proofErr w:type="spellEnd"/>
      <w:r>
        <w:t xml:space="preserve"> dan </w:t>
      </w:r>
      <w:proofErr w:type="spellStart"/>
      <w:r>
        <w:t>praktisi</w:t>
      </w:r>
      <w:proofErr w:type="spellEnd"/>
      <w:r>
        <w:t xml:space="preserve"> </w:t>
      </w:r>
      <w:proofErr w:type="spellStart"/>
      <w:r>
        <w:t>pekerjaan</w:t>
      </w:r>
      <w:proofErr w:type="spellEnd"/>
      <w:r>
        <w:t xml:space="preserve"> </w:t>
      </w:r>
      <w:proofErr w:type="spellStart"/>
      <w:r>
        <w:t>sosial</w:t>
      </w:r>
      <w:proofErr w:type="spellEnd"/>
      <w:r>
        <w:t xml:space="preserve"> di masa </w:t>
      </w:r>
      <w:proofErr w:type="spellStart"/>
      <w:r>
        <w:t>mendatang</w:t>
      </w:r>
      <w:proofErr w:type="spellEnd"/>
      <w:r>
        <w:t xml:space="preserve">. </w:t>
      </w:r>
      <w:proofErr w:type="spellStart"/>
      <w:r>
        <w:t>Pekerja</w:t>
      </w:r>
      <w:proofErr w:type="spellEnd"/>
      <w:r>
        <w:t xml:space="preserve"> </w:t>
      </w:r>
      <w:proofErr w:type="spellStart"/>
      <w:r>
        <w:t>sosial</w:t>
      </w:r>
      <w:proofErr w:type="spellEnd"/>
      <w:r>
        <w:t xml:space="preserve">, </w:t>
      </w:r>
      <w:proofErr w:type="spellStart"/>
      <w:r>
        <w:t>dengan</w:t>
      </w:r>
      <w:proofErr w:type="spellEnd"/>
      <w:r>
        <w:t xml:space="preserve"> </w:t>
      </w:r>
      <w:proofErr w:type="spellStart"/>
      <w:r>
        <w:t>keahliannya</w:t>
      </w:r>
      <w:proofErr w:type="spellEnd"/>
      <w:r>
        <w:t xml:space="preserve"> </w:t>
      </w:r>
      <w:proofErr w:type="spellStart"/>
      <w:r>
        <w:t>dalam</w:t>
      </w:r>
      <w:proofErr w:type="spellEnd"/>
      <w:r>
        <w:t xml:space="preserve"> </w:t>
      </w:r>
      <w:proofErr w:type="spellStart"/>
      <w:r>
        <w:t>asesmen</w:t>
      </w:r>
      <w:proofErr w:type="spellEnd"/>
      <w:r>
        <w:t xml:space="preserve"> </w:t>
      </w:r>
      <w:proofErr w:type="spellStart"/>
      <w:r>
        <w:t>kebutuhan</w:t>
      </w:r>
      <w:proofErr w:type="spellEnd"/>
      <w:r>
        <w:t xml:space="preserve"> </w:t>
      </w:r>
      <w:proofErr w:type="spellStart"/>
      <w:r>
        <w:t>komunitas</w:t>
      </w:r>
      <w:proofErr w:type="spellEnd"/>
      <w:r>
        <w:t xml:space="preserve">, </w:t>
      </w:r>
      <w:proofErr w:type="spellStart"/>
      <w:r>
        <w:t>pendampingan</w:t>
      </w:r>
      <w:proofErr w:type="spellEnd"/>
      <w:r>
        <w:t xml:space="preserve"> </w:t>
      </w:r>
      <w:proofErr w:type="spellStart"/>
      <w:r>
        <w:t>psikososial</w:t>
      </w:r>
      <w:proofErr w:type="spellEnd"/>
      <w:r>
        <w:t xml:space="preserve">, </w:t>
      </w:r>
      <w:proofErr w:type="spellStart"/>
      <w:r>
        <w:t>serta</w:t>
      </w:r>
      <w:proofErr w:type="spellEnd"/>
      <w:r>
        <w:t xml:space="preserve"> </w:t>
      </w:r>
      <w:proofErr w:type="spellStart"/>
      <w:r>
        <w:t>penguatan</w:t>
      </w:r>
      <w:proofErr w:type="spellEnd"/>
      <w:r>
        <w:t xml:space="preserve"> </w:t>
      </w:r>
      <w:proofErr w:type="spellStart"/>
      <w:r>
        <w:t>kapasitas</w:t>
      </w:r>
      <w:proofErr w:type="spellEnd"/>
      <w:r>
        <w:t xml:space="preserve"> </w:t>
      </w:r>
      <w:proofErr w:type="spellStart"/>
      <w:r>
        <w:t>kelembagaan</w:t>
      </w:r>
      <w:proofErr w:type="spellEnd"/>
      <w:r>
        <w:t xml:space="preserve"> </w:t>
      </w:r>
      <w:proofErr w:type="spellStart"/>
      <w:r>
        <w:t>lokal</w:t>
      </w:r>
      <w:proofErr w:type="spellEnd"/>
      <w:r>
        <w:t xml:space="preserve">, </w:t>
      </w:r>
      <w:proofErr w:type="spellStart"/>
      <w:r>
        <w:t>dapat</w:t>
      </w:r>
      <w:proofErr w:type="spellEnd"/>
      <w:r>
        <w:t xml:space="preserve"> </w:t>
      </w:r>
      <w:proofErr w:type="spellStart"/>
      <w:r>
        <w:t>dilibatkan</w:t>
      </w:r>
      <w:proofErr w:type="spellEnd"/>
      <w:r>
        <w:t xml:space="preserve"> </w:t>
      </w:r>
      <w:proofErr w:type="spellStart"/>
      <w:r>
        <w:t>sebagai</w:t>
      </w:r>
      <w:proofErr w:type="spellEnd"/>
      <w:r>
        <w:t xml:space="preserve"> </w:t>
      </w:r>
      <w:proofErr w:type="spellStart"/>
      <w:r>
        <w:t>mitra</w:t>
      </w:r>
      <w:proofErr w:type="spellEnd"/>
      <w:r>
        <w:t xml:space="preserve"> </w:t>
      </w:r>
      <w:proofErr w:type="spellStart"/>
      <w:r>
        <w:t>strategis</w:t>
      </w:r>
      <w:proofErr w:type="spellEnd"/>
      <w:r>
        <w:t xml:space="preserve"> </w:t>
      </w:r>
      <w:proofErr w:type="spellStart"/>
      <w:r>
        <w:t>perusahaan</w:t>
      </w:r>
      <w:proofErr w:type="spellEnd"/>
      <w:r>
        <w:t xml:space="preserve"> </w:t>
      </w:r>
      <w:proofErr w:type="spellStart"/>
      <w:r>
        <w:t>dalam</w:t>
      </w:r>
      <w:proofErr w:type="spellEnd"/>
      <w:r>
        <w:t xml:space="preserve"> </w:t>
      </w:r>
      <w:proofErr w:type="spellStart"/>
      <w:r>
        <w:t>merancang</w:t>
      </w:r>
      <w:proofErr w:type="spellEnd"/>
      <w:r>
        <w:t xml:space="preserve"> </w:t>
      </w:r>
      <w:proofErr w:type="spellStart"/>
      <w:r>
        <w:t>maupun</w:t>
      </w:r>
      <w:proofErr w:type="spellEnd"/>
      <w:r>
        <w:t xml:space="preserve"> </w:t>
      </w:r>
      <w:proofErr w:type="spellStart"/>
      <w:r>
        <w:t>mengevaluasi</w:t>
      </w:r>
      <w:proofErr w:type="spellEnd"/>
      <w:r>
        <w:t xml:space="preserve"> program CSR </w:t>
      </w:r>
      <w:proofErr w:type="spellStart"/>
      <w:r>
        <w:t>berbasis</w:t>
      </w:r>
      <w:proofErr w:type="spellEnd"/>
      <w:r>
        <w:t xml:space="preserve"> UMKM -- </w:t>
      </w:r>
      <w:proofErr w:type="spellStart"/>
      <w:r>
        <w:t>bukan</w:t>
      </w:r>
      <w:proofErr w:type="spellEnd"/>
      <w:r>
        <w:t xml:space="preserve"> </w:t>
      </w:r>
      <w:proofErr w:type="spellStart"/>
      <w:r>
        <w:t>sekadar</w:t>
      </w:r>
      <w:proofErr w:type="spellEnd"/>
      <w:r>
        <w:t xml:space="preserve"> </w:t>
      </w:r>
      <w:proofErr w:type="spellStart"/>
      <w:r>
        <w:t>sebagai</w:t>
      </w:r>
      <w:proofErr w:type="spellEnd"/>
      <w:r>
        <w:t xml:space="preserve"> </w:t>
      </w:r>
      <w:proofErr w:type="spellStart"/>
      <w:r>
        <w:t>pelaksana</w:t>
      </w:r>
      <w:proofErr w:type="spellEnd"/>
      <w:r>
        <w:t xml:space="preserve"> di </w:t>
      </w:r>
      <w:proofErr w:type="spellStart"/>
      <w:r>
        <w:t>lapangan</w:t>
      </w:r>
      <w:proofErr w:type="spellEnd"/>
      <w:r>
        <w:t xml:space="preserve">, </w:t>
      </w:r>
      <w:proofErr w:type="spellStart"/>
      <w:r>
        <w:t>melainkan</w:t>
      </w:r>
      <w:proofErr w:type="spellEnd"/>
      <w:r>
        <w:t xml:space="preserve"> </w:t>
      </w:r>
      <w:proofErr w:type="spellStart"/>
      <w:r>
        <w:t>sebagai</w:t>
      </w:r>
      <w:proofErr w:type="spellEnd"/>
      <w:r>
        <w:t xml:space="preserve"> </w:t>
      </w:r>
      <w:proofErr w:type="spellStart"/>
      <w:r>
        <w:t>perancang</w:t>
      </w:r>
      <w:proofErr w:type="spellEnd"/>
      <w:r>
        <w:t xml:space="preserve"> </w:t>
      </w:r>
      <w:proofErr w:type="spellStart"/>
      <w:r>
        <w:t>kebijakan</w:t>
      </w:r>
      <w:proofErr w:type="spellEnd"/>
      <w:r>
        <w:t xml:space="preserve"> program yang </w:t>
      </w:r>
      <w:proofErr w:type="spellStart"/>
      <w:r>
        <w:t>memastikan</w:t>
      </w:r>
      <w:proofErr w:type="spellEnd"/>
      <w:r>
        <w:t xml:space="preserve"> </w:t>
      </w:r>
      <w:proofErr w:type="spellStart"/>
      <w:r>
        <w:t>intervensi</w:t>
      </w:r>
      <w:proofErr w:type="spellEnd"/>
      <w:r>
        <w:t xml:space="preserve"> </w:t>
      </w:r>
      <w:proofErr w:type="spellStart"/>
      <w:r>
        <w:t>benar-benar</w:t>
      </w:r>
      <w:proofErr w:type="spellEnd"/>
      <w:r>
        <w:t xml:space="preserve"> </w:t>
      </w:r>
      <w:proofErr w:type="spellStart"/>
      <w:r>
        <w:t>menjawab</w:t>
      </w:r>
      <w:proofErr w:type="spellEnd"/>
      <w:r>
        <w:t xml:space="preserve"> </w:t>
      </w:r>
      <w:proofErr w:type="spellStart"/>
      <w:r>
        <w:t>kebutuhan</w:t>
      </w:r>
      <w:proofErr w:type="spellEnd"/>
      <w:r>
        <w:t xml:space="preserve"> </w:t>
      </w:r>
      <w:proofErr w:type="spellStart"/>
      <w:r>
        <w:t>riil</w:t>
      </w:r>
      <w:proofErr w:type="spellEnd"/>
      <w:r>
        <w:t xml:space="preserve"> </w:t>
      </w:r>
      <w:proofErr w:type="spellStart"/>
      <w:r>
        <w:t>komunitas</w:t>
      </w:r>
      <w:proofErr w:type="spellEnd"/>
      <w:r>
        <w:t xml:space="preserve"> </w:t>
      </w:r>
      <w:proofErr w:type="spellStart"/>
      <w:r>
        <w:t>penerima</w:t>
      </w:r>
      <w:proofErr w:type="spellEnd"/>
      <w:r>
        <w:t xml:space="preserve"> </w:t>
      </w:r>
      <w:proofErr w:type="spellStart"/>
      <w:r>
        <w:t>manfaat</w:t>
      </w:r>
      <w:proofErr w:type="spellEnd"/>
      <w:r>
        <w:t xml:space="preserve">, </w:t>
      </w:r>
      <w:proofErr w:type="spellStart"/>
      <w:r>
        <w:t>sekaligus</w:t>
      </w:r>
      <w:proofErr w:type="spellEnd"/>
      <w:r>
        <w:t xml:space="preserve"> </w:t>
      </w:r>
      <w:proofErr w:type="spellStart"/>
      <w:r>
        <w:t>terukur</w:t>
      </w:r>
      <w:proofErr w:type="spellEnd"/>
      <w:r>
        <w:t xml:space="preserve"> </w:t>
      </w:r>
      <w:proofErr w:type="spellStart"/>
      <w:r>
        <w:t>dampaknya</w:t>
      </w:r>
      <w:proofErr w:type="spellEnd"/>
      <w:r>
        <w:t xml:space="preserve"> </w:t>
      </w:r>
      <w:proofErr w:type="spellStart"/>
      <w:r>
        <w:t>secara</w:t>
      </w:r>
      <w:proofErr w:type="spellEnd"/>
      <w:r>
        <w:t xml:space="preserve"> </w:t>
      </w:r>
      <w:proofErr w:type="spellStart"/>
      <w:r>
        <w:t>sistematis</w:t>
      </w:r>
      <w:proofErr w:type="spellEnd"/>
      <w:r>
        <w:t xml:space="preserve"> </w:t>
      </w:r>
      <w:proofErr w:type="spellStart"/>
      <w:r>
        <w:t>dari</w:t>
      </w:r>
      <w:proofErr w:type="spellEnd"/>
      <w:r>
        <w:t xml:space="preserve"> </w:t>
      </w:r>
      <w:proofErr w:type="spellStart"/>
      <w:r>
        <w:t>waktu</w:t>
      </w:r>
      <w:proofErr w:type="spellEnd"/>
      <w:r>
        <w:t xml:space="preserve"> </w:t>
      </w:r>
      <w:proofErr w:type="spellStart"/>
      <w:r>
        <w:t>ke</w:t>
      </w:r>
      <w:proofErr w:type="spellEnd"/>
      <w:r>
        <w:t xml:space="preserve"> </w:t>
      </w:r>
      <w:proofErr w:type="spellStart"/>
      <w:r>
        <w:t>waktu</w:t>
      </w:r>
      <w:proofErr w:type="spellEnd"/>
      <w:r>
        <w:t>.</w:t>
      </w:r>
    </w:p>
    <w:p w14:paraId="6ECB7913" w14:textId="77777777" w:rsidR="00F01415" w:rsidRDefault="00F01415" w:rsidP="00F01415">
      <w:pPr>
        <w:spacing w:after="0" w:line="240" w:lineRule="auto"/>
        <w:jc w:val="both"/>
      </w:pPr>
    </w:p>
    <w:p w14:paraId="703648C7" w14:textId="77777777" w:rsidR="00D77EA0" w:rsidRDefault="00000000" w:rsidP="00F01415">
      <w:pPr>
        <w:spacing w:after="0" w:line="240" w:lineRule="auto"/>
      </w:pPr>
      <w:r>
        <w:rPr>
          <w:b/>
        </w:rPr>
        <w:t>SIMPULAN</w:t>
      </w:r>
    </w:p>
    <w:p w14:paraId="6D92FD7D" w14:textId="77777777" w:rsidR="00D77EA0" w:rsidRDefault="00000000" w:rsidP="00F01415">
      <w:pPr>
        <w:spacing w:after="0" w:line="240" w:lineRule="auto"/>
        <w:jc w:val="both"/>
      </w:pPr>
      <w:r>
        <w:t xml:space="preserve">Strategi Corporate Social Responsibility PT Unilever Indonesia </w:t>
      </w:r>
      <w:proofErr w:type="spellStart"/>
      <w:r>
        <w:t>dalam</w:t>
      </w:r>
      <w:proofErr w:type="spellEnd"/>
      <w:r>
        <w:t xml:space="preserve"> </w:t>
      </w:r>
      <w:proofErr w:type="spellStart"/>
      <w:r>
        <w:t>mendukung</w:t>
      </w:r>
      <w:proofErr w:type="spellEnd"/>
      <w:r>
        <w:t xml:space="preserve"> UMKM </w:t>
      </w:r>
      <w:proofErr w:type="spellStart"/>
      <w:r>
        <w:t>masyarakat</w:t>
      </w:r>
      <w:proofErr w:type="spellEnd"/>
      <w:r>
        <w:t xml:space="preserve"> </w:t>
      </w:r>
      <w:proofErr w:type="spellStart"/>
      <w:r>
        <w:t>lokal</w:t>
      </w:r>
      <w:proofErr w:type="spellEnd"/>
      <w:r>
        <w:t xml:space="preserve"> </w:t>
      </w:r>
      <w:proofErr w:type="spellStart"/>
      <w:r>
        <w:t>menunjukkan</w:t>
      </w:r>
      <w:proofErr w:type="spellEnd"/>
      <w:r>
        <w:t xml:space="preserve"> </w:t>
      </w:r>
      <w:proofErr w:type="spellStart"/>
      <w:r>
        <w:t>penerapan</w:t>
      </w:r>
      <w:proofErr w:type="spellEnd"/>
      <w:r>
        <w:t xml:space="preserve"> </w:t>
      </w:r>
      <w:proofErr w:type="spellStart"/>
      <w:r>
        <w:t>kerangka</w:t>
      </w:r>
      <w:proofErr w:type="spellEnd"/>
      <w:r>
        <w:t xml:space="preserve"> Triple Bottom Line </w:t>
      </w:r>
      <w:proofErr w:type="spellStart"/>
      <w:r>
        <w:t>secara</w:t>
      </w:r>
      <w:proofErr w:type="spellEnd"/>
      <w:r>
        <w:t xml:space="preserve"> </w:t>
      </w:r>
      <w:proofErr w:type="spellStart"/>
      <w:r>
        <w:t>terintegrasi</w:t>
      </w:r>
      <w:proofErr w:type="spellEnd"/>
      <w:r>
        <w:t xml:space="preserve"> -- </w:t>
      </w:r>
      <w:proofErr w:type="spellStart"/>
      <w:r>
        <w:t>memadukan</w:t>
      </w:r>
      <w:proofErr w:type="spellEnd"/>
      <w:r>
        <w:t xml:space="preserve"> </w:t>
      </w:r>
      <w:proofErr w:type="spellStart"/>
      <w:r>
        <w:t>dimensi</w:t>
      </w:r>
      <w:proofErr w:type="spellEnd"/>
      <w:r>
        <w:t xml:space="preserve"> </w:t>
      </w:r>
      <w:proofErr w:type="spellStart"/>
      <w:r>
        <w:t>ekonomi</w:t>
      </w:r>
      <w:proofErr w:type="spellEnd"/>
      <w:r>
        <w:t xml:space="preserve"> (profit), </w:t>
      </w:r>
      <w:proofErr w:type="spellStart"/>
      <w:r>
        <w:t>sosial</w:t>
      </w:r>
      <w:proofErr w:type="spellEnd"/>
      <w:r>
        <w:t xml:space="preserve"> (people), dan </w:t>
      </w:r>
      <w:proofErr w:type="spellStart"/>
      <w:r>
        <w:t>lingkungan</w:t>
      </w:r>
      <w:proofErr w:type="spellEnd"/>
      <w:r>
        <w:t xml:space="preserve"> (planet) </w:t>
      </w:r>
      <w:proofErr w:type="spellStart"/>
      <w:r>
        <w:t>dalam</w:t>
      </w:r>
      <w:proofErr w:type="spellEnd"/>
      <w:r>
        <w:t xml:space="preserve"> </w:t>
      </w:r>
      <w:proofErr w:type="spellStart"/>
      <w:r>
        <w:t>satu</w:t>
      </w:r>
      <w:proofErr w:type="spellEnd"/>
      <w:r>
        <w:t xml:space="preserve"> </w:t>
      </w:r>
      <w:proofErr w:type="spellStart"/>
      <w:r>
        <w:t>rangkaian</w:t>
      </w:r>
      <w:proofErr w:type="spellEnd"/>
      <w:r>
        <w:t xml:space="preserve"> program yang </w:t>
      </w:r>
      <w:proofErr w:type="spellStart"/>
      <w:r>
        <w:t>saling</w:t>
      </w:r>
      <w:proofErr w:type="spellEnd"/>
      <w:r>
        <w:t xml:space="preserve"> </w:t>
      </w:r>
      <w:proofErr w:type="spellStart"/>
      <w:r>
        <w:t>melengkapi</w:t>
      </w:r>
      <w:proofErr w:type="spellEnd"/>
      <w:r>
        <w:t xml:space="preserve">, </w:t>
      </w:r>
      <w:proofErr w:type="spellStart"/>
      <w:r>
        <w:t>mulai</w:t>
      </w:r>
      <w:proofErr w:type="spellEnd"/>
      <w:r>
        <w:t xml:space="preserve"> </w:t>
      </w:r>
      <w:proofErr w:type="spellStart"/>
      <w:r>
        <w:t>dari</w:t>
      </w:r>
      <w:proofErr w:type="spellEnd"/>
      <w:r>
        <w:t xml:space="preserve"> </w:t>
      </w:r>
      <w:proofErr w:type="spellStart"/>
      <w:r>
        <w:t>bantuan</w:t>
      </w:r>
      <w:proofErr w:type="spellEnd"/>
      <w:r>
        <w:t xml:space="preserve"> dana </w:t>
      </w:r>
      <w:proofErr w:type="spellStart"/>
      <w:r>
        <w:t>langsung</w:t>
      </w:r>
      <w:proofErr w:type="spellEnd"/>
      <w:r>
        <w:t xml:space="preserve">, </w:t>
      </w:r>
      <w:proofErr w:type="spellStart"/>
      <w:r>
        <w:t>digitalisasi</w:t>
      </w:r>
      <w:proofErr w:type="spellEnd"/>
      <w:r>
        <w:t xml:space="preserve"> </w:t>
      </w:r>
      <w:proofErr w:type="spellStart"/>
      <w:r>
        <w:t>rantai</w:t>
      </w:r>
      <w:proofErr w:type="spellEnd"/>
      <w:r>
        <w:t xml:space="preserve"> </w:t>
      </w:r>
      <w:proofErr w:type="spellStart"/>
      <w:r>
        <w:t>pasok</w:t>
      </w:r>
      <w:proofErr w:type="spellEnd"/>
      <w:r>
        <w:t xml:space="preserve"> </w:t>
      </w:r>
      <w:proofErr w:type="spellStart"/>
      <w:r>
        <w:t>melalui</w:t>
      </w:r>
      <w:proofErr w:type="spellEnd"/>
      <w:r>
        <w:t xml:space="preserve"> </w:t>
      </w:r>
      <w:proofErr w:type="spellStart"/>
      <w:r>
        <w:t>aplikasi</w:t>
      </w:r>
      <w:proofErr w:type="spellEnd"/>
      <w:r>
        <w:t xml:space="preserve"> </w:t>
      </w:r>
      <w:proofErr w:type="spellStart"/>
      <w:r>
        <w:t>Sahabat</w:t>
      </w:r>
      <w:proofErr w:type="spellEnd"/>
      <w:r>
        <w:t xml:space="preserve"> </w:t>
      </w:r>
      <w:proofErr w:type="spellStart"/>
      <w:r>
        <w:t>Warung</w:t>
      </w:r>
      <w:proofErr w:type="spellEnd"/>
      <w:r>
        <w:t xml:space="preserve">, </w:t>
      </w:r>
      <w:proofErr w:type="spellStart"/>
      <w:r>
        <w:t>hingga</w:t>
      </w:r>
      <w:proofErr w:type="spellEnd"/>
      <w:r>
        <w:t xml:space="preserve"> </w:t>
      </w:r>
      <w:proofErr w:type="spellStart"/>
      <w:r>
        <w:t>investasi</w:t>
      </w:r>
      <w:proofErr w:type="spellEnd"/>
      <w:r>
        <w:t xml:space="preserve"> </w:t>
      </w:r>
      <w:proofErr w:type="spellStart"/>
      <w:r>
        <w:t>infrastruktur</w:t>
      </w:r>
      <w:proofErr w:type="spellEnd"/>
      <w:r>
        <w:t xml:space="preserve"> </w:t>
      </w:r>
      <w:proofErr w:type="spellStart"/>
      <w:r>
        <w:t>kawasan</w:t>
      </w:r>
      <w:proofErr w:type="spellEnd"/>
      <w:r>
        <w:t xml:space="preserve"> </w:t>
      </w:r>
      <w:proofErr w:type="spellStart"/>
      <w:r>
        <w:t>ekonomi</w:t>
      </w:r>
      <w:proofErr w:type="spellEnd"/>
      <w:r>
        <w:t xml:space="preserve">. Pola </w:t>
      </w:r>
      <w:proofErr w:type="spellStart"/>
      <w:r>
        <w:t>ini</w:t>
      </w:r>
      <w:proofErr w:type="spellEnd"/>
      <w:r>
        <w:t xml:space="preserve"> </w:t>
      </w:r>
      <w:proofErr w:type="spellStart"/>
      <w:r>
        <w:t>mengindikasikan</w:t>
      </w:r>
      <w:proofErr w:type="spellEnd"/>
      <w:r>
        <w:t xml:space="preserve"> </w:t>
      </w:r>
      <w:proofErr w:type="spellStart"/>
      <w:r>
        <w:t>pergeseran</w:t>
      </w:r>
      <w:proofErr w:type="spellEnd"/>
      <w:r>
        <w:t xml:space="preserve"> </w:t>
      </w:r>
      <w:proofErr w:type="spellStart"/>
      <w:r>
        <w:t>orientasi</w:t>
      </w:r>
      <w:proofErr w:type="spellEnd"/>
      <w:r>
        <w:t xml:space="preserve"> CSR </w:t>
      </w:r>
      <w:proofErr w:type="spellStart"/>
      <w:r>
        <w:t>dari</w:t>
      </w:r>
      <w:proofErr w:type="spellEnd"/>
      <w:r>
        <w:t xml:space="preserve"> </w:t>
      </w:r>
      <w:proofErr w:type="spellStart"/>
      <w:r>
        <w:t>sekadar</w:t>
      </w:r>
      <w:proofErr w:type="spellEnd"/>
      <w:r>
        <w:t xml:space="preserve"> </w:t>
      </w:r>
      <w:proofErr w:type="spellStart"/>
      <w:r>
        <w:t>bantuan</w:t>
      </w:r>
      <w:proofErr w:type="spellEnd"/>
      <w:r>
        <w:t xml:space="preserve"> </w:t>
      </w:r>
      <w:proofErr w:type="spellStart"/>
      <w:r>
        <w:t>karitatif</w:t>
      </w:r>
      <w:proofErr w:type="spellEnd"/>
      <w:r>
        <w:t xml:space="preserve"> </w:t>
      </w:r>
      <w:proofErr w:type="spellStart"/>
      <w:r>
        <w:t>menuju</w:t>
      </w:r>
      <w:proofErr w:type="spellEnd"/>
      <w:r>
        <w:t xml:space="preserve"> </w:t>
      </w:r>
      <w:proofErr w:type="spellStart"/>
      <w:r>
        <w:t>pemberdayaan</w:t>
      </w:r>
      <w:proofErr w:type="spellEnd"/>
      <w:r>
        <w:t xml:space="preserve"> yang </w:t>
      </w:r>
      <w:proofErr w:type="spellStart"/>
      <w:r>
        <w:t>membangun</w:t>
      </w:r>
      <w:proofErr w:type="spellEnd"/>
      <w:r>
        <w:t xml:space="preserve"> </w:t>
      </w:r>
      <w:proofErr w:type="spellStart"/>
      <w:r>
        <w:t>kapasitas</w:t>
      </w:r>
      <w:proofErr w:type="spellEnd"/>
      <w:r>
        <w:t xml:space="preserve"> dan </w:t>
      </w:r>
      <w:proofErr w:type="spellStart"/>
      <w:r>
        <w:t>kemandirian</w:t>
      </w:r>
      <w:proofErr w:type="spellEnd"/>
      <w:r>
        <w:t xml:space="preserve"> </w:t>
      </w:r>
      <w:proofErr w:type="spellStart"/>
      <w:r>
        <w:t>ekonomi</w:t>
      </w:r>
      <w:proofErr w:type="spellEnd"/>
      <w:r>
        <w:t xml:space="preserve"> UMKM </w:t>
      </w:r>
      <w:proofErr w:type="spellStart"/>
      <w:r>
        <w:t>secara</w:t>
      </w:r>
      <w:proofErr w:type="spellEnd"/>
      <w:r>
        <w:t xml:space="preserve"> </w:t>
      </w:r>
      <w:proofErr w:type="spellStart"/>
      <w:r>
        <w:t>berkelanjutan</w:t>
      </w:r>
      <w:proofErr w:type="spellEnd"/>
      <w:r>
        <w:t xml:space="preserve">. </w:t>
      </w:r>
      <w:proofErr w:type="spellStart"/>
      <w:r>
        <w:t>Temuan</w:t>
      </w:r>
      <w:proofErr w:type="spellEnd"/>
      <w:r>
        <w:t xml:space="preserve"> </w:t>
      </w:r>
      <w:proofErr w:type="spellStart"/>
      <w:r>
        <w:t>ini</w:t>
      </w:r>
      <w:proofErr w:type="spellEnd"/>
      <w:r>
        <w:t xml:space="preserve"> juga </w:t>
      </w:r>
      <w:proofErr w:type="spellStart"/>
      <w:r>
        <w:t>menegaskan</w:t>
      </w:r>
      <w:proofErr w:type="spellEnd"/>
      <w:r>
        <w:t xml:space="preserve"> </w:t>
      </w:r>
      <w:proofErr w:type="spellStart"/>
      <w:r>
        <w:t>bahwa</w:t>
      </w:r>
      <w:proofErr w:type="spellEnd"/>
      <w:r>
        <w:t xml:space="preserve"> </w:t>
      </w:r>
      <w:proofErr w:type="spellStart"/>
      <w:r>
        <w:t>efektivitas</w:t>
      </w:r>
      <w:proofErr w:type="spellEnd"/>
      <w:r>
        <w:t xml:space="preserve"> program CSR </w:t>
      </w:r>
      <w:proofErr w:type="spellStart"/>
      <w:r>
        <w:t>berskala</w:t>
      </w:r>
      <w:proofErr w:type="spellEnd"/>
      <w:r>
        <w:t xml:space="preserve"> </w:t>
      </w:r>
      <w:proofErr w:type="spellStart"/>
      <w:r>
        <w:t>nasional</w:t>
      </w:r>
      <w:proofErr w:type="spellEnd"/>
      <w:r>
        <w:t xml:space="preserve"> sangat </w:t>
      </w:r>
      <w:proofErr w:type="spellStart"/>
      <w:r>
        <w:t>bergantung</w:t>
      </w:r>
      <w:proofErr w:type="spellEnd"/>
      <w:r>
        <w:t xml:space="preserve"> pada </w:t>
      </w:r>
      <w:proofErr w:type="spellStart"/>
      <w:r>
        <w:t>kemampuan</w:t>
      </w:r>
      <w:proofErr w:type="spellEnd"/>
      <w:r>
        <w:t xml:space="preserve"> </w:t>
      </w:r>
      <w:proofErr w:type="spellStart"/>
      <w:r>
        <w:t>perusahaan</w:t>
      </w:r>
      <w:proofErr w:type="spellEnd"/>
      <w:r>
        <w:t xml:space="preserve"> </w:t>
      </w:r>
      <w:proofErr w:type="spellStart"/>
      <w:r>
        <w:t>merancang</w:t>
      </w:r>
      <w:proofErr w:type="spellEnd"/>
      <w:r>
        <w:t xml:space="preserve"> </w:t>
      </w:r>
      <w:proofErr w:type="spellStart"/>
      <w:r>
        <w:t>tahapan</w:t>
      </w:r>
      <w:proofErr w:type="spellEnd"/>
      <w:r>
        <w:t xml:space="preserve"> </w:t>
      </w:r>
      <w:proofErr w:type="spellStart"/>
      <w:r>
        <w:t>intervensi</w:t>
      </w:r>
      <w:proofErr w:type="spellEnd"/>
      <w:r>
        <w:t xml:space="preserve"> yang </w:t>
      </w:r>
      <w:proofErr w:type="spellStart"/>
      <w:r>
        <w:t>berjenjang</w:t>
      </w:r>
      <w:proofErr w:type="spellEnd"/>
      <w:r>
        <w:t xml:space="preserve"> -- </w:t>
      </w:r>
      <w:proofErr w:type="spellStart"/>
      <w:r>
        <w:t>dari</w:t>
      </w:r>
      <w:proofErr w:type="spellEnd"/>
      <w:r>
        <w:t xml:space="preserve"> </w:t>
      </w:r>
      <w:proofErr w:type="spellStart"/>
      <w:r>
        <w:t>respons</w:t>
      </w:r>
      <w:proofErr w:type="spellEnd"/>
      <w:r>
        <w:t xml:space="preserve"> </w:t>
      </w:r>
      <w:proofErr w:type="spellStart"/>
      <w:r>
        <w:t>darurat</w:t>
      </w:r>
      <w:proofErr w:type="spellEnd"/>
      <w:r>
        <w:t xml:space="preserve"> </w:t>
      </w:r>
      <w:proofErr w:type="spellStart"/>
      <w:r>
        <w:t>jangka</w:t>
      </w:r>
      <w:proofErr w:type="spellEnd"/>
      <w:r>
        <w:t xml:space="preserve"> </w:t>
      </w:r>
      <w:proofErr w:type="spellStart"/>
      <w:r>
        <w:t>pendek</w:t>
      </w:r>
      <w:proofErr w:type="spellEnd"/>
      <w:r>
        <w:t xml:space="preserve"> </w:t>
      </w:r>
      <w:proofErr w:type="spellStart"/>
      <w:r>
        <w:t>hingga</w:t>
      </w:r>
      <w:proofErr w:type="spellEnd"/>
      <w:r>
        <w:t xml:space="preserve"> </w:t>
      </w:r>
      <w:proofErr w:type="spellStart"/>
      <w:r>
        <w:t>investasi</w:t>
      </w:r>
      <w:proofErr w:type="spellEnd"/>
      <w:r>
        <w:t xml:space="preserve"> </w:t>
      </w:r>
      <w:proofErr w:type="spellStart"/>
      <w:r>
        <w:t>struktural</w:t>
      </w:r>
      <w:proofErr w:type="spellEnd"/>
      <w:r>
        <w:t xml:space="preserve"> </w:t>
      </w:r>
      <w:proofErr w:type="spellStart"/>
      <w:r>
        <w:t>jangka</w:t>
      </w:r>
      <w:proofErr w:type="spellEnd"/>
      <w:r>
        <w:t xml:space="preserve"> </w:t>
      </w:r>
      <w:proofErr w:type="spellStart"/>
      <w:r>
        <w:t>panjang</w:t>
      </w:r>
      <w:proofErr w:type="spellEnd"/>
      <w:r>
        <w:t xml:space="preserve"> -- </w:t>
      </w:r>
      <w:proofErr w:type="spellStart"/>
      <w:r>
        <w:t>alih-alih</w:t>
      </w:r>
      <w:proofErr w:type="spellEnd"/>
      <w:r>
        <w:t xml:space="preserve"> </w:t>
      </w:r>
      <w:proofErr w:type="spellStart"/>
      <w:r>
        <w:t>hanya</w:t>
      </w:r>
      <w:proofErr w:type="spellEnd"/>
      <w:r>
        <w:t xml:space="preserve"> </w:t>
      </w:r>
      <w:proofErr w:type="spellStart"/>
      <w:r>
        <w:t>mengandalkan</w:t>
      </w:r>
      <w:proofErr w:type="spellEnd"/>
      <w:r>
        <w:t xml:space="preserve"> </w:t>
      </w:r>
      <w:proofErr w:type="spellStart"/>
      <w:r>
        <w:t>satu</w:t>
      </w:r>
      <w:proofErr w:type="spellEnd"/>
      <w:r>
        <w:t xml:space="preserve"> </w:t>
      </w:r>
      <w:proofErr w:type="spellStart"/>
      <w:r>
        <w:t>bentuk</w:t>
      </w:r>
      <w:proofErr w:type="spellEnd"/>
      <w:r>
        <w:t xml:space="preserve"> </w:t>
      </w:r>
      <w:proofErr w:type="spellStart"/>
      <w:r>
        <w:t>bantuan</w:t>
      </w:r>
      <w:proofErr w:type="spellEnd"/>
      <w:r>
        <w:t xml:space="preserve"> </w:t>
      </w:r>
      <w:proofErr w:type="spellStart"/>
      <w:r>
        <w:t>tunggal</w:t>
      </w:r>
      <w:proofErr w:type="spellEnd"/>
      <w:r>
        <w:t xml:space="preserve"> yang </w:t>
      </w:r>
      <w:proofErr w:type="spellStart"/>
      <w:r>
        <w:t>bersifat</w:t>
      </w:r>
      <w:proofErr w:type="spellEnd"/>
      <w:r>
        <w:t xml:space="preserve"> </w:t>
      </w:r>
      <w:proofErr w:type="spellStart"/>
      <w:r>
        <w:t>sesaat</w:t>
      </w:r>
      <w:proofErr w:type="spellEnd"/>
      <w:r>
        <w:t>.</w:t>
      </w:r>
    </w:p>
    <w:p w14:paraId="3B13A6B6" w14:textId="77777777" w:rsidR="00D77EA0" w:rsidRDefault="00000000" w:rsidP="00F01415">
      <w:pPr>
        <w:spacing w:after="0" w:line="240" w:lineRule="auto"/>
        <w:jc w:val="both"/>
      </w:pPr>
      <w:proofErr w:type="spellStart"/>
      <w:r>
        <w:t>Implikasinya</w:t>
      </w:r>
      <w:proofErr w:type="spellEnd"/>
      <w:r>
        <w:t xml:space="preserve">, </w:t>
      </w:r>
      <w:proofErr w:type="spellStart"/>
      <w:r>
        <w:t>perusahaan</w:t>
      </w:r>
      <w:proofErr w:type="spellEnd"/>
      <w:r>
        <w:t xml:space="preserve"> </w:t>
      </w:r>
      <w:proofErr w:type="spellStart"/>
      <w:r>
        <w:t>multinasional</w:t>
      </w:r>
      <w:proofErr w:type="spellEnd"/>
      <w:r>
        <w:t xml:space="preserve"> lain yang </w:t>
      </w:r>
      <w:proofErr w:type="spellStart"/>
      <w:r>
        <w:t>hendak</w:t>
      </w:r>
      <w:proofErr w:type="spellEnd"/>
      <w:r>
        <w:t xml:space="preserve"> </w:t>
      </w:r>
      <w:proofErr w:type="spellStart"/>
      <w:r>
        <w:t>merancang</w:t>
      </w:r>
      <w:proofErr w:type="spellEnd"/>
      <w:r>
        <w:t xml:space="preserve"> program CSR </w:t>
      </w:r>
      <w:proofErr w:type="spellStart"/>
      <w:r>
        <w:t>berbasis</w:t>
      </w:r>
      <w:proofErr w:type="spellEnd"/>
      <w:r>
        <w:t xml:space="preserve"> UMKM </w:t>
      </w:r>
      <w:proofErr w:type="spellStart"/>
      <w:r>
        <w:t>perlu</w:t>
      </w:r>
      <w:proofErr w:type="spellEnd"/>
      <w:r>
        <w:t xml:space="preserve"> </w:t>
      </w:r>
      <w:proofErr w:type="spellStart"/>
      <w:r>
        <w:t>memastikan</w:t>
      </w:r>
      <w:proofErr w:type="spellEnd"/>
      <w:r>
        <w:t xml:space="preserve"> </w:t>
      </w:r>
      <w:proofErr w:type="spellStart"/>
      <w:r>
        <w:t>keterpaduan</w:t>
      </w:r>
      <w:proofErr w:type="spellEnd"/>
      <w:r>
        <w:t xml:space="preserve"> </w:t>
      </w:r>
      <w:proofErr w:type="spellStart"/>
      <w:r>
        <w:t>antara</w:t>
      </w:r>
      <w:proofErr w:type="spellEnd"/>
      <w:r>
        <w:t xml:space="preserve"> </w:t>
      </w:r>
      <w:proofErr w:type="spellStart"/>
      <w:r>
        <w:t>bantuan</w:t>
      </w:r>
      <w:proofErr w:type="spellEnd"/>
      <w:r>
        <w:t xml:space="preserve"> </w:t>
      </w:r>
      <w:proofErr w:type="spellStart"/>
      <w:r>
        <w:t>finansial</w:t>
      </w:r>
      <w:proofErr w:type="spellEnd"/>
      <w:r>
        <w:t xml:space="preserve"> </w:t>
      </w:r>
      <w:proofErr w:type="spellStart"/>
      <w:r>
        <w:t>jangka</w:t>
      </w:r>
      <w:proofErr w:type="spellEnd"/>
      <w:r>
        <w:t xml:space="preserve"> </w:t>
      </w:r>
      <w:proofErr w:type="spellStart"/>
      <w:r>
        <w:t>pendek</w:t>
      </w:r>
      <w:proofErr w:type="spellEnd"/>
      <w:r>
        <w:t xml:space="preserve"> </w:t>
      </w:r>
      <w:proofErr w:type="spellStart"/>
      <w:r>
        <w:t>dengan</w:t>
      </w:r>
      <w:proofErr w:type="spellEnd"/>
      <w:r>
        <w:t xml:space="preserve"> </w:t>
      </w:r>
      <w:proofErr w:type="spellStart"/>
      <w:r>
        <w:t>penguatan</w:t>
      </w:r>
      <w:proofErr w:type="spellEnd"/>
      <w:r>
        <w:t xml:space="preserve"> </w:t>
      </w:r>
      <w:proofErr w:type="spellStart"/>
      <w:r>
        <w:t>kapasitas</w:t>
      </w:r>
      <w:proofErr w:type="spellEnd"/>
      <w:r>
        <w:t xml:space="preserve"> </w:t>
      </w:r>
      <w:proofErr w:type="spellStart"/>
      <w:r>
        <w:t>manajerial</w:t>
      </w:r>
      <w:proofErr w:type="spellEnd"/>
      <w:r>
        <w:t xml:space="preserve"> dan </w:t>
      </w:r>
      <w:proofErr w:type="spellStart"/>
      <w:r>
        <w:t>akses</w:t>
      </w:r>
      <w:proofErr w:type="spellEnd"/>
      <w:r>
        <w:t xml:space="preserve"> pasar </w:t>
      </w:r>
      <w:proofErr w:type="spellStart"/>
      <w:r>
        <w:t>jangka</w:t>
      </w:r>
      <w:proofErr w:type="spellEnd"/>
      <w:r>
        <w:t xml:space="preserve"> </w:t>
      </w:r>
      <w:proofErr w:type="spellStart"/>
      <w:r>
        <w:t>panjang</w:t>
      </w:r>
      <w:proofErr w:type="spellEnd"/>
      <w:r>
        <w:t xml:space="preserve">, </w:t>
      </w:r>
      <w:proofErr w:type="spellStart"/>
      <w:r>
        <w:t>alih-alih</w:t>
      </w:r>
      <w:proofErr w:type="spellEnd"/>
      <w:r>
        <w:t xml:space="preserve"> </w:t>
      </w:r>
      <w:proofErr w:type="spellStart"/>
      <w:r>
        <w:t>hanya</w:t>
      </w:r>
      <w:proofErr w:type="spellEnd"/>
      <w:r>
        <w:t xml:space="preserve"> </w:t>
      </w:r>
      <w:proofErr w:type="spellStart"/>
      <w:r>
        <w:t>berfokus</w:t>
      </w:r>
      <w:proofErr w:type="spellEnd"/>
      <w:r>
        <w:t xml:space="preserve"> pada </w:t>
      </w:r>
      <w:proofErr w:type="spellStart"/>
      <w:r>
        <w:t>penyaluran</w:t>
      </w:r>
      <w:proofErr w:type="spellEnd"/>
      <w:r>
        <w:t xml:space="preserve"> dana </w:t>
      </w:r>
      <w:proofErr w:type="spellStart"/>
      <w:r>
        <w:t>semata</w:t>
      </w:r>
      <w:proofErr w:type="spellEnd"/>
      <w:r>
        <w:t xml:space="preserve">. </w:t>
      </w:r>
      <w:proofErr w:type="spellStart"/>
      <w:r>
        <w:t>Bagi</w:t>
      </w:r>
      <w:proofErr w:type="spellEnd"/>
      <w:r>
        <w:t xml:space="preserve"> </w:t>
      </w:r>
      <w:proofErr w:type="spellStart"/>
      <w:r>
        <w:t>pekerja</w:t>
      </w:r>
      <w:proofErr w:type="spellEnd"/>
      <w:r>
        <w:t xml:space="preserve"> </w:t>
      </w:r>
      <w:proofErr w:type="spellStart"/>
      <w:r>
        <w:t>sosial</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menegaskan</w:t>
      </w:r>
      <w:proofErr w:type="spellEnd"/>
      <w:r>
        <w:t xml:space="preserve"> </w:t>
      </w:r>
      <w:proofErr w:type="spellStart"/>
      <w:r>
        <w:t>pentingnya</w:t>
      </w:r>
      <w:proofErr w:type="spellEnd"/>
      <w:r>
        <w:t xml:space="preserve"> </w:t>
      </w:r>
      <w:proofErr w:type="spellStart"/>
      <w:r>
        <w:t>terus</w:t>
      </w:r>
      <w:proofErr w:type="spellEnd"/>
      <w:r>
        <w:t xml:space="preserve"> </w:t>
      </w:r>
      <w:proofErr w:type="spellStart"/>
      <w:r>
        <w:t>mendorong</w:t>
      </w:r>
      <w:proofErr w:type="spellEnd"/>
      <w:r>
        <w:t xml:space="preserve"> </w:t>
      </w:r>
      <w:proofErr w:type="spellStart"/>
      <w:r>
        <w:t>kemitraan</w:t>
      </w:r>
      <w:proofErr w:type="spellEnd"/>
      <w:r>
        <w:t xml:space="preserve"> </w:t>
      </w:r>
      <w:proofErr w:type="spellStart"/>
      <w:r>
        <w:t>lintas</w:t>
      </w:r>
      <w:proofErr w:type="spellEnd"/>
      <w:r>
        <w:t xml:space="preserve"> </w:t>
      </w:r>
      <w:proofErr w:type="spellStart"/>
      <w:r>
        <w:t>sektor</w:t>
      </w:r>
      <w:proofErr w:type="spellEnd"/>
      <w:r>
        <w:t xml:space="preserve"> -- </w:t>
      </w:r>
      <w:proofErr w:type="spellStart"/>
      <w:r>
        <w:t>antara</w:t>
      </w:r>
      <w:proofErr w:type="spellEnd"/>
      <w:r>
        <w:t xml:space="preserve"> </w:t>
      </w:r>
      <w:proofErr w:type="spellStart"/>
      <w:r>
        <w:t>korporasi</w:t>
      </w:r>
      <w:proofErr w:type="spellEnd"/>
      <w:r>
        <w:t xml:space="preserve">, </w:t>
      </w:r>
      <w:proofErr w:type="spellStart"/>
      <w:r>
        <w:t>pemerintah</w:t>
      </w:r>
      <w:proofErr w:type="spellEnd"/>
      <w:r>
        <w:t xml:space="preserve">, dan </w:t>
      </w:r>
      <w:proofErr w:type="spellStart"/>
      <w:r>
        <w:t>pelaku</w:t>
      </w:r>
      <w:proofErr w:type="spellEnd"/>
      <w:r>
        <w:t xml:space="preserve"> UMKM -- </w:t>
      </w:r>
      <w:proofErr w:type="spellStart"/>
      <w:r>
        <w:t>guna</w:t>
      </w:r>
      <w:proofErr w:type="spellEnd"/>
      <w:r>
        <w:t xml:space="preserve"> </w:t>
      </w:r>
      <w:proofErr w:type="spellStart"/>
      <w:r>
        <w:t>memperluas</w:t>
      </w:r>
      <w:proofErr w:type="spellEnd"/>
      <w:r>
        <w:t xml:space="preserve"> </w:t>
      </w:r>
      <w:proofErr w:type="spellStart"/>
      <w:r>
        <w:t>akses</w:t>
      </w:r>
      <w:proofErr w:type="spellEnd"/>
      <w:r>
        <w:t xml:space="preserve"> </w:t>
      </w:r>
      <w:proofErr w:type="spellStart"/>
      <w:r>
        <w:t>permodalan</w:t>
      </w:r>
      <w:proofErr w:type="spellEnd"/>
      <w:r>
        <w:t xml:space="preserve">, </w:t>
      </w:r>
      <w:proofErr w:type="spellStart"/>
      <w:r>
        <w:t>literasi</w:t>
      </w:r>
      <w:proofErr w:type="spellEnd"/>
      <w:r>
        <w:t xml:space="preserve"> </w:t>
      </w:r>
      <w:proofErr w:type="spellStart"/>
      <w:r>
        <w:t>keuangan</w:t>
      </w:r>
      <w:proofErr w:type="spellEnd"/>
      <w:r>
        <w:t xml:space="preserve">, dan </w:t>
      </w:r>
      <w:proofErr w:type="spellStart"/>
      <w:r>
        <w:t>pemanfaatan</w:t>
      </w:r>
      <w:proofErr w:type="spellEnd"/>
      <w:r>
        <w:t xml:space="preserve"> </w:t>
      </w:r>
      <w:proofErr w:type="spellStart"/>
      <w:r>
        <w:t>teknologi</w:t>
      </w:r>
      <w:proofErr w:type="spellEnd"/>
      <w:r>
        <w:t xml:space="preserve"> digital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upaya</w:t>
      </w:r>
      <w:proofErr w:type="spellEnd"/>
      <w:r>
        <w:t xml:space="preserve"> </w:t>
      </w:r>
      <w:proofErr w:type="spellStart"/>
      <w:r>
        <w:t>penguatan</w:t>
      </w:r>
      <w:proofErr w:type="spellEnd"/>
      <w:r>
        <w:t xml:space="preserve"> </w:t>
      </w:r>
      <w:proofErr w:type="spellStart"/>
      <w:r>
        <w:t>ekonomi</w:t>
      </w:r>
      <w:proofErr w:type="spellEnd"/>
      <w:r>
        <w:t xml:space="preserve"> </w:t>
      </w:r>
      <w:proofErr w:type="spellStart"/>
      <w:r>
        <w:t>komunitas</w:t>
      </w:r>
      <w:proofErr w:type="spellEnd"/>
      <w:r>
        <w:t xml:space="preserve"> </w:t>
      </w:r>
      <w:proofErr w:type="spellStart"/>
      <w:r>
        <w:t>berkelanjutan</w:t>
      </w:r>
      <w:proofErr w:type="spellEnd"/>
      <w:r>
        <w:t xml:space="preserve">. Peran </w:t>
      </w:r>
      <w:proofErr w:type="spellStart"/>
      <w:r>
        <w:t>pekerja</w:t>
      </w:r>
      <w:proofErr w:type="spellEnd"/>
      <w:r>
        <w:t xml:space="preserve"> </w:t>
      </w:r>
      <w:proofErr w:type="spellStart"/>
      <w:r>
        <w:t>sosial</w:t>
      </w:r>
      <w:proofErr w:type="spellEnd"/>
      <w:r>
        <w:t xml:space="preserve"> </w:t>
      </w:r>
      <w:proofErr w:type="spellStart"/>
      <w:r>
        <w:t>sebagai</w:t>
      </w:r>
      <w:proofErr w:type="spellEnd"/>
      <w:r>
        <w:t xml:space="preserve"> </w:t>
      </w:r>
      <w:proofErr w:type="spellStart"/>
      <w:r>
        <w:t>fasilitator</w:t>
      </w:r>
      <w:proofErr w:type="spellEnd"/>
      <w:r>
        <w:t xml:space="preserve">, motivator, dan </w:t>
      </w:r>
      <w:proofErr w:type="spellStart"/>
      <w:r>
        <w:t>inovator</w:t>
      </w:r>
      <w:proofErr w:type="spellEnd"/>
      <w:r>
        <w:t xml:space="preserve"> </w:t>
      </w:r>
      <w:proofErr w:type="spellStart"/>
      <w:r>
        <w:t>sebagaimana</w:t>
      </w:r>
      <w:proofErr w:type="spellEnd"/>
      <w:r>
        <w:t xml:space="preserve"> </w:t>
      </w:r>
      <w:proofErr w:type="spellStart"/>
      <w:r>
        <w:t>ditegaskan</w:t>
      </w:r>
      <w:proofErr w:type="spellEnd"/>
      <w:r>
        <w:t xml:space="preserve"> Hanum </w:t>
      </w:r>
      <w:r>
        <w:lastRenderedPageBreak/>
        <w:t xml:space="preserve">dan Wibowo (2023) </w:t>
      </w:r>
      <w:proofErr w:type="spellStart"/>
      <w:r>
        <w:t>perlu</w:t>
      </w:r>
      <w:proofErr w:type="spellEnd"/>
      <w:r>
        <w:t xml:space="preserve"> </w:t>
      </w:r>
      <w:proofErr w:type="spellStart"/>
      <w:r>
        <w:t>semakin</w:t>
      </w:r>
      <w:proofErr w:type="spellEnd"/>
      <w:r>
        <w:t xml:space="preserve"> </w:t>
      </w:r>
      <w:proofErr w:type="spellStart"/>
      <w:r>
        <w:t>diintegrasikan</w:t>
      </w:r>
      <w:proofErr w:type="spellEnd"/>
      <w:r>
        <w:t xml:space="preserve"> </w:t>
      </w:r>
      <w:proofErr w:type="spellStart"/>
      <w:r>
        <w:t>ke</w:t>
      </w:r>
      <w:proofErr w:type="spellEnd"/>
      <w:r>
        <w:t xml:space="preserve"> </w:t>
      </w:r>
      <w:proofErr w:type="spellStart"/>
      <w:r>
        <w:t>dalam</w:t>
      </w:r>
      <w:proofErr w:type="spellEnd"/>
      <w:r>
        <w:t xml:space="preserve"> </w:t>
      </w:r>
      <w:proofErr w:type="spellStart"/>
      <w:r>
        <w:t>desain</w:t>
      </w:r>
      <w:proofErr w:type="spellEnd"/>
      <w:r>
        <w:t xml:space="preserve"> program CSR </w:t>
      </w:r>
      <w:proofErr w:type="spellStart"/>
      <w:r>
        <w:t>korporasi</w:t>
      </w:r>
      <w:proofErr w:type="spellEnd"/>
      <w:r>
        <w:t xml:space="preserve">, agar </w:t>
      </w:r>
      <w:proofErr w:type="spellStart"/>
      <w:r>
        <w:t>intervensi</w:t>
      </w:r>
      <w:proofErr w:type="spellEnd"/>
      <w:r>
        <w:t xml:space="preserve"> yang </w:t>
      </w:r>
      <w:proofErr w:type="spellStart"/>
      <w:r>
        <w:t>dijalankan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berorientasi</w:t>
      </w:r>
      <w:proofErr w:type="spellEnd"/>
      <w:r>
        <w:t xml:space="preserve"> pada </w:t>
      </w:r>
      <w:proofErr w:type="spellStart"/>
      <w:r>
        <w:t>capaian</w:t>
      </w:r>
      <w:proofErr w:type="spellEnd"/>
      <w:r>
        <w:t xml:space="preserve"> </w:t>
      </w:r>
      <w:proofErr w:type="spellStart"/>
      <w:r>
        <w:t>jangka</w:t>
      </w:r>
      <w:proofErr w:type="spellEnd"/>
      <w:r>
        <w:t xml:space="preserve"> </w:t>
      </w:r>
      <w:proofErr w:type="spellStart"/>
      <w:r>
        <w:t>pendek</w:t>
      </w:r>
      <w:proofErr w:type="spellEnd"/>
      <w:r>
        <w:t xml:space="preserve">, </w:t>
      </w:r>
      <w:proofErr w:type="spellStart"/>
      <w:r>
        <w:t>tetapi</w:t>
      </w:r>
      <w:proofErr w:type="spellEnd"/>
      <w:r>
        <w:t xml:space="preserve"> juga pada </w:t>
      </w:r>
      <w:proofErr w:type="spellStart"/>
      <w:r>
        <w:t>keberlanjutan</w:t>
      </w:r>
      <w:proofErr w:type="spellEnd"/>
      <w:r>
        <w:t xml:space="preserve"> </w:t>
      </w:r>
      <w:proofErr w:type="spellStart"/>
      <w:r>
        <w:t>pemberdayaan</w:t>
      </w:r>
      <w:proofErr w:type="spellEnd"/>
      <w:r>
        <w:t xml:space="preserve"> </w:t>
      </w:r>
      <w:proofErr w:type="spellStart"/>
      <w:r>
        <w:t>komunitas</w:t>
      </w:r>
      <w:proofErr w:type="spellEnd"/>
      <w:r>
        <w:t xml:space="preserve"> </w:t>
      </w:r>
      <w:proofErr w:type="spellStart"/>
      <w:r>
        <w:t>dalam</w:t>
      </w:r>
      <w:proofErr w:type="spellEnd"/>
      <w:r>
        <w:t xml:space="preserve"> </w:t>
      </w:r>
      <w:proofErr w:type="spellStart"/>
      <w:r>
        <w:t>jangka</w:t>
      </w:r>
      <w:proofErr w:type="spellEnd"/>
      <w:r>
        <w:t xml:space="preserve"> </w:t>
      </w:r>
      <w:proofErr w:type="spellStart"/>
      <w:r>
        <w:t>panjang</w:t>
      </w:r>
      <w:proofErr w:type="spellEnd"/>
      <w:r>
        <w:t xml:space="preserve">. Kajian </w:t>
      </w:r>
      <w:proofErr w:type="spellStart"/>
      <w:r>
        <w:t>lanjutan</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lapangan</w:t>
      </w:r>
      <w:proofErr w:type="spellEnd"/>
      <w:r>
        <w:t xml:space="preserve"> pada UMKM </w:t>
      </w:r>
      <w:proofErr w:type="spellStart"/>
      <w:r>
        <w:t>penerima</w:t>
      </w:r>
      <w:proofErr w:type="spellEnd"/>
      <w:r>
        <w:t xml:space="preserve"> </w:t>
      </w:r>
      <w:proofErr w:type="spellStart"/>
      <w:r>
        <w:t>manfaat</w:t>
      </w:r>
      <w:proofErr w:type="spellEnd"/>
      <w:r>
        <w:t xml:space="preserve"> program </w:t>
      </w:r>
      <w:proofErr w:type="spellStart"/>
      <w:r>
        <w:t>ini</w:t>
      </w:r>
      <w:proofErr w:type="spellEnd"/>
      <w:r>
        <w:t xml:space="preserve"> </w:t>
      </w:r>
      <w:proofErr w:type="spellStart"/>
      <w:r>
        <w:t>akan</w:t>
      </w:r>
      <w:proofErr w:type="spellEnd"/>
      <w:r>
        <w:t xml:space="preserve"> </w:t>
      </w:r>
      <w:proofErr w:type="spellStart"/>
      <w:r>
        <w:t>memperkaya</w:t>
      </w:r>
      <w:proofErr w:type="spellEnd"/>
      <w:r>
        <w:t xml:space="preserve"> </w:t>
      </w:r>
      <w:proofErr w:type="spellStart"/>
      <w:r>
        <w:t>temuan</w:t>
      </w:r>
      <w:proofErr w:type="spellEnd"/>
      <w:r>
        <w:t xml:space="preserve"> </w:t>
      </w:r>
      <w:proofErr w:type="spellStart"/>
      <w:r>
        <w:t>studi</w:t>
      </w:r>
      <w:proofErr w:type="spellEnd"/>
      <w:r>
        <w:t xml:space="preserve"> </w:t>
      </w:r>
      <w:proofErr w:type="spellStart"/>
      <w:r>
        <w:t>literatur</w:t>
      </w:r>
      <w:proofErr w:type="spellEnd"/>
      <w:r>
        <w:t xml:space="preserve"> </w:t>
      </w:r>
      <w:proofErr w:type="spellStart"/>
      <w:r>
        <w:t>ini</w:t>
      </w:r>
      <w:proofErr w:type="spellEnd"/>
      <w:r>
        <w:t xml:space="preserve">, </w:t>
      </w:r>
      <w:proofErr w:type="spellStart"/>
      <w:r>
        <w:t>khususnya</w:t>
      </w:r>
      <w:proofErr w:type="spellEnd"/>
      <w:r>
        <w:t xml:space="preserve"> </w:t>
      </w:r>
      <w:proofErr w:type="spellStart"/>
      <w:r>
        <w:t>untuk</w:t>
      </w:r>
      <w:proofErr w:type="spellEnd"/>
      <w:r>
        <w:t xml:space="preserve"> </w:t>
      </w:r>
      <w:proofErr w:type="spellStart"/>
      <w:r>
        <w:t>memverifikasi</w:t>
      </w:r>
      <w:proofErr w:type="spellEnd"/>
      <w:r>
        <w:t xml:space="preserve"> </w:t>
      </w:r>
      <w:proofErr w:type="spellStart"/>
      <w:r>
        <w:t>persepsi</w:t>
      </w:r>
      <w:proofErr w:type="spellEnd"/>
      <w:r>
        <w:t xml:space="preserve"> dan </w:t>
      </w:r>
      <w:proofErr w:type="spellStart"/>
      <w:r>
        <w:t>pengalaman</w:t>
      </w:r>
      <w:proofErr w:type="spellEnd"/>
      <w:r>
        <w:t xml:space="preserve"> </w:t>
      </w:r>
      <w:proofErr w:type="spellStart"/>
      <w:r>
        <w:t>pelaku</w:t>
      </w:r>
      <w:proofErr w:type="spellEnd"/>
      <w:r>
        <w:t xml:space="preserve"> </w:t>
      </w:r>
      <w:proofErr w:type="spellStart"/>
      <w:r>
        <w:t>usaha</w:t>
      </w:r>
      <w:proofErr w:type="spellEnd"/>
      <w:r>
        <w:t xml:space="preserve"> </w:t>
      </w:r>
      <w:proofErr w:type="spellStart"/>
      <w:r>
        <w:t>secara</w:t>
      </w:r>
      <w:proofErr w:type="spellEnd"/>
      <w:r>
        <w:t xml:space="preserve"> </w:t>
      </w:r>
      <w:proofErr w:type="spellStart"/>
      <w:r>
        <w:t>langsung</w:t>
      </w:r>
      <w:proofErr w:type="spellEnd"/>
      <w:r>
        <w:t>.</w:t>
      </w:r>
    </w:p>
    <w:p w14:paraId="47E8EA81" w14:textId="77777777" w:rsidR="00F01415" w:rsidRDefault="00F01415" w:rsidP="00F01415">
      <w:pPr>
        <w:spacing w:after="0" w:line="240" w:lineRule="auto"/>
        <w:jc w:val="both"/>
      </w:pPr>
    </w:p>
    <w:p w14:paraId="7BEF6928" w14:textId="77777777" w:rsidR="00D77EA0" w:rsidRDefault="00000000" w:rsidP="00F01415">
      <w:pPr>
        <w:spacing w:after="0" w:line="240" w:lineRule="auto"/>
      </w:pPr>
      <w:r>
        <w:rPr>
          <w:b/>
        </w:rPr>
        <w:t>DAFTAR PUSTAKA</w:t>
      </w:r>
    </w:p>
    <w:p w14:paraId="2AA229F4" w14:textId="77777777" w:rsidR="00D77EA0" w:rsidRDefault="00000000" w:rsidP="00F01415">
      <w:pPr>
        <w:spacing w:after="0" w:line="240" w:lineRule="auto"/>
        <w:ind w:left="567" w:hanging="567"/>
        <w:jc w:val="both"/>
      </w:pPr>
      <w:r>
        <w:t>Elkington, J. (1997). Cannibals with forks: The triple bottom line of 21st century business. New Society Publishers.</w:t>
      </w:r>
    </w:p>
    <w:p w14:paraId="2A304A63" w14:textId="77777777" w:rsidR="00D77EA0" w:rsidRDefault="00000000" w:rsidP="00F01415">
      <w:pPr>
        <w:spacing w:after="0" w:line="240" w:lineRule="auto"/>
        <w:ind w:left="567" w:hanging="567"/>
        <w:jc w:val="both"/>
      </w:pPr>
      <w:proofErr w:type="spellStart"/>
      <w:r>
        <w:t>Hanggarjita</w:t>
      </w:r>
      <w:proofErr w:type="spellEnd"/>
      <w:r>
        <w:t xml:space="preserve">, M. D. (2022). Peran Unilever </w:t>
      </w:r>
      <w:proofErr w:type="spellStart"/>
      <w:r>
        <w:t>dalam</w:t>
      </w:r>
      <w:proofErr w:type="spellEnd"/>
      <w:r>
        <w:t xml:space="preserve"> </w:t>
      </w:r>
      <w:proofErr w:type="spellStart"/>
      <w:r>
        <w:t>pemulihan</w:t>
      </w:r>
      <w:proofErr w:type="spellEnd"/>
      <w:r>
        <w:t xml:space="preserve"> </w:t>
      </w:r>
      <w:proofErr w:type="spellStart"/>
      <w:r>
        <w:t>ekonomi</w:t>
      </w:r>
      <w:proofErr w:type="spellEnd"/>
      <w:r>
        <w:t xml:space="preserve"> Indonesia </w:t>
      </w:r>
      <w:proofErr w:type="spellStart"/>
      <w:r>
        <w:t>pasca</w:t>
      </w:r>
      <w:proofErr w:type="spellEnd"/>
      <w:r>
        <w:t xml:space="preserve"> </w:t>
      </w:r>
      <w:proofErr w:type="spellStart"/>
      <w:r>
        <w:t>pandemi</w:t>
      </w:r>
      <w:proofErr w:type="spellEnd"/>
      <w:r>
        <w:t xml:space="preserve">. </w:t>
      </w:r>
      <w:proofErr w:type="spellStart"/>
      <w:r>
        <w:t>Ganaya</w:t>
      </w:r>
      <w:proofErr w:type="spellEnd"/>
      <w:r>
        <w:t xml:space="preserve">: </w:t>
      </w:r>
      <w:proofErr w:type="spellStart"/>
      <w:r>
        <w:t>Jurnal</w:t>
      </w:r>
      <w:proofErr w:type="spellEnd"/>
      <w:r>
        <w:t xml:space="preserve"> </w:t>
      </w:r>
      <w:proofErr w:type="spellStart"/>
      <w:r>
        <w:t>Ilmu</w:t>
      </w:r>
      <w:proofErr w:type="spellEnd"/>
      <w:r>
        <w:t xml:space="preserve"> </w:t>
      </w:r>
      <w:proofErr w:type="spellStart"/>
      <w:r>
        <w:t>Sosial</w:t>
      </w:r>
      <w:proofErr w:type="spellEnd"/>
      <w:r>
        <w:t xml:space="preserve"> dan </w:t>
      </w:r>
      <w:proofErr w:type="spellStart"/>
      <w:r>
        <w:t>Humaniora</w:t>
      </w:r>
      <w:proofErr w:type="spellEnd"/>
      <w:r>
        <w:t>, 5(3), 283–296.</w:t>
      </w:r>
    </w:p>
    <w:p w14:paraId="19A27C27" w14:textId="77777777" w:rsidR="00D77EA0" w:rsidRDefault="00000000" w:rsidP="00F01415">
      <w:pPr>
        <w:spacing w:after="0" w:line="240" w:lineRule="auto"/>
        <w:ind w:left="567" w:hanging="567"/>
        <w:jc w:val="both"/>
      </w:pPr>
      <w:r>
        <w:t xml:space="preserve">Hanum, F., &amp; Wibowo, H. (2023). </w:t>
      </w:r>
      <w:proofErr w:type="spellStart"/>
      <w:r>
        <w:t>Rancang</w:t>
      </w:r>
      <w:proofErr w:type="spellEnd"/>
      <w:r>
        <w:t xml:space="preserve"> </w:t>
      </w:r>
      <w:proofErr w:type="spellStart"/>
      <w:r>
        <w:t>bangun</w:t>
      </w:r>
      <w:proofErr w:type="spellEnd"/>
      <w:r>
        <w:t xml:space="preserve"> </w:t>
      </w:r>
      <w:proofErr w:type="spellStart"/>
      <w:r>
        <w:t>pengembangan</w:t>
      </w:r>
      <w:proofErr w:type="spellEnd"/>
      <w:r>
        <w:t xml:space="preserve"> </w:t>
      </w:r>
      <w:proofErr w:type="spellStart"/>
      <w:r>
        <w:t>kerangka</w:t>
      </w:r>
      <w:proofErr w:type="spellEnd"/>
      <w:r>
        <w:t xml:space="preserve"> </w:t>
      </w:r>
      <w:proofErr w:type="spellStart"/>
      <w:r>
        <w:t>pelatihan</w:t>
      </w:r>
      <w:proofErr w:type="spellEnd"/>
      <w:r>
        <w:t xml:space="preserve"> </w:t>
      </w:r>
      <w:proofErr w:type="spellStart"/>
      <w:r>
        <w:t>kewirausahaan</w:t>
      </w:r>
      <w:proofErr w:type="spellEnd"/>
      <w:r>
        <w:t xml:space="preserve"> </w:t>
      </w:r>
      <w:proofErr w:type="spellStart"/>
      <w:r>
        <w:t>bagi</w:t>
      </w:r>
      <w:proofErr w:type="spellEnd"/>
      <w:r>
        <w:t xml:space="preserve"> UMKM </w:t>
      </w:r>
      <w:proofErr w:type="spellStart"/>
      <w:r>
        <w:t>berbasis</w:t>
      </w:r>
      <w:proofErr w:type="spellEnd"/>
      <w:r>
        <w:t xml:space="preserve"> </w:t>
      </w:r>
      <w:proofErr w:type="spellStart"/>
      <w:r>
        <w:t>konsep</w:t>
      </w:r>
      <w:proofErr w:type="spellEnd"/>
      <w:r>
        <w:t xml:space="preserve"> </w:t>
      </w:r>
      <w:proofErr w:type="spellStart"/>
      <w:r>
        <w:t>Etos</w:t>
      </w:r>
      <w:proofErr w:type="spellEnd"/>
      <w:r>
        <w:t xml:space="preserve"> Hijau. Focus: </w:t>
      </w:r>
      <w:proofErr w:type="spellStart"/>
      <w:r>
        <w:t>Jurnal</w:t>
      </w:r>
      <w:proofErr w:type="spellEnd"/>
      <w:r>
        <w:t xml:space="preserve"> </w:t>
      </w:r>
      <w:proofErr w:type="spellStart"/>
      <w:r>
        <w:t>Pekerjaan</w:t>
      </w:r>
      <w:proofErr w:type="spellEnd"/>
      <w:r>
        <w:t xml:space="preserve"> </w:t>
      </w:r>
      <w:proofErr w:type="spellStart"/>
      <w:r>
        <w:t>Sosial</w:t>
      </w:r>
      <w:proofErr w:type="spellEnd"/>
      <w:r>
        <w:t>, 6(2), 258–275. https://doi.org/10.24198/focus.v6i2.51897</w:t>
      </w:r>
    </w:p>
    <w:p w14:paraId="0981A2E3" w14:textId="77777777" w:rsidR="00D77EA0" w:rsidRDefault="00000000" w:rsidP="00F01415">
      <w:pPr>
        <w:spacing w:after="0" w:line="240" w:lineRule="auto"/>
        <w:ind w:left="567" w:hanging="567"/>
        <w:jc w:val="both"/>
      </w:pPr>
      <w:r>
        <w:t xml:space="preserve">Kementerian </w:t>
      </w:r>
      <w:proofErr w:type="spellStart"/>
      <w:r>
        <w:t>Koperasi</w:t>
      </w:r>
      <w:proofErr w:type="spellEnd"/>
      <w:r>
        <w:t xml:space="preserve"> dan Usaha Kecil dan </w:t>
      </w:r>
      <w:proofErr w:type="spellStart"/>
      <w:r>
        <w:t>Menengah</w:t>
      </w:r>
      <w:proofErr w:type="spellEnd"/>
      <w:r>
        <w:t xml:space="preserve"> </w:t>
      </w:r>
      <w:proofErr w:type="spellStart"/>
      <w:r>
        <w:t>Republik</w:t>
      </w:r>
      <w:proofErr w:type="spellEnd"/>
      <w:r>
        <w:t xml:space="preserve"> Indonesia. (2024). Data UMKM dan </w:t>
      </w:r>
      <w:proofErr w:type="spellStart"/>
      <w:r>
        <w:t>kontribusinya</w:t>
      </w:r>
      <w:proofErr w:type="spellEnd"/>
      <w:r>
        <w:t xml:space="preserve"> </w:t>
      </w:r>
      <w:proofErr w:type="spellStart"/>
      <w:r>
        <w:t>terhadap</w:t>
      </w:r>
      <w:proofErr w:type="spellEnd"/>
      <w:r>
        <w:t xml:space="preserve"> </w:t>
      </w:r>
      <w:proofErr w:type="spellStart"/>
      <w:r>
        <w:t>Produk</w:t>
      </w:r>
      <w:proofErr w:type="spellEnd"/>
      <w:r>
        <w:t xml:space="preserve"> </w:t>
      </w:r>
      <w:proofErr w:type="spellStart"/>
      <w:r>
        <w:t>Domestik</w:t>
      </w:r>
      <w:proofErr w:type="spellEnd"/>
      <w:r>
        <w:t xml:space="preserve"> Bruto. </w:t>
      </w:r>
      <w:proofErr w:type="spellStart"/>
      <w:r>
        <w:t>Kemenkop</w:t>
      </w:r>
      <w:proofErr w:type="spellEnd"/>
      <w:r>
        <w:t xml:space="preserve"> UKM RI.</w:t>
      </w:r>
    </w:p>
    <w:p w14:paraId="4D529337" w14:textId="77777777" w:rsidR="00D77EA0" w:rsidRDefault="00000000" w:rsidP="00F01415">
      <w:pPr>
        <w:spacing w:after="0" w:line="240" w:lineRule="auto"/>
        <w:ind w:left="567" w:hanging="567"/>
        <w:jc w:val="both"/>
      </w:pPr>
      <w:proofErr w:type="spellStart"/>
      <w:r>
        <w:t>Laksono</w:t>
      </w:r>
      <w:proofErr w:type="spellEnd"/>
      <w:r>
        <w:t xml:space="preserve">, E. C. (2019). </w:t>
      </w:r>
      <w:proofErr w:type="spellStart"/>
      <w:r>
        <w:t>Implementasi</w:t>
      </w:r>
      <w:proofErr w:type="spellEnd"/>
      <w:r>
        <w:t xml:space="preserve"> Corporate Social Responsibility (</w:t>
      </w:r>
      <w:proofErr w:type="spellStart"/>
      <w:r>
        <w:t>studi</w:t>
      </w:r>
      <w:proofErr w:type="spellEnd"/>
      <w:r>
        <w:t xml:space="preserve"> </w:t>
      </w:r>
      <w:proofErr w:type="spellStart"/>
      <w:r>
        <w:t>kasus</w:t>
      </w:r>
      <w:proofErr w:type="spellEnd"/>
      <w:r>
        <w:t xml:space="preserve"> di PT BNI </w:t>
      </w:r>
      <w:proofErr w:type="spellStart"/>
      <w:r>
        <w:t>Tbk</w:t>
      </w:r>
      <w:proofErr w:type="spellEnd"/>
      <w:r>
        <w:t xml:space="preserve">). </w:t>
      </w:r>
      <w:proofErr w:type="spellStart"/>
      <w:r>
        <w:t>Jurnal</w:t>
      </w:r>
      <w:proofErr w:type="spellEnd"/>
      <w:r>
        <w:t xml:space="preserve"> </w:t>
      </w:r>
      <w:proofErr w:type="spellStart"/>
      <w:r>
        <w:t>Ilmiah</w:t>
      </w:r>
      <w:proofErr w:type="spellEnd"/>
      <w:r>
        <w:t xml:space="preserve"> </w:t>
      </w:r>
      <w:proofErr w:type="spellStart"/>
      <w:r>
        <w:t>Mahasiswa</w:t>
      </w:r>
      <w:proofErr w:type="spellEnd"/>
      <w:r>
        <w:t xml:space="preserve"> FEB, 4(2), 1–18.</w:t>
      </w:r>
    </w:p>
    <w:p w14:paraId="73E67A05" w14:textId="77777777" w:rsidR="00D77EA0" w:rsidRDefault="00000000" w:rsidP="00F01415">
      <w:pPr>
        <w:spacing w:after="0" w:line="240" w:lineRule="auto"/>
        <w:ind w:left="567" w:hanging="567"/>
        <w:jc w:val="both"/>
      </w:pPr>
      <w:proofErr w:type="spellStart"/>
      <w:r>
        <w:t>Meitridwiastiti</w:t>
      </w:r>
      <w:proofErr w:type="spellEnd"/>
      <w:r>
        <w:t xml:space="preserve">, A. A., Purnama, I. G. A. V., &amp; </w:t>
      </w:r>
      <w:proofErr w:type="spellStart"/>
      <w:r>
        <w:t>Waisnawa</w:t>
      </w:r>
      <w:proofErr w:type="spellEnd"/>
      <w:r>
        <w:t xml:space="preserve">, I. G. (2020). </w:t>
      </w:r>
      <w:proofErr w:type="spellStart"/>
      <w:r>
        <w:t>Penerapan</w:t>
      </w:r>
      <w:proofErr w:type="spellEnd"/>
      <w:r>
        <w:t xml:space="preserve"> </w:t>
      </w:r>
      <w:proofErr w:type="spellStart"/>
      <w:r>
        <w:t>teknologi</w:t>
      </w:r>
      <w:proofErr w:type="spellEnd"/>
      <w:r>
        <w:t xml:space="preserve"> </w:t>
      </w:r>
      <w:proofErr w:type="spellStart"/>
      <w:r>
        <w:t>tepat</w:t>
      </w:r>
      <w:proofErr w:type="spellEnd"/>
      <w:r>
        <w:t xml:space="preserve"> </w:t>
      </w:r>
      <w:proofErr w:type="spellStart"/>
      <w:r>
        <w:t>guna</w:t>
      </w:r>
      <w:proofErr w:type="spellEnd"/>
      <w:r>
        <w:t xml:space="preserve"> dan </w:t>
      </w:r>
      <w:proofErr w:type="spellStart"/>
      <w:r>
        <w:t>pelatihan</w:t>
      </w:r>
      <w:proofErr w:type="spellEnd"/>
      <w:r>
        <w:t xml:space="preserve"> </w:t>
      </w:r>
      <w:proofErr w:type="spellStart"/>
      <w:r>
        <w:t>bahasa</w:t>
      </w:r>
      <w:proofErr w:type="spellEnd"/>
      <w:r>
        <w:t xml:space="preserve"> </w:t>
      </w:r>
      <w:proofErr w:type="spellStart"/>
      <w:r>
        <w:t>Inggris</w:t>
      </w:r>
      <w:proofErr w:type="spellEnd"/>
      <w:r>
        <w:t xml:space="preserve"> pada IRT </w:t>
      </w:r>
      <w:proofErr w:type="spellStart"/>
      <w:r>
        <w:t>Jajan</w:t>
      </w:r>
      <w:proofErr w:type="spellEnd"/>
      <w:r>
        <w:t xml:space="preserve"> Bali. WIDYABHAKTI </w:t>
      </w:r>
      <w:proofErr w:type="spellStart"/>
      <w:r>
        <w:t>Jurnal</w:t>
      </w:r>
      <w:proofErr w:type="spellEnd"/>
      <w:r>
        <w:t xml:space="preserve"> </w:t>
      </w:r>
      <w:proofErr w:type="spellStart"/>
      <w:r>
        <w:t>Ilmiah</w:t>
      </w:r>
      <w:proofErr w:type="spellEnd"/>
      <w:r>
        <w:t xml:space="preserve"> </w:t>
      </w:r>
      <w:proofErr w:type="spellStart"/>
      <w:r>
        <w:t>Populer</w:t>
      </w:r>
      <w:proofErr w:type="spellEnd"/>
      <w:r>
        <w:t>, 3(2), 1–10.</w:t>
      </w:r>
    </w:p>
    <w:p w14:paraId="6BE4183C" w14:textId="77777777" w:rsidR="00D77EA0" w:rsidRDefault="00000000" w:rsidP="00F01415">
      <w:pPr>
        <w:spacing w:after="0" w:line="240" w:lineRule="auto"/>
        <w:ind w:left="567" w:hanging="567"/>
        <w:jc w:val="both"/>
      </w:pPr>
      <w:r>
        <w:t xml:space="preserve">Michael, R., Raharjo, S. T., &amp; </w:t>
      </w:r>
      <w:proofErr w:type="spellStart"/>
      <w:r>
        <w:t>Resnawaty</w:t>
      </w:r>
      <w:proofErr w:type="spellEnd"/>
      <w:r>
        <w:t xml:space="preserve">, R. (2019). Program CSR Yayasan Unilever Indonesia </w:t>
      </w:r>
      <w:proofErr w:type="spellStart"/>
      <w:r>
        <w:t>berdasarkan</w:t>
      </w:r>
      <w:proofErr w:type="spellEnd"/>
      <w:r>
        <w:t xml:space="preserve"> </w:t>
      </w:r>
      <w:proofErr w:type="spellStart"/>
      <w:r>
        <w:t>teori</w:t>
      </w:r>
      <w:proofErr w:type="spellEnd"/>
      <w:r>
        <w:t xml:space="preserve"> Triple Bottom Line. Focus: </w:t>
      </w:r>
      <w:proofErr w:type="spellStart"/>
      <w:r>
        <w:t>Jurnal</w:t>
      </w:r>
      <w:proofErr w:type="spellEnd"/>
      <w:r>
        <w:t xml:space="preserve"> </w:t>
      </w:r>
      <w:proofErr w:type="spellStart"/>
      <w:r>
        <w:t>Pekerjaan</w:t>
      </w:r>
      <w:proofErr w:type="spellEnd"/>
      <w:r>
        <w:t xml:space="preserve"> </w:t>
      </w:r>
      <w:proofErr w:type="spellStart"/>
      <w:r>
        <w:t>Sosial</w:t>
      </w:r>
      <w:proofErr w:type="spellEnd"/>
      <w:r>
        <w:t>, 2(1), 23–31. https://doi.org/10.24198/focus.v2i1.23116</w:t>
      </w:r>
    </w:p>
    <w:p w14:paraId="2882B0E8" w14:textId="77777777" w:rsidR="00D77EA0" w:rsidRDefault="00000000" w:rsidP="00F01415">
      <w:pPr>
        <w:spacing w:after="0" w:line="240" w:lineRule="auto"/>
        <w:ind w:left="567" w:hanging="567"/>
        <w:jc w:val="both"/>
      </w:pPr>
      <w:proofErr w:type="spellStart"/>
      <w:r>
        <w:t>Sukmono</w:t>
      </w:r>
      <w:proofErr w:type="spellEnd"/>
      <w:r>
        <w:t xml:space="preserve">, S., </w:t>
      </w:r>
      <w:proofErr w:type="spellStart"/>
      <w:r>
        <w:t>Kuncara</w:t>
      </w:r>
      <w:proofErr w:type="spellEnd"/>
      <w:r>
        <w:t xml:space="preserve">, T., &amp; </w:t>
      </w:r>
      <w:proofErr w:type="spellStart"/>
      <w:r>
        <w:t>Ayanto</w:t>
      </w:r>
      <w:proofErr w:type="spellEnd"/>
      <w:r>
        <w:t xml:space="preserve">, H. K. (2023). </w:t>
      </w:r>
      <w:proofErr w:type="spellStart"/>
      <w:r>
        <w:t>Analisis</w:t>
      </w:r>
      <w:proofErr w:type="spellEnd"/>
      <w:r>
        <w:t xml:space="preserve"> </w:t>
      </w:r>
      <w:proofErr w:type="spellStart"/>
      <w:r>
        <w:t>penerapan</w:t>
      </w:r>
      <w:proofErr w:type="spellEnd"/>
      <w:r>
        <w:t xml:space="preserve"> green accounting pada </w:t>
      </w:r>
      <w:proofErr w:type="spellStart"/>
      <w:r>
        <w:t>kinerja</w:t>
      </w:r>
      <w:proofErr w:type="spellEnd"/>
      <w:r>
        <w:t xml:space="preserve"> </w:t>
      </w:r>
      <w:proofErr w:type="spellStart"/>
      <w:r>
        <w:t>keuangan</w:t>
      </w:r>
      <w:proofErr w:type="spellEnd"/>
      <w:r>
        <w:t xml:space="preserve"> PT Unilever Indonesia </w:t>
      </w:r>
      <w:proofErr w:type="spellStart"/>
      <w:r>
        <w:t>Tbk</w:t>
      </w:r>
      <w:proofErr w:type="spellEnd"/>
      <w:r>
        <w:t xml:space="preserve">. </w:t>
      </w:r>
      <w:proofErr w:type="spellStart"/>
      <w:r>
        <w:t>Jurnal</w:t>
      </w:r>
      <w:proofErr w:type="spellEnd"/>
      <w:r>
        <w:t xml:space="preserve"> </w:t>
      </w:r>
      <w:proofErr w:type="spellStart"/>
      <w:r>
        <w:t>Ilmiah</w:t>
      </w:r>
      <w:proofErr w:type="spellEnd"/>
      <w:r>
        <w:t xml:space="preserve"> </w:t>
      </w:r>
      <w:proofErr w:type="spellStart"/>
      <w:r>
        <w:t>Multidisiplin</w:t>
      </w:r>
      <w:proofErr w:type="spellEnd"/>
      <w:r>
        <w:t>, 2(1), 158–166.</w:t>
      </w:r>
    </w:p>
    <w:p w14:paraId="38C9788B" w14:textId="77777777" w:rsidR="00D77EA0" w:rsidRDefault="00000000" w:rsidP="00F01415">
      <w:pPr>
        <w:spacing w:after="0" w:line="240" w:lineRule="auto"/>
        <w:ind w:left="567" w:hanging="567"/>
        <w:jc w:val="both"/>
      </w:pPr>
      <w:proofErr w:type="spellStart"/>
      <w:r>
        <w:t>Undang-Undang</w:t>
      </w:r>
      <w:proofErr w:type="spellEnd"/>
      <w:r>
        <w:t xml:space="preserve"> </w:t>
      </w:r>
      <w:proofErr w:type="spellStart"/>
      <w:r>
        <w:t>Republik</w:t>
      </w:r>
      <w:proofErr w:type="spellEnd"/>
      <w:r>
        <w:t xml:space="preserve"> Indonesia </w:t>
      </w:r>
      <w:proofErr w:type="spellStart"/>
      <w:r>
        <w:t>Nomor</w:t>
      </w:r>
      <w:proofErr w:type="spellEnd"/>
      <w:r>
        <w:t xml:space="preserve"> 20 </w:t>
      </w:r>
      <w:proofErr w:type="spellStart"/>
      <w:r>
        <w:t>Tahun</w:t>
      </w:r>
      <w:proofErr w:type="spellEnd"/>
      <w:r>
        <w:t xml:space="preserve"> 2008 </w:t>
      </w:r>
      <w:proofErr w:type="spellStart"/>
      <w:r>
        <w:t>tentang</w:t>
      </w:r>
      <w:proofErr w:type="spellEnd"/>
      <w:r>
        <w:t xml:space="preserve"> Usaha </w:t>
      </w:r>
      <w:proofErr w:type="spellStart"/>
      <w:r>
        <w:t>Mikro</w:t>
      </w:r>
      <w:proofErr w:type="spellEnd"/>
      <w:r>
        <w:t xml:space="preserve">, Kecil, dan </w:t>
      </w:r>
      <w:proofErr w:type="spellStart"/>
      <w:r>
        <w:t>Menengah</w:t>
      </w:r>
      <w:proofErr w:type="spellEnd"/>
      <w:r>
        <w:t>.</w:t>
      </w:r>
    </w:p>
    <w:p w14:paraId="2422322E" w14:textId="77777777" w:rsidR="00D77EA0" w:rsidRDefault="00000000" w:rsidP="00F01415">
      <w:pPr>
        <w:spacing w:after="0" w:line="240" w:lineRule="auto"/>
        <w:ind w:left="567" w:hanging="567"/>
        <w:jc w:val="both"/>
      </w:pPr>
      <w:r>
        <w:t xml:space="preserve">Unilever Indonesia. (2020, Agustus 17). Unilever Indonesia </w:t>
      </w:r>
      <w:proofErr w:type="spellStart"/>
      <w:r>
        <w:t>dukung</w:t>
      </w:r>
      <w:proofErr w:type="spellEnd"/>
      <w:r>
        <w:t xml:space="preserve"> </w:t>
      </w:r>
      <w:proofErr w:type="spellStart"/>
      <w:r>
        <w:t>pemerintah</w:t>
      </w:r>
      <w:proofErr w:type="spellEnd"/>
      <w:r>
        <w:t xml:space="preserve">: Masyarakat </w:t>
      </w:r>
      <w:proofErr w:type="spellStart"/>
      <w:r>
        <w:t>sehat</w:t>
      </w:r>
      <w:proofErr w:type="spellEnd"/>
      <w:r>
        <w:t xml:space="preserve">, </w:t>
      </w:r>
      <w:proofErr w:type="spellStart"/>
      <w:r>
        <w:t>sejahtera</w:t>
      </w:r>
      <w:proofErr w:type="spellEnd"/>
      <w:r>
        <w:t xml:space="preserve">, </w:t>
      </w:r>
      <w:proofErr w:type="spellStart"/>
      <w:r>
        <w:t>maju</w:t>
      </w:r>
      <w:proofErr w:type="spellEnd"/>
      <w:r>
        <w:t xml:space="preserve"> </w:t>
      </w:r>
      <w:proofErr w:type="spellStart"/>
      <w:r>
        <w:t>pasca</w:t>
      </w:r>
      <w:proofErr w:type="spellEnd"/>
      <w:r>
        <w:t xml:space="preserve"> </w:t>
      </w:r>
      <w:proofErr w:type="spellStart"/>
      <w:r>
        <w:t>pandemi</w:t>
      </w:r>
      <w:proofErr w:type="spellEnd"/>
      <w:r>
        <w:t>. Unilever.co.id. https://www.unilever.co.id/news/press-releases/2020/unilever-indonesia-dukung-pemerintah/</w:t>
      </w:r>
    </w:p>
    <w:p w14:paraId="4EEBE5B4" w14:textId="77777777" w:rsidR="00D77EA0" w:rsidRDefault="00000000" w:rsidP="00F01415">
      <w:pPr>
        <w:spacing w:after="0" w:line="240" w:lineRule="auto"/>
        <w:ind w:left="567" w:hanging="567"/>
        <w:jc w:val="both"/>
      </w:pPr>
      <w:r>
        <w:t xml:space="preserve">Universitas Muhammadiyah Sumatera Utara. (n.d.). </w:t>
      </w:r>
      <w:proofErr w:type="spellStart"/>
      <w:r>
        <w:t>Apa</w:t>
      </w:r>
      <w:proofErr w:type="spellEnd"/>
      <w:r>
        <w:t xml:space="preserve"> </w:t>
      </w:r>
      <w:proofErr w:type="spellStart"/>
      <w:r>
        <w:t>itu</w:t>
      </w:r>
      <w:proofErr w:type="spellEnd"/>
      <w:r>
        <w:t xml:space="preserve"> </w:t>
      </w:r>
      <w:proofErr w:type="spellStart"/>
      <w:r>
        <w:t>perusahaan</w:t>
      </w:r>
      <w:proofErr w:type="spellEnd"/>
      <w:r>
        <w:t xml:space="preserve"> </w:t>
      </w:r>
      <w:proofErr w:type="spellStart"/>
      <w:r>
        <w:t>multinasional</w:t>
      </w:r>
      <w:proofErr w:type="spellEnd"/>
      <w:r>
        <w:t xml:space="preserve">? </w:t>
      </w:r>
      <w:proofErr w:type="spellStart"/>
      <w:r>
        <w:t>Diakses</w:t>
      </w:r>
      <w:proofErr w:type="spellEnd"/>
      <w:r>
        <w:t xml:space="preserve"> 23 </w:t>
      </w:r>
      <w:proofErr w:type="spellStart"/>
      <w:r>
        <w:t>Juni</w:t>
      </w:r>
      <w:proofErr w:type="spellEnd"/>
      <w:r>
        <w:t xml:space="preserve"> 2024, </w:t>
      </w:r>
      <w:proofErr w:type="spellStart"/>
      <w:r>
        <w:t>dari</w:t>
      </w:r>
      <w:proofErr w:type="spellEnd"/>
      <w:r>
        <w:t xml:space="preserve"> https://fahum.umsu.ac.id/apa-itu-perusahaan-multinasional/</w:t>
      </w:r>
    </w:p>
    <w:sectPr w:rsidR="00D77EA0" w:rsidSect="006E337B">
      <w:type w:val="continuous"/>
      <w:pgSz w:w="11900" w:h="16840"/>
      <w:pgMar w:top="1134" w:right="1134" w:bottom="1134" w:left="1134"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9F5E46" w14:textId="77777777" w:rsidR="00E745AB" w:rsidRDefault="00E745AB" w:rsidP="006E337B">
      <w:pPr>
        <w:spacing w:after="0" w:line="240" w:lineRule="auto"/>
      </w:pPr>
      <w:r>
        <w:separator/>
      </w:r>
    </w:p>
  </w:endnote>
  <w:endnote w:type="continuationSeparator" w:id="0">
    <w:p w14:paraId="3E5924E1" w14:textId="77777777" w:rsidR="00E745AB" w:rsidRDefault="00E745AB" w:rsidP="006E3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1278207"/>
      <w:docPartObj>
        <w:docPartGallery w:val="Page Numbers (Bottom of Page)"/>
        <w:docPartUnique/>
      </w:docPartObj>
    </w:sdtPr>
    <w:sdtContent>
      <w:p w14:paraId="436F22C7" w14:textId="2DA3BEF0" w:rsidR="00BC49E2" w:rsidRDefault="00BC49E2" w:rsidP="00E021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E549A6" w14:textId="77777777" w:rsidR="00BC49E2" w:rsidRDefault="00BC49E2" w:rsidP="00BC49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08525202"/>
      <w:docPartObj>
        <w:docPartGallery w:val="Page Numbers (Bottom of Page)"/>
        <w:docPartUnique/>
      </w:docPartObj>
    </w:sdtPr>
    <w:sdtContent>
      <w:p w14:paraId="6B6A340A" w14:textId="6A1787F9" w:rsidR="00BC49E2" w:rsidRDefault="00BC49E2" w:rsidP="00E0213C">
        <w:pPr>
          <w:pStyle w:val="Footer"/>
          <w:framePr w:wrap="none" w:vAnchor="text" w:hAnchor="margin" w:xAlign="right" w:y="1"/>
          <w:rPr>
            <w:rStyle w:val="PageNumber"/>
          </w:rPr>
        </w:pPr>
        <w:r w:rsidRPr="00BC49E2">
          <w:rPr>
            <w:rStyle w:val="PageNumber"/>
            <w:rFonts w:ascii="Century Gothic" w:hAnsi="Century Gothic"/>
            <w:sz w:val="16"/>
            <w:szCs w:val="16"/>
          </w:rPr>
          <w:fldChar w:fldCharType="begin"/>
        </w:r>
        <w:r w:rsidRPr="00BC49E2">
          <w:rPr>
            <w:rStyle w:val="PageNumber"/>
            <w:rFonts w:ascii="Century Gothic" w:hAnsi="Century Gothic"/>
            <w:sz w:val="16"/>
            <w:szCs w:val="16"/>
          </w:rPr>
          <w:instrText xml:space="preserve"> PAGE </w:instrText>
        </w:r>
        <w:r w:rsidRPr="00BC49E2">
          <w:rPr>
            <w:rStyle w:val="PageNumber"/>
            <w:rFonts w:ascii="Century Gothic" w:hAnsi="Century Gothic"/>
            <w:sz w:val="16"/>
            <w:szCs w:val="16"/>
          </w:rPr>
          <w:fldChar w:fldCharType="separate"/>
        </w:r>
        <w:r w:rsidRPr="00BC49E2">
          <w:rPr>
            <w:rStyle w:val="PageNumber"/>
            <w:rFonts w:ascii="Century Gothic" w:hAnsi="Century Gothic"/>
            <w:noProof/>
            <w:sz w:val="16"/>
            <w:szCs w:val="16"/>
          </w:rPr>
          <w:t>1</w:t>
        </w:r>
        <w:r w:rsidRPr="00BC49E2">
          <w:rPr>
            <w:rStyle w:val="PageNumber"/>
            <w:rFonts w:ascii="Century Gothic" w:hAnsi="Century Gothic"/>
            <w:sz w:val="16"/>
            <w:szCs w:val="16"/>
          </w:rPr>
          <w:fldChar w:fldCharType="end"/>
        </w:r>
      </w:p>
    </w:sdtContent>
  </w:sdt>
  <w:p w14:paraId="478B1FED" w14:textId="77777777" w:rsidR="00BC49E2" w:rsidRDefault="00BC49E2" w:rsidP="00BC49E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33AE0A" w14:textId="77777777" w:rsidR="00E745AB" w:rsidRDefault="00E745AB" w:rsidP="006E337B">
      <w:pPr>
        <w:spacing w:after="0" w:line="240" w:lineRule="auto"/>
      </w:pPr>
      <w:r>
        <w:separator/>
      </w:r>
    </w:p>
  </w:footnote>
  <w:footnote w:type="continuationSeparator" w:id="0">
    <w:p w14:paraId="4AFBDF71" w14:textId="77777777" w:rsidR="00E745AB" w:rsidRDefault="00E745AB" w:rsidP="006E33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6F43B" w14:textId="77777777" w:rsidR="006E337B" w:rsidRPr="007046C8" w:rsidRDefault="006E337B" w:rsidP="006E337B">
    <w:pPr>
      <w:pStyle w:val="Header"/>
      <w:jc w:val="center"/>
      <w:rPr>
        <w:b/>
        <w:sz w:val="24"/>
        <w:szCs w:val="24"/>
      </w:rPr>
    </w:pPr>
    <w:proofErr w:type="gramStart"/>
    <w:r w:rsidRPr="007046C8">
      <w:rPr>
        <w:b/>
        <w:sz w:val="24"/>
        <w:szCs w:val="24"/>
      </w:rPr>
      <w:t>Focus :</w:t>
    </w:r>
    <w:proofErr w:type="gramEnd"/>
    <w:r w:rsidRPr="007046C8">
      <w:rPr>
        <w:b/>
        <w:sz w:val="24"/>
        <w:szCs w:val="24"/>
      </w:rPr>
      <w:t xml:space="preserve"> </w:t>
    </w:r>
    <w:proofErr w:type="spellStart"/>
    <w:r w:rsidRPr="007046C8">
      <w:rPr>
        <w:b/>
        <w:sz w:val="24"/>
        <w:szCs w:val="24"/>
      </w:rPr>
      <w:t>Jurnal</w:t>
    </w:r>
    <w:proofErr w:type="spellEnd"/>
    <w:r w:rsidRPr="007046C8">
      <w:rPr>
        <w:b/>
        <w:sz w:val="24"/>
        <w:szCs w:val="24"/>
      </w:rPr>
      <w:t xml:space="preserve"> </w:t>
    </w:r>
    <w:proofErr w:type="spellStart"/>
    <w:r w:rsidRPr="007046C8">
      <w:rPr>
        <w:b/>
        <w:sz w:val="24"/>
        <w:szCs w:val="24"/>
      </w:rPr>
      <w:t>Pekerjaan</w:t>
    </w:r>
    <w:proofErr w:type="spellEnd"/>
    <w:r w:rsidRPr="007046C8">
      <w:rPr>
        <w:b/>
        <w:sz w:val="24"/>
        <w:szCs w:val="24"/>
      </w:rPr>
      <w:t xml:space="preserve"> </w:t>
    </w:r>
    <w:proofErr w:type="spellStart"/>
    <w:r w:rsidRPr="007046C8">
      <w:rPr>
        <w:b/>
        <w:sz w:val="24"/>
        <w:szCs w:val="24"/>
      </w:rPr>
      <w:t>Sosial</w:t>
    </w:r>
    <w:proofErr w:type="spellEnd"/>
  </w:p>
  <w:p w14:paraId="09D439DA" w14:textId="0A95EC0B" w:rsidR="006E337B" w:rsidRPr="00BA17B1" w:rsidRDefault="006E337B" w:rsidP="006E337B">
    <w:pPr>
      <w:pStyle w:val="Header"/>
      <w:jc w:val="center"/>
      <w:rPr>
        <w:rFonts w:cs="Tahoma"/>
        <w:sz w:val="20"/>
        <w:szCs w:val="20"/>
      </w:rPr>
    </w:pPr>
    <w:r w:rsidRPr="007046C8">
      <w:rPr>
        <w:rFonts w:cs="Tahoma"/>
        <w:sz w:val="20"/>
        <w:szCs w:val="20"/>
      </w:rPr>
      <w:t xml:space="preserve">ISSN: 2620-3367 </w:t>
    </w:r>
    <w:r>
      <w:rPr>
        <w:rFonts w:cs="Tahoma"/>
        <w:sz w:val="20"/>
        <w:szCs w:val="20"/>
      </w:rPr>
      <w:t xml:space="preserve">(Online) </w:t>
    </w:r>
    <w:r w:rsidRPr="007046C8">
      <w:rPr>
        <w:rFonts w:cs="Tahoma"/>
        <w:sz w:val="20"/>
        <w:szCs w:val="20"/>
      </w:rPr>
      <w:t xml:space="preserve">Vol. </w:t>
    </w:r>
    <w:r>
      <w:rPr>
        <w:rFonts w:cs="Tahoma"/>
        <w:sz w:val="20"/>
        <w:szCs w:val="20"/>
      </w:rPr>
      <w:t>9</w:t>
    </w:r>
    <w:r w:rsidRPr="007046C8">
      <w:rPr>
        <w:rFonts w:cs="Tahoma"/>
        <w:sz w:val="20"/>
        <w:szCs w:val="20"/>
      </w:rPr>
      <w:t xml:space="preserve"> No. </w:t>
    </w:r>
    <w:r>
      <w:rPr>
        <w:rFonts w:cs="Tahoma"/>
        <w:sz w:val="20"/>
        <w:szCs w:val="20"/>
      </w:rPr>
      <w:t>1</w:t>
    </w:r>
    <w:r w:rsidRPr="007046C8">
      <w:rPr>
        <w:rFonts w:cs="Tahoma"/>
        <w:sz w:val="20"/>
        <w:szCs w:val="20"/>
      </w:rPr>
      <w:t xml:space="preserve"> </w:t>
    </w:r>
    <w:r>
      <w:rPr>
        <w:rFonts w:cs="Tahoma"/>
        <w:sz w:val="20"/>
        <w:szCs w:val="20"/>
      </w:rPr>
      <w:t>Juli</w:t>
    </w:r>
    <w:r w:rsidRPr="007046C8">
      <w:rPr>
        <w:rFonts w:cs="Tahoma"/>
        <w:sz w:val="20"/>
        <w:szCs w:val="20"/>
      </w:rPr>
      <w:t xml:space="preserve"> 202</w:t>
    </w:r>
    <w:r>
      <w:rPr>
        <w:rFonts w:cs="Tahoma"/>
        <w:sz w:val="20"/>
        <w:szCs w:val="20"/>
      </w:rPr>
      <w:t>6</w:t>
    </w:r>
    <w:r w:rsidRPr="007046C8">
      <w:rPr>
        <w:rFonts w:cs="Tahoma"/>
        <w:sz w:val="20"/>
        <w:szCs w:val="20"/>
      </w:rPr>
      <w:t xml:space="preserve"> </w:t>
    </w:r>
    <w:proofErr w:type="gramStart"/>
    <w:r w:rsidRPr="007046C8">
      <w:rPr>
        <w:rFonts w:cs="Tahoma"/>
        <w:sz w:val="20"/>
        <w:szCs w:val="20"/>
      </w:rPr>
      <w:t>Hal :</w:t>
    </w:r>
    <w:proofErr w:type="gramEnd"/>
    <w:r w:rsidRPr="007046C8">
      <w:rPr>
        <w:rFonts w:cs="Tahoma"/>
        <w:sz w:val="20"/>
        <w:szCs w:val="20"/>
      </w:rPr>
      <w:t xml:space="preserve"> </w:t>
    </w:r>
    <w:r w:rsidR="00BC49E2">
      <w:rPr>
        <w:rFonts w:cs="Tahoma"/>
        <w:sz w:val="20"/>
        <w:szCs w:val="20"/>
      </w:rPr>
      <w:t>141</w:t>
    </w:r>
    <w:r w:rsidR="00CB3C07">
      <w:rPr>
        <w:rFonts w:cs="Tahoma"/>
        <w:sz w:val="20"/>
        <w:szCs w:val="20"/>
      </w:rPr>
      <w:t xml:space="preserve"> - </w:t>
    </w:r>
    <w:r w:rsidR="00BC49E2">
      <w:rPr>
        <w:rFonts w:cs="Tahoma"/>
        <w:sz w:val="20"/>
        <w:szCs w:val="20"/>
      </w:rPr>
      <w:t>147</w:t>
    </w:r>
  </w:p>
  <w:p w14:paraId="2DBC1F70" w14:textId="087CCA20" w:rsidR="006E337B" w:rsidRPr="007046C8" w:rsidRDefault="006E337B" w:rsidP="006E337B">
    <w:pPr>
      <w:pStyle w:val="Header"/>
      <w:jc w:val="center"/>
      <w:rPr>
        <w:rFonts w:cs="Tahoma"/>
        <w:sz w:val="20"/>
        <w:szCs w:val="20"/>
      </w:rPr>
    </w:pPr>
    <w:r w:rsidRPr="007046C8">
      <w:rPr>
        <w:rFonts w:cs="Arial"/>
        <w:sz w:val="20"/>
        <w:szCs w:val="20"/>
        <w:shd w:val="clear" w:color="auto" w:fill="FFFFFF"/>
      </w:rPr>
      <w:t>Available Online at jurnal.unpad.ac.id/focus</w:t>
    </w:r>
  </w:p>
  <w:p w14:paraId="250ECADB" w14:textId="3662DCFB" w:rsidR="006E337B" w:rsidRPr="007046C8" w:rsidRDefault="006E337B" w:rsidP="006E337B">
    <w:pPr>
      <w:pStyle w:val="Header"/>
      <w:jc w:val="both"/>
      <w:rPr>
        <w:b/>
        <w:sz w:val="20"/>
        <w:szCs w:val="20"/>
      </w:rPr>
    </w:pPr>
    <w:r>
      <w:rPr>
        <w:b/>
        <w:noProof/>
        <w:sz w:val="20"/>
        <w:szCs w:val="20"/>
        <w:lang w:eastAsia="id-ID"/>
      </w:rPr>
      <mc:AlternateContent>
        <mc:Choice Requires="wps">
          <w:drawing>
            <wp:anchor distT="0" distB="0" distL="114300" distR="114300" simplePos="0" relativeHeight="251659264" behindDoc="0" locked="0" layoutInCell="1" allowOverlap="1" wp14:anchorId="4388EBC1" wp14:editId="0062A236">
              <wp:simplePos x="0" y="0"/>
              <wp:positionH relativeFrom="column">
                <wp:posOffset>59642</wp:posOffset>
              </wp:positionH>
              <wp:positionV relativeFrom="paragraph">
                <wp:posOffset>73660</wp:posOffset>
              </wp:positionV>
              <wp:extent cx="5734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340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CB9EB8"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pt,5.8pt" to="456.2pt,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" strokecolor="black [3040]" strokeweight="1.5pt"/>
          </w:pict>
        </mc:Fallback>
      </mc:AlternateContent>
    </w:r>
  </w:p>
  <w:p w14:paraId="478B7C4E" w14:textId="77777777" w:rsidR="006E337B" w:rsidRDefault="006E33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20626305">
    <w:abstractNumId w:val="8"/>
  </w:num>
  <w:num w:numId="2" w16cid:durableId="1659578530">
    <w:abstractNumId w:val="6"/>
  </w:num>
  <w:num w:numId="3" w16cid:durableId="1618564116">
    <w:abstractNumId w:val="5"/>
  </w:num>
  <w:num w:numId="4" w16cid:durableId="70587857">
    <w:abstractNumId w:val="4"/>
  </w:num>
  <w:num w:numId="5" w16cid:durableId="9380243">
    <w:abstractNumId w:val="7"/>
  </w:num>
  <w:num w:numId="6" w16cid:durableId="632322477">
    <w:abstractNumId w:val="3"/>
  </w:num>
  <w:num w:numId="7" w16cid:durableId="64644434">
    <w:abstractNumId w:val="2"/>
  </w:num>
  <w:num w:numId="8" w16cid:durableId="777798410">
    <w:abstractNumId w:val="1"/>
  </w:num>
  <w:num w:numId="9" w16cid:durableId="243492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20DB"/>
    <w:rsid w:val="000D7D77"/>
    <w:rsid w:val="0015074B"/>
    <w:rsid w:val="002415D8"/>
    <w:rsid w:val="002530EE"/>
    <w:rsid w:val="0029639D"/>
    <w:rsid w:val="00326F90"/>
    <w:rsid w:val="005E4DDD"/>
    <w:rsid w:val="006E337B"/>
    <w:rsid w:val="007F3677"/>
    <w:rsid w:val="00AA1D8D"/>
    <w:rsid w:val="00B47730"/>
    <w:rsid w:val="00BC49E2"/>
    <w:rsid w:val="00BE0F81"/>
    <w:rsid w:val="00CB0664"/>
    <w:rsid w:val="00CB3C07"/>
    <w:rsid w:val="00D77EA0"/>
    <w:rsid w:val="00E02CD7"/>
    <w:rsid w:val="00E745AB"/>
    <w:rsid w:val="00E85E33"/>
    <w:rsid w:val="00EA2133"/>
    <w:rsid w:val="00EB6A6F"/>
    <w:rsid w:val="00F01415"/>
    <w:rsid w:val="00F3513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BDECCB"/>
  <w14:defaultImageDpi w14:val="300"/>
  <w15:docId w15:val="{64FBEF86-DB64-4BF4-A4CE-940AC7700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Book Antiqua" w:eastAsia="Book Antiqua" w:hAnsi="Book Antiqua"/>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B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3733</Words>
  <Characters>21282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24966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Shinas Faiza</cp:lastModifiedBy>
  <cp:revision>10</cp:revision>
  <dcterms:created xsi:type="dcterms:W3CDTF">2026-08-09T04:18:00Z</dcterms:created>
  <dcterms:modified xsi:type="dcterms:W3CDTF">2026-08-13T14:55:00Z</dcterms:modified>
  <cp:category/>
</cp:coreProperties>
</file>